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73385D" w14:textId="77777777" w:rsidR="001041B8" w:rsidRPr="00E97067" w:rsidRDefault="00000000">
      <w:pPr>
        <w:pStyle w:val="Titre"/>
        <w:rPr>
          <w:lang w:val="fr-FR"/>
        </w:rPr>
      </w:pPr>
      <w:r w:rsidRPr="00E97067">
        <w:rPr>
          <w:lang w:val="fr-FR"/>
        </w:rPr>
        <w:t xml:space="preserve">Manuel utilisateur </w:t>
      </w:r>
      <w:proofErr w:type="spellStart"/>
      <w:r w:rsidRPr="00E97067">
        <w:rPr>
          <w:lang w:val="fr-FR"/>
        </w:rPr>
        <w:t>Procuratio</w:t>
      </w:r>
      <w:proofErr w:type="spellEnd"/>
    </w:p>
    <w:p w14:paraId="70F3DEB1" w14:textId="01140FB0" w:rsidR="001041B8" w:rsidRPr="00E97067" w:rsidRDefault="00000000">
      <w:pPr>
        <w:rPr>
          <w:lang w:val="fr-FR"/>
        </w:rPr>
      </w:pPr>
      <w:r w:rsidRPr="00E97067">
        <w:rPr>
          <w:lang w:val="fr-FR"/>
        </w:rPr>
        <w:t xml:space="preserve">Ce guide explique comment utiliser </w:t>
      </w:r>
      <w:proofErr w:type="spellStart"/>
      <w:r w:rsidRPr="00E97067">
        <w:rPr>
          <w:lang w:val="fr-FR"/>
        </w:rPr>
        <w:t>Procuratio</w:t>
      </w:r>
      <w:proofErr w:type="spellEnd"/>
      <w:r w:rsidRPr="00E97067">
        <w:rPr>
          <w:lang w:val="fr-FR"/>
        </w:rPr>
        <w:t xml:space="preserve"> sous forme de parcours et d'</w:t>
      </w:r>
      <w:r w:rsidR="00E97067" w:rsidRPr="00E97067">
        <w:rPr>
          <w:lang w:val="fr-FR"/>
        </w:rPr>
        <w:t>étapes</w:t>
      </w:r>
      <w:r w:rsidRPr="00E97067">
        <w:rPr>
          <w:lang w:val="fr-FR"/>
        </w:rPr>
        <w:t>.</w:t>
      </w:r>
    </w:p>
    <w:sdt>
      <w:sdtPr>
        <w:rPr>
          <w:b/>
          <w:bCs/>
        </w:rPr>
        <w:id w:val="1043322508"/>
        <w:docPartObj>
          <w:docPartGallery w:val="Table of Contents"/>
          <w:docPartUnique/>
        </w:docPartObj>
      </w:sdtPr>
      <w:sdtEndPr>
        <w:rPr>
          <w:b w:val="0"/>
          <w:bCs w:val="0"/>
        </w:rPr>
      </w:sdtEndPr>
      <w:sdtContent>
        <w:p w14:paraId="34909401" w14:textId="31C2B764" w:rsidR="00E97067" w:rsidRPr="00833872" w:rsidRDefault="00E97067" w:rsidP="00833872">
          <w:pPr>
            <w:rPr>
              <w:b/>
              <w:bCs/>
            </w:rPr>
          </w:pPr>
          <w:r w:rsidRPr="00833872">
            <w:rPr>
              <w:b/>
              <w:bCs/>
            </w:rPr>
            <w:t>Table des matières</w:t>
          </w:r>
        </w:p>
        <w:p w14:paraId="0E7E5409" w14:textId="5104D386" w:rsidR="00E63593" w:rsidRDefault="00E97067">
          <w:pPr>
            <w:pStyle w:val="TM1"/>
            <w:tabs>
              <w:tab w:val="left" w:pos="480"/>
              <w:tab w:val="right" w:leader="dot" w:pos="8630"/>
            </w:tabs>
            <w:rPr>
              <w:noProof/>
              <w:kern w:val="2"/>
              <w:sz w:val="24"/>
              <w:szCs w:val="24"/>
              <w:lang w:val="fr-FR" w:eastAsia="fr-FR"/>
              <w14:ligatures w14:val="standardContextua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231178395" w:history="1">
            <w:r w:rsidR="00E63593" w:rsidRPr="00D94A5C">
              <w:rPr>
                <w:rStyle w:val="Lienhypertexte"/>
                <w:noProof/>
              </w:rPr>
              <w:t>1.</w:t>
            </w:r>
            <w:r w:rsidR="00E63593">
              <w:rPr>
                <w:noProof/>
                <w:kern w:val="2"/>
                <w:sz w:val="24"/>
                <w:szCs w:val="24"/>
                <w:lang w:val="fr-FR" w:eastAsia="fr-FR"/>
                <w14:ligatures w14:val="standardContextual"/>
              </w:rPr>
              <w:tab/>
            </w:r>
            <w:r w:rsidR="00E63593" w:rsidRPr="00D94A5C">
              <w:rPr>
                <w:rStyle w:val="Lienhypertexte"/>
                <w:noProof/>
              </w:rPr>
              <w:t>Démarrer avec Procuratio</w:t>
            </w:r>
            <w:r w:rsidR="00E63593">
              <w:rPr>
                <w:noProof/>
                <w:webHidden/>
              </w:rPr>
              <w:tab/>
            </w:r>
            <w:r w:rsidR="00E63593">
              <w:rPr>
                <w:noProof/>
                <w:webHidden/>
              </w:rPr>
              <w:fldChar w:fldCharType="begin"/>
            </w:r>
            <w:r w:rsidR="00E63593">
              <w:rPr>
                <w:noProof/>
                <w:webHidden/>
              </w:rPr>
              <w:instrText xml:space="preserve"> PAGEREF _Toc231178395 \h </w:instrText>
            </w:r>
            <w:r w:rsidR="00E63593">
              <w:rPr>
                <w:noProof/>
                <w:webHidden/>
              </w:rPr>
            </w:r>
            <w:r w:rsidR="00E63593">
              <w:rPr>
                <w:noProof/>
                <w:webHidden/>
              </w:rPr>
              <w:fldChar w:fldCharType="separate"/>
            </w:r>
            <w:r w:rsidR="00E63593">
              <w:rPr>
                <w:noProof/>
                <w:webHidden/>
              </w:rPr>
              <w:t>7</w:t>
            </w:r>
            <w:r w:rsidR="00E63593">
              <w:rPr>
                <w:noProof/>
                <w:webHidden/>
              </w:rPr>
              <w:fldChar w:fldCharType="end"/>
            </w:r>
          </w:hyperlink>
        </w:p>
        <w:p w14:paraId="1F6A9A31" w14:textId="750149B5" w:rsidR="00E63593" w:rsidRDefault="00E63593">
          <w:pPr>
            <w:pStyle w:val="TM2"/>
            <w:tabs>
              <w:tab w:val="right" w:leader="dot" w:pos="8630"/>
            </w:tabs>
            <w:rPr>
              <w:noProof/>
              <w:kern w:val="2"/>
              <w:sz w:val="24"/>
              <w:szCs w:val="24"/>
              <w:lang w:val="fr-FR" w:eastAsia="fr-FR"/>
              <w14:ligatures w14:val="standardContextual"/>
            </w:rPr>
          </w:pPr>
          <w:hyperlink w:anchor="_Toc231178396" w:history="1">
            <w:r w:rsidRPr="00D94A5C">
              <w:rPr>
                <w:rStyle w:val="Lienhypertexte"/>
                <w:noProof/>
                <w:lang w:val="fr-FR"/>
              </w:rPr>
              <w:t>Objectif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_Toc231178396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7A9FC44" w14:textId="334673C6" w:rsidR="00E63593" w:rsidRDefault="00E63593">
          <w:pPr>
            <w:pStyle w:val="TM2"/>
            <w:tabs>
              <w:tab w:val="right" w:leader="dot" w:pos="8630"/>
            </w:tabs>
            <w:rPr>
              <w:noProof/>
              <w:kern w:val="2"/>
              <w:sz w:val="24"/>
              <w:szCs w:val="24"/>
              <w:lang w:val="fr-FR" w:eastAsia="fr-FR"/>
              <w14:ligatures w14:val="standardContextual"/>
            </w:rPr>
          </w:pPr>
          <w:hyperlink w:anchor="_Toc231178397" w:history="1">
            <w:r w:rsidRPr="00D94A5C">
              <w:rPr>
                <w:rStyle w:val="Lienhypertexte"/>
                <w:noProof/>
                <w:lang w:val="fr-FR"/>
              </w:rPr>
              <w:t>Principe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_Toc231178397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F3F9036" w14:textId="577E822F" w:rsidR="00E63593" w:rsidRDefault="00E63593">
          <w:pPr>
            <w:pStyle w:val="TM2"/>
            <w:tabs>
              <w:tab w:val="right" w:leader="dot" w:pos="8630"/>
            </w:tabs>
            <w:rPr>
              <w:noProof/>
              <w:kern w:val="2"/>
              <w:sz w:val="24"/>
              <w:szCs w:val="24"/>
              <w:lang w:val="fr-FR" w:eastAsia="fr-FR"/>
              <w14:ligatures w14:val="standardContextual"/>
            </w:rPr>
          </w:pPr>
          <w:hyperlink w:anchor="_Toc231178398" w:history="1">
            <w:r w:rsidRPr="00D94A5C">
              <w:rPr>
                <w:rStyle w:val="Lienhypertexte"/>
                <w:noProof/>
              </w:rPr>
              <w:t>Etapes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_Toc231178398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48C3F22" w14:textId="7B75E9D7" w:rsidR="00E63593" w:rsidRDefault="00E63593">
          <w:pPr>
            <w:pStyle w:val="TM2"/>
            <w:tabs>
              <w:tab w:val="right" w:leader="dot" w:pos="8630"/>
            </w:tabs>
            <w:rPr>
              <w:noProof/>
              <w:kern w:val="2"/>
              <w:sz w:val="24"/>
              <w:szCs w:val="24"/>
              <w:lang w:val="fr-FR" w:eastAsia="fr-FR"/>
              <w14:ligatures w14:val="standardContextual"/>
            </w:rPr>
          </w:pPr>
          <w:hyperlink w:anchor="_Toc231178399" w:history="1">
            <w:r w:rsidRPr="00D94A5C">
              <w:rPr>
                <w:rStyle w:val="Lienhypertexte"/>
                <w:noProof/>
                <w:lang w:val="fr-FR"/>
              </w:rPr>
              <w:t>Résultat attendu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_Toc231178399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35EDB30" w14:textId="042CD459" w:rsidR="00E63593" w:rsidRDefault="00E63593">
          <w:pPr>
            <w:pStyle w:val="TM1"/>
            <w:tabs>
              <w:tab w:val="left" w:pos="480"/>
              <w:tab w:val="right" w:leader="dot" w:pos="8630"/>
            </w:tabs>
            <w:rPr>
              <w:noProof/>
              <w:kern w:val="2"/>
              <w:sz w:val="24"/>
              <w:szCs w:val="24"/>
              <w:lang w:val="fr-FR" w:eastAsia="fr-FR"/>
              <w14:ligatures w14:val="standardContextual"/>
            </w:rPr>
          </w:pPr>
          <w:hyperlink w:anchor="_Toc231178400" w:history="1">
            <w:r w:rsidRPr="00D94A5C">
              <w:rPr>
                <w:rStyle w:val="Lienhypertexte"/>
                <w:noProof/>
              </w:rPr>
              <w:t>2.</w:t>
            </w:r>
            <w:r>
              <w:rPr>
                <w:noProof/>
                <w:kern w:val="2"/>
                <w:sz w:val="24"/>
                <w:szCs w:val="24"/>
                <w:lang w:val="fr-FR" w:eastAsia="fr-FR"/>
                <w14:ligatures w14:val="standardContextual"/>
              </w:rPr>
              <w:tab/>
            </w:r>
            <w:r w:rsidRPr="00D94A5C">
              <w:rPr>
                <w:rStyle w:val="Lienhypertexte"/>
                <w:noProof/>
              </w:rPr>
              <w:t>Environnement de démonstration et accès de test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_Toc231178400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90B8020" w14:textId="5F53F159" w:rsidR="00E63593" w:rsidRDefault="00E63593">
          <w:pPr>
            <w:pStyle w:val="TM1"/>
            <w:tabs>
              <w:tab w:val="left" w:pos="480"/>
              <w:tab w:val="right" w:leader="dot" w:pos="8630"/>
            </w:tabs>
            <w:rPr>
              <w:noProof/>
              <w:kern w:val="2"/>
              <w:sz w:val="24"/>
              <w:szCs w:val="24"/>
              <w:lang w:val="fr-FR" w:eastAsia="fr-FR"/>
              <w14:ligatures w14:val="standardContextual"/>
            </w:rPr>
          </w:pPr>
          <w:hyperlink w:anchor="_Toc231178401" w:history="1">
            <w:r w:rsidRPr="00D94A5C">
              <w:rPr>
                <w:rStyle w:val="Lienhypertexte"/>
                <w:noProof/>
              </w:rPr>
              <w:t>3.</w:t>
            </w:r>
            <w:r>
              <w:rPr>
                <w:noProof/>
                <w:kern w:val="2"/>
                <w:sz w:val="24"/>
                <w:szCs w:val="24"/>
                <w:lang w:val="fr-FR" w:eastAsia="fr-FR"/>
                <w14:ligatures w14:val="standardContextual"/>
              </w:rPr>
              <w:tab/>
            </w:r>
            <w:r w:rsidRPr="00D94A5C">
              <w:rPr>
                <w:rStyle w:val="Lienhypertexte"/>
                <w:noProof/>
              </w:rPr>
              <w:t>Comprendre les rôles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_Toc231178401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93F3499" w14:textId="7B35287E" w:rsidR="00E63593" w:rsidRDefault="00E63593">
          <w:pPr>
            <w:pStyle w:val="TM2"/>
            <w:tabs>
              <w:tab w:val="right" w:leader="dot" w:pos="8630"/>
            </w:tabs>
            <w:rPr>
              <w:noProof/>
              <w:kern w:val="2"/>
              <w:sz w:val="24"/>
              <w:szCs w:val="24"/>
              <w:lang w:val="fr-FR" w:eastAsia="fr-FR"/>
              <w14:ligatures w14:val="standardContextual"/>
            </w:rPr>
          </w:pPr>
          <w:hyperlink w:anchor="_Toc231178402" w:history="1">
            <w:r w:rsidRPr="00D94A5C">
              <w:rPr>
                <w:rStyle w:val="Lienhypertexte"/>
                <w:noProof/>
                <w:lang w:val="fr-FR"/>
              </w:rPr>
              <w:t>Objectif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_Toc231178402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8D1BDC8" w14:textId="04436FA4" w:rsidR="00E63593" w:rsidRDefault="00E63593">
          <w:pPr>
            <w:pStyle w:val="TM2"/>
            <w:tabs>
              <w:tab w:val="right" w:leader="dot" w:pos="8630"/>
            </w:tabs>
            <w:rPr>
              <w:noProof/>
              <w:kern w:val="2"/>
              <w:sz w:val="24"/>
              <w:szCs w:val="24"/>
              <w:lang w:val="fr-FR" w:eastAsia="fr-FR"/>
              <w14:ligatures w14:val="standardContextual"/>
            </w:rPr>
          </w:pPr>
          <w:hyperlink w:anchor="_Toc231178403" w:history="1">
            <w:r w:rsidRPr="00D94A5C">
              <w:rPr>
                <w:rStyle w:val="Lienhypertexte"/>
                <w:noProof/>
              </w:rPr>
              <w:t>Client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_Toc231178403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16A6038" w14:textId="72650420" w:rsidR="00E63593" w:rsidRDefault="00E63593">
          <w:pPr>
            <w:pStyle w:val="TM2"/>
            <w:tabs>
              <w:tab w:val="right" w:leader="dot" w:pos="8630"/>
            </w:tabs>
            <w:rPr>
              <w:noProof/>
              <w:kern w:val="2"/>
              <w:sz w:val="24"/>
              <w:szCs w:val="24"/>
              <w:lang w:val="fr-FR" w:eastAsia="fr-FR"/>
              <w14:ligatures w14:val="standardContextual"/>
            </w:rPr>
          </w:pPr>
          <w:hyperlink w:anchor="_Toc231178404" w:history="1">
            <w:r w:rsidRPr="00D94A5C">
              <w:rPr>
                <w:rStyle w:val="Lienhypertexte"/>
                <w:noProof/>
              </w:rPr>
              <w:t>Employe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_Toc231178404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8FA37E3" w14:textId="76AD5250" w:rsidR="00E63593" w:rsidRDefault="00E63593">
          <w:pPr>
            <w:pStyle w:val="TM2"/>
            <w:tabs>
              <w:tab w:val="right" w:leader="dot" w:pos="8630"/>
            </w:tabs>
            <w:rPr>
              <w:noProof/>
              <w:kern w:val="2"/>
              <w:sz w:val="24"/>
              <w:szCs w:val="24"/>
              <w:lang w:val="fr-FR" w:eastAsia="fr-FR"/>
              <w14:ligatures w14:val="standardContextual"/>
            </w:rPr>
          </w:pPr>
          <w:hyperlink w:anchor="_Toc231178405" w:history="1">
            <w:r w:rsidRPr="00D94A5C">
              <w:rPr>
                <w:rStyle w:val="Lienhypertexte"/>
                <w:noProof/>
              </w:rPr>
              <w:t>Manager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_Toc231178405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23EB689" w14:textId="7991F672" w:rsidR="00E63593" w:rsidRDefault="00E63593">
          <w:pPr>
            <w:pStyle w:val="TM2"/>
            <w:tabs>
              <w:tab w:val="right" w:leader="dot" w:pos="8630"/>
            </w:tabs>
            <w:rPr>
              <w:noProof/>
              <w:kern w:val="2"/>
              <w:sz w:val="24"/>
              <w:szCs w:val="24"/>
              <w:lang w:val="fr-FR" w:eastAsia="fr-FR"/>
              <w14:ligatures w14:val="standardContextual"/>
            </w:rPr>
          </w:pPr>
          <w:hyperlink w:anchor="_Toc231178406" w:history="1">
            <w:r w:rsidRPr="00D94A5C">
              <w:rPr>
                <w:rStyle w:val="Lienhypertexte"/>
                <w:noProof/>
              </w:rPr>
              <w:t>A savoir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_Toc231178406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AED9304" w14:textId="2B0F55AA" w:rsidR="00E63593" w:rsidRDefault="00E63593">
          <w:pPr>
            <w:pStyle w:val="TM1"/>
            <w:tabs>
              <w:tab w:val="left" w:pos="480"/>
              <w:tab w:val="right" w:leader="dot" w:pos="8630"/>
            </w:tabs>
            <w:rPr>
              <w:noProof/>
              <w:kern w:val="2"/>
              <w:sz w:val="24"/>
              <w:szCs w:val="24"/>
              <w:lang w:val="fr-FR" w:eastAsia="fr-FR"/>
              <w14:ligatures w14:val="standardContextual"/>
            </w:rPr>
          </w:pPr>
          <w:hyperlink w:anchor="_Toc231178407" w:history="1">
            <w:r w:rsidRPr="00D94A5C">
              <w:rPr>
                <w:rStyle w:val="Lienhypertexte"/>
                <w:noProof/>
              </w:rPr>
              <w:t>4.</w:t>
            </w:r>
            <w:r>
              <w:rPr>
                <w:noProof/>
                <w:kern w:val="2"/>
                <w:sz w:val="24"/>
                <w:szCs w:val="24"/>
                <w:lang w:val="fr-FR" w:eastAsia="fr-FR"/>
                <w14:ligatures w14:val="standardContextual"/>
              </w:rPr>
              <w:tab/>
            </w:r>
            <w:r w:rsidRPr="00D94A5C">
              <w:rPr>
                <w:rStyle w:val="Lienhypertexte"/>
                <w:noProof/>
              </w:rPr>
              <w:t>Se connecter et se déconnecter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_Toc231178407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72DD3DA" w14:textId="34889F1E" w:rsidR="00E63593" w:rsidRDefault="00E63593">
          <w:pPr>
            <w:pStyle w:val="TM2"/>
            <w:tabs>
              <w:tab w:val="right" w:leader="dot" w:pos="8630"/>
            </w:tabs>
            <w:rPr>
              <w:noProof/>
              <w:kern w:val="2"/>
              <w:sz w:val="24"/>
              <w:szCs w:val="24"/>
              <w:lang w:val="fr-FR" w:eastAsia="fr-FR"/>
              <w14:ligatures w14:val="standardContextual"/>
            </w:rPr>
          </w:pPr>
          <w:hyperlink w:anchor="_Toc231178408" w:history="1">
            <w:r w:rsidRPr="00D94A5C">
              <w:rPr>
                <w:rStyle w:val="Lienhypertexte"/>
                <w:noProof/>
                <w:lang w:val="fr-FR"/>
              </w:rPr>
              <w:t>Objectif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_Toc231178408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4250C0A" w14:textId="3E98D114" w:rsidR="00E63593" w:rsidRDefault="00E63593">
          <w:pPr>
            <w:pStyle w:val="TM2"/>
            <w:tabs>
              <w:tab w:val="right" w:leader="dot" w:pos="8630"/>
            </w:tabs>
            <w:rPr>
              <w:noProof/>
              <w:kern w:val="2"/>
              <w:sz w:val="24"/>
              <w:szCs w:val="24"/>
              <w:lang w:val="fr-FR" w:eastAsia="fr-FR"/>
              <w14:ligatures w14:val="standardContextual"/>
            </w:rPr>
          </w:pPr>
          <w:hyperlink w:anchor="_Toc231178409" w:history="1">
            <w:r w:rsidRPr="00D94A5C">
              <w:rPr>
                <w:rStyle w:val="Lienhypertexte"/>
                <w:noProof/>
                <w:lang w:val="fr-FR"/>
              </w:rPr>
              <w:t>Etapes pour se connecter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_Toc231178409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C4BBE2A" w14:textId="2F915FA8" w:rsidR="00E63593" w:rsidRDefault="00E63593">
          <w:pPr>
            <w:pStyle w:val="TM2"/>
            <w:tabs>
              <w:tab w:val="right" w:leader="dot" w:pos="8630"/>
            </w:tabs>
            <w:rPr>
              <w:noProof/>
              <w:kern w:val="2"/>
              <w:sz w:val="24"/>
              <w:szCs w:val="24"/>
              <w:lang w:val="fr-FR" w:eastAsia="fr-FR"/>
              <w14:ligatures w14:val="standardContextual"/>
            </w:rPr>
          </w:pPr>
          <w:hyperlink w:anchor="_Toc231178410" w:history="1">
            <w:r w:rsidRPr="00D94A5C">
              <w:rPr>
                <w:rStyle w:val="Lienhypertexte"/>
                <w:noProof/>
                <w:lang w:val="fr-FR"/>
              </w:rPr>
              <w:t>Résultat attendu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_Toc231178410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0CB25A0" w14:textId="28B3527F" w:rsidR="00E63593" w:rsidRDefault="00E63593">
          <w:pPr>
            <w:pStyle w:val="TM2"/>
            <w:tabs>
              <w:tab w:val="right" w:leader="dot" w:pos="8630"/>
            </w:tabs>
            <w:rPr>
              <w:noProof/>
              <w:kern w:val="2"/>
              <w:sz w:val="24"/>
              <w:szCs w:val="24"/>
              <w:lang w:val="fr-FR" w:eastAsia="fr-FR"/>
              <w14:ligatures w14:val="standardContextual"/>
            </w:rPr>
          </w:pPr>
          <w:hyperlink w:anchor="_Toc231178411" w:history="1">
            <w:r w:rsidRPr="00D94A5C">
              <w:rPr>
                <w:rStyle w:val="Lienhypertexte"/>
                <w:noProof/>
                <w:lang w:val="fr-FR"/>
              </w:rPr>
              <w:t>Etapes pour se déconnecter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_Toc231178411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C6F5932" w14:textId="373D6A99" w:rsidR="00E63593" w:rsidRDefault="00E63593">
          <w:pPr>
            <w:pStyle w:val="TM1"/>
            <w:tabs>
              <w:tab w:val="left" w:pos="480"/>
              <w:tab w:val="right" w:leader="dot" w:pos="8630"/>
            </w:tabs>
            <w:rPr>
              <w:noProof/>
              <w:kern w:val="2"/>
              <w:sz w:val="24"/>
              <w:szCs w:val="24"/>
              <w:lang w:val="fr-FR" w:eastAsia="fr-FR"/>
              <w14:ligatures w14:val="standardContextual"/>
            </w:rPr>
          </w:pPr>
          <w:hyperlink w:anchor="_Toc231178412" w:history="1">
            <w:r w:rsidRPr="00D94A5C">
              <w:rPr>
                <w:rStyle w:val="Lienhypertexte"/>
                <w:noProof/>
              </w:rPr>
              <w:t>5.</w:t>
            </w:r>
            <w:r>
              <w:rPr>
                <w:noProof/>
                <w:kern w:val="2"/>
                <w:sz w:val="24"/>
                <w:szCs w:val="24"/>
                <w:lang w:val="fr-FR" w:eastAsia="fr-FR"/>
                <w14:ligatures w14:val="standardContextual"/>
              </w:rPr>
              <w:tab/>
            </w:r>
            <w:r w:rsidRPr="00D94A5C">
              <w:rPr>
                <w:rStyle w:val="Lienhypertexte"/>
                <w:noProof/>
              </w:rPr>
              <w:t>Parcours client : consulter le catalogue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_Toc231178412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6BDA690" w14:textId="10A2799F" w:rsidR="00E63593" w:rsidRDefault="00E63593">
          <w:pPr>
            <w:pStyle w:val="TM2"/>
            <w:tabs>
              <w:tab w:val="right" w:leader="dot" w:pos="8630"/>
            </w:tabs>
            <w:rPr>
              <w:noProof/>
              <w:kern w:val="2"/>
              <w:sz w:val="24"/>
              <w:szCs w:val="24"/>
              <w:lang w:val="fr-FR" w:eastAsia="fr-FR"/>
              <w14:ligatures w14:val="standardContextual"/>
            </w:rPr>
          </w:pPr>
          <w:hyperlink w:anchor="_Toc231178413" w:history="1">
            <w:r w:rsidRPr="00D94A5C">
              <w:rPr>
                <w:rStyle w:val="Lienhypertexte"/>
                <w:noProof/>
                <w:lang w:val="fr-FR"/>
              </w:rPr>
              <w:t>Objectif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_Toc231178413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4AB9C29" w14:textId="30BD7A21" w:rsidR="00E63593" w:rsidRDefault="00E63593">
          <w:pPr>
            <w:pStyle w:val="TM2"/>
            <w:tabs>
              <w:tab w:val="right" w:leader="dot" w:pos="8630"/>
            </w:tabs>
            <w:rPr>
              <w:noProof/>
              <w:kern w:val="2"/>
              <w:sz w:val="24"/>
              <w:szCs w:val="24"/>
              <w:lang w:val="fr-FR" w:eastAsia="fr-FR"/>
              <w14:ligatures w14:val="standardContextual"/>
            </w:rPr>
          </w:pPr>
          <w:hyperlink w:anchor="_Toc231178414" w:history="1">
            <w:r w:rsidRPr="00D94A5C">
              <w:rPr>
                <w:rStyle w:val="Lienhypertexte"/>
                <w:noProof/>
                <w:lang w:val="fr-FR"/>
              </w:rPr>
              <w:t>Qui peut le faire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_Toc231178414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6928D10" w14:textId="42AA7F0A" w:rsidR="00E63593" w:rsidRDefault="00E63593">
          <w:pPr>
            <w:pStyle w:val="TM2"/>
            <w:tabs>
              <w:tab w:val="right" w:leader="dot" w:pos="8630"/>
            </w:tabs>
            <w:rPr>
              <w:noProof/>
              <w:kern w:val="2"/>
              <w:sz w:val="24"/>
              <w:szCs w:val="24"/>
              <w:lang w:val="fr-FR" w:eastAsia="fr-FR"/>
              <w14:ligatures w14:val="standardContextual"/>
            </w:rPr>
          </w:pPr>
          <w:hyperlink w:anchor="_Toc231178415" w:history="1">
            <w:r w:rsidRPr="00D94A5C">
              <w:rPr>
                <w:rStyle w:val="Lienhypertexte"/>
                <w:noProof/>
                <w:lang w:val="fr-FR"/>
              </w:rPr>
              <w:t>Etapes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_Toc231178415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F3A732E" w14:textId="0BC6E1A1" w:rsidR="00E63593" w:rsidRDefault="00E63593">
          <w:pPr>
            <w:pStyle w:val="TM2"/>
            <w:tabs>
              <w:tab w:val="right" w:leader="dot" w:pos="8630"/>
            </w:tabs>
            <w:rPr>
              <w:noProof/>
              <w:kern w:val="2"/>
              <w:sz w:val="24"/>
              <w:szCs w:val="24"/>
              <w:lang w:val="fr-FR" w:eastAsia="fr-FR"/>
              <w14:ligatures w14:val="standardContextual"/>
            </w:rPr>
          </w:pPr>
          <w:hyperlink w:anchor="_Toc231178416" w:history="1">
            <w:r w:rsidRPr="00D94A5C">
              <w:rPr>
                <w:rStyle w:val="Lienhypertexte"/>
                <w:noProof/>
                <w:lang w:val="fr-FR"/>
              </w:rPr>
              <w:t>Résultat attendu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_Toc231178416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06199C9" w14:textId="6189E101" w:rsidR="00E63593" w:rsidRDefault="00E63593">
          <w:pPr>
            <w:pStyle w:val="TM2"/>
            <w:tabs>
              <w:tab w:val="right" w:leader="dot" w:pos="8630"/>
            </w:tabs>
            <w:rPr>
              <w:noProof/>
              <w:kern w:val="2"/>
              <w:sz w:val="24"/>
              <w:szCs w:val="24"/>
              <w:lang w:val="fr-FR" w:eastAsia="fr-FR"/>
              <w14:ligatures w14:val="standardContextual"/>
            </w:rPr>
          </w:pPr>
          <w:hyperlink w:anchor="_Toc231178417" w:history="1">
            <w:r w:rsidRPr="00D94A5C">
              <w:rPr>
                <w:rStyle w:val="Lienhypertexte"/>
                <w:noProof/>
                <w:lang w:val="fr-FR"/>
              </w:rPr>
              <w:t>A savoir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_Toc231178417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B55610D" w14:textId="1E1AAF52" w:rsidR="00E63593" w:rsidRDefault="00E63593">
          <w:pPr>
            <w:pStyle w:val="TM1"/>
            <w:tabs>
              <w:tab w:val="left" w:pos="480"/>
              <w:tab w:val="right" w:leader="dot" w:pos="8630"/>
            </w:tabs>
            <w:rPr>
              <w:noProof/>
              <w:kern w:val="2"/>
              <w:sz w:val="24"/>
              <w:szCs w:val="24"/>
              <w:lang w:val="fr-FR" w:eastAsia="fr-FR"/>
              <w14:ligatures w14:val="standardContextual"/>
            </w:rPr>
          </w:pPr>
          <w:hyperlink w:anchor="_Toc231178418" w:history="1">
            <w:r w:rsidRPr="00D94A5C">
              <w:rPr>
                <w:rStyle w:val="Lienhypertexte"/>
                <w:noProof/>
              </w:rPr>
              <w:t>6.</w:t>
            </w:r>
            <w:r>
              <w:rPr>
                <w:noProof/>
                <w:kern w:val="2"/>
                <w:sz w:val="24"/>
                <w:szCs w:val="24"/>
                <w:lang w:val="fr-FR" w:eastAsia="fr-FR"/>
                <w14:ligatures w14:val="standardContextual"/>
              </w:rPr>
              <w:tab/>
            </w:r>
            <w:r w:rsidRPr="00D94A5C">
              <w:rPr>
                <w:rStyle w:val="Lienhypertexte"/>
                <w:noProof/>
              </w:rPr>
              <w:t>Parcours client : acheter un produit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_Toc231178418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5790FEE" w14:textId="12D07BFF" w:rsidR="00E63593" w:rsidRDefault="00E63593">
          <w:pPr>
            <w:pStyle w:val="TM2"/>
            <w:tabs>
              <w:tab w:val="right" w:leader="dot" w:pos="8630"/>
            </w:tabs>
            <w:rPr>
              <w:noProof/>
              <w:kern w:val="2"/>
              <w:sz w:val="24"/>
              <w:szCs w:val="24"/>
              <w:lang w:val="fr-FR" w:eastAsia="fr-FR"/>
              <w14:ligatures w14:val="standardContextual"/>
            </w:rPr>
          </w:pPr>
          <w:hyperlink w:anchor="_Toc231178419" w:history="1">
            <w:r w:rsidRPr="00D94A5C">
              <w:rPr>
                <w:rStyle w:val="Lienhypertexte"/>
                <w:noProof/>
                <w:lang w:val="fr-FR"/>
              </w:rPr>
              <w:t>Objectif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_Toc231178419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0650E61" w14:textId="0217CBC7" w:rsidR="00E63593" w:rsidRDefault="00E63593">
          <w:pPr>
            <w:pStyle w:val="TM2"/>
            <w:tabs>
              <w:tab w:val="right" w:leader="dot" w:pos="8630"/>
            </w:tabs>
            <w:rPr>
              <w:noProof/>
              <w:kern w:val="2"/>
              <w:sz w:val="24"/>
              <w:szCs w:val="24"/>
              <w:lang w:val="fr-FR" w:eastAsia="fr-FR"/>
              <w14:ligatures w14:val="standardContextual"/>
            </w:rPr>
          </w:pPr>
          <w:hyperlink w:anchor="_Toc231178420" w:history="1">
            <w:r w:rsidRPr="00D94A5C">
              <w:rPr>
                <w:rStyle w:val="Lienhypertexte"/>
                <w:noProof/>
                <w:lang w:val="fr-FR"/>
              </w:rPr>
              <w:t>Qui peut le faire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_Toc231178420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FE56ECF" w14:textId="70D18ECD" w:rsidR="00E63593" w:rsidRDefault="00E63593">
          <w:pPr>
            <w:pStyle w:val="TM2"/>
            <w:tabs>
              <w:tab w:val="right" w:leader="dot" w:pos="8630"/>
            </w:tabs>
            <w:rPr>
              <w:noProof/>
              <w:kern w:val="2"/>
              <w:sz w:val="24"/>
              <w:szCs w:val="24"/>
              <w:lang w:val="fr-FR" w:eastAsia="fr-FR"/>
              <w14:ligatures w14:val="standardContextual"/>
            </w:rPr>
          </w:pPr>
          <w:hyperlink w:anchor="_Toc231178421" w:history="1">
            <w:r w:rsidRPr="00D94A5C">
              <w:rPr>
                <w:rStyle w:val="Lienhypertexte"/>
                <w:noProof/>
                <w:lang w:val="fr-FR"/>
              </w:rPr>
              <w:t>Etapes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_Toc231178421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FD8F7A7" w14:textId="3474CC0F" w:rsidR="00E63593" w:rsidRDefault="00E63593">
          <w:pPr>
            <w:pStyle w:val="TM2"/>
            <w:tabs>
              <w:tab w:val="right" w:leader="dot" w:pos="8630"/>
            </w:tabs>
            <w:rPr>
              <w:noProof/>
              <w:kern w:val="2"/>
              <w:sz w:val="24"/>
              <w:szCs w:val="24"/>
              <w:lang w:val="fr-FR" w:eastAsia="fr-FR"/>
              <w14:ligatures w14:val="standardContextual"/>
            </w:rPr>
          </w:pPr>
          <w:hyperlink w:anchor="_Toc231178422" w:history="1">
            <w:r w:rsidRPr="00D94A5C">
              <w:rPr>
                <w:rStyle w:val="Lienhypertexte"/>
                <w:noProof/>
                <w:lang w:val="fr-FR"/>
              </w:rPr>
              <w:t>Résultat attendu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_Toc231178422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1A1B68E" w14:textId="4C100440" w:rsidR="00E63593" w:rsidRDefault="00E63593">
          <w:pPr>
            <w:pStyle w:val="TM2"/>
            <w:tabs>
              <w:tab w:val="right" w:leader="dot" w:pos="8630"/>
            </w:tabs>
            <w:rPr>
              <w:noProof/>
              <w:kern w:val="2"/>
              <w:sz w:val="24"/>
              <w:szCs w:val="24"/>
              <w:lang w:val="fr-FR" w:eastAsia="fr-FR"/>
              <w14:ligatures w14:val="standardContextual"/>
            </w:rPr>
          </w:pPr>
          <w:hyperlink w:anchor="_Toc231178423" w:history="1">
            <w:r w:rsidRPr="00D94A5C">
              <w:rPr>
                <w:rStyle w:val="Lienhypertexte"/>
                <w:noProof/>
                <w:lang w:val="fr-FR"/>
              </w:rPr>
              <w:t>A savoir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_Toc231178423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3E54D35" w14:textId="51E2CE3B" w:rsidR="00E63593" w:rsidRDefault="00E63593">
          <w:pPr>
            <w:pStyle w:val="TM1"/>
            <w:tabs>
              <w:tab w:val="left" w:pos="480"/>
              <w:tab w:val="right" w:leader="dot" w:pos="8630"/>
            </w:tabs>
            <w:rPr>
              <w:noProof/>
              <w:kern w:val="2"/>
              <w:sz w:val="24"/>
              <w:szCs w:val="24"/>
              <w:lang w:val="fr-FR" w:eastAsia="fr-FR"/>
              <w14:ligatures w14:val="standardContextual"/>
            </w:rPr>
          </w:pPr>
          <w:hyperlink w:anchor="_Toc231178424" w:history="1">
            <w:r w:rsidRPr="00D94A5C">
              <w:rPr>
                <w:rStyle w:val="Lienhypertexte"/>
                <w:noProof/>
              </w:rPr>
              <w:t>7.</w:t>
            </w:r>
            <w:r>
              <w:rPr>
                <w:noProof/>
                <w:kern w:val="2"/>
                <w:sz w:val="24"/>
                <w:szCs w:val="24"/>
                <w:lang w:val="fr-FR" w:eastAsia="fr-FR"/>
                <w14:ligatures w14:val="standardContextual"/>
              </w:rPr>
              <w:tab/>
            </w:r>
            <w:r w:rsidRPr="00D94A5C">
              <w:rPr>
                <w:rStyle w:val="Lienhypertexte"/>
                <w:noProof/>
              </w:rPr>
              <w:t>Parcours client : utiliser ou acheter un bon cadeau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_Toc231178424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ECFF279" w14:textId="1809A9E2" w:rsidR="00E63593" w:rsidRDefault="00E63593">
          <w:pPr>
            <w:pStyle w:val="TM2"/>
            <w:tabs>
              <w:tab w:val="right" w:leader="dot" w:pos="8630"/>
            </w:tabs>
            <w:rPr>
              <w:noProof/>
              <w:kern w:val="2"/>
              <w:sz w:val="24"/>
              <w:szCs w:val="24"/>
              <w:lang w:val="fr-FR" w:eastAsia="fr-FR"/>
              <w14:ligatures w14:val="standardContextual"/>
            </w:rPr>
          </w:pPr>
          <w:hyperlink w:anchor="_Toc231178425" w:history="1">
            <w:r w:rsidRPr="00D94A5C">
              <w:rPr>
                <w:rStyle w:val="Lienhypertexte"/>
                <w:noProof/>
                <w:lang w:val="fr-FR"/>
              </w:rPr>
              <w:t>Objectif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_Toc231178425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A95EE7D" w14:textId="7D78573A" w:rsidR="00E63593" w:rsidRDefault="00E63593">
          <w:pPr>
            <w:pStyle w:val="TM2"/>
            <w:tabs>
              <w:tab w:val="right" w:leader="dot" w:pos="8630"/>
            </w:tabs>
            <w:rPr>
              <w:noProof/>
              <w:kern w:val="2"/>
              <w:sz w:val="24"/>
              <w:szCs w:val="24"/>
              <w:lang w:val="fr-FR" w:eastAsia="fr-FR"/>
              <w14:ligatures w14:val="standardContextual"/>
            </w:rPr>
          </w:pPr>
          <w:hyperlink w:anchor="_Toc231178426" w:history="1">
            <w:r w:rsidRPr="00D94A5C">
              <w:rPr>
                <w:rStyle w:val="Lienhypertexte"/>
                <w:noProof/>
                <w:lang w:val="fr-FR"/>
              </w:rPr>
              <w:t>Qui peut le faire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_Toc231178426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4EB05C7" w14:textId="6DFEB64C" w:rsidR="00E63593" w:rsidRDefault="00E63593">
          <w:pPr>
            <w:pStyle w:val="TM2"/>
            <w:tabs>
              <w:tab w:val="right" w:leader="dot" w:pos="8630"/>
            </w:tabs>
            <w:rPr>
              <w:noProof/>
              <w:kern w:val="2"/>
              <w:sz w:val="24"/>
              <w:szCs w:val="24"/>
              <w:lang w:val="fr-FR" w:eastAsia="fr-FR"/>
              <w14:ligatures w14:val="standardContextual"/>
            </w:rPr>
          </w:pPr>
          <w:hyperlink w:anchor="_Toc231178427" w:history="1">
            <w:r w:rsidRPr="00D94A5C">
              <w:rPr>
                <w:rStyle w:val="Lienhypertexte"/>
                <w:noProof/>
                <w:lang w:val="fr-FR"/>
              </w:rPr>
              <w:t>Etapes pour acheter un bon cadeau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_Toc231178427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749915C" w14:textId="41ADE16C" w:rsidR="00E63593" w:rsidRDefault="00E63593">
          <w:pPr>
            <w:pStyle w:val="TM2"/>
            <w:tabs>
              <w:tab w:val="right" w:leader="dot" w:pos="8630"/>
            </w:tabs>
            <w:rPr>
              <w:noProof/>
              <w:kern w:val="2"/>
              <w:sz w:val="24"/>
              <w:szCs w:val="24"/>
              <w:lang w:val="fr-FR" w:eastAsia="fr-FR"/>
              <w14:ligatures w14:val="standardContextual"/>
            </w:rPr>
          </w:pPr>
          <w:hyperlink w:anchor="_Toc231178428" w:history="1">
            <w:r w:rsidRPr="00D94A5C">
              <w:rPr>
                <w:rStyle w:val="Lienhypertexte"/>
                <w:noProof/>
                <w:lang w:val="fr-FR"/>
              </w:rPr>
              <w:t>Etapes pour appliquer un bon cadeau au panier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_Toc231178428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C5A702E" w14:textId="10EB573A" w:rsidR="00E63593" w:rsidRDefault="00E63593">
          <w:pPr>
            <w:pStyle w:val="TM2"/>
            <w:tabs>
              <w:tab w:val="right" w:leader="dot" w:pos="8630"/>
            </w:tabs>
            <w:rPr>
              <w:noProof/>
              <w:kern w:val="2"/>
              <w:sz w:val="24"/>
              <w:szCs w:val="24"/>
              <w:lang w:val="fr-FR" w:eastAsia="fr-FR"/>
              <w14:ligatures w14:val="standardContextual"/>
            </w:rPr>
          </w:pPr>
          <w:hyperlink w:anchor="_Toc231178429" w:history="1">
            <w:r w:rsidRPr="00D94A5C">
              <w:rPr>
                <w:rStyle w:val="Lienhypertexte"/>
                <w:noProof/>
                <w:lang w:val="fr-FR"/>
              </w:rPr>
              <w:t>Résultat attendu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_Toc231178429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48E74FF" w14:textId="1253B1EB" w:rsidR="00E63593" w:rsidRDefault="00E63593">
          <w:pPr>
            <w:pStyle w:val="TM2"/>
            <w:tabs>
              <w:tab w:val="right" w:leader="dot" w:pos="8630"/>
            </w:tabs>
            <w:rPr>
              <w:noProof/>
              <w:kern w:val="2"/>
              <w:sz w:val="24"/>
              <w:szCs w:val="24"/>
              <w:lang w:val="fr-FR" w:eastAsia="fr-FR"/>
              <w14:ligatures w14:val="standardContextual"/>
            </w:rPr>
          </w:pPr>
          <w:hyperlink w:anchor="_Toc231178430" w:history="1">
            <w:r w:rsidRPr="00D94A5C">
              <w:rPr>
                <w:rStyle w:val="Lienhypertexte"/>
                <w:noProof/>
                <w:lang w:val="fr-FR"/>
              </w:rPr>
              <w:t>A savoir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_Toc231178430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82B1DC6" w14:textId="56F057C4" w:rsidR="00E63593" w:rsidRDefault="00E63593">
          <w:pPr>
            <w:pStyle w:val="TM1"/>
            <w:tabs>
              <w:tab w:val="left" w:pos="480"/>
              <w:tab w:val="right" w:leader="dot" w:pos="8630"/>
            </w:tabs>
            <w:rPr>
              <w:noProof/>
              <w:kern w:val="2"/>
              <w:sz w:val="24"/>
              <w:szCs w:val="24"/>
              <w:lang w:val="fr-FR" w:eastAsia="fr-FR"/>
              <w14:ligatures w14:val="standardContextual"/>
            </w:rPr>
          </w:pPr>
          <w:hyperlink w:anchor="_Toc231178431" w:history="1">
            <w:r w:rsidRPr="00D94A5C">
              <w:rPr>
                <w:rStyle w:val="Lienhypertexte"/>
                <w:noProof/>
              </w:rPr>
              <w:t>8.</w:t>
            </w:r>
            <w:r>
              <w:rPr>
                <w:noProof/>
                <w:kern w:val="2"/>
                <w:sz w:val="24"/>
                <w:szCs w:val="24"/>
                <w:lang w:val="fr-FR" w:eastAsia="fr-FR"/>
                <w14:ligatures w14:val="standardContextual"/>
              </w:rPr>
              <w:tab/>
            </w:r>
            <w:r w:rsidRPr="00D94A5C">
              <w:rPr>
                <w:rStyle w:val="Lienhypertexte"/>
                <w:noProof/>
              </w:rPr>
              <w:t>Parcours client : réserver un produit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_Toc231178431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922052D" w14:textId="5D4E3330" w:rsidR="00E63593" w:rsidRDefault="00E63593">
          <w:pPr>
            <w:pStyle w:val="TM2"/>
            <w:tabs>
              <w:tab w:val="right" w:leader="dot" w:pos="8630"/>
            </w:tabs>
            <w:rPr>
              <w:noProof/>
              <w:kern w:val="2"/>
              <w:sz w:val="24"/>
              <w:szCs w:val="24"/>
              <w:lang w:val="fr-FR" w:eastAsia="fr-FR"/>
              <w14:ligatures w14:val="standardContextual"/>
            </w:rPr>
          </w:pPr>
          <w:hyperlink w:anchor="_Toc231178432" w:history="1">
            <w:r w:rsidRPr="00D94A5C">
              <w:rPr>
                <w:rStyle w:val="Lienhypertexte"/>
                <w:noProof/>
                <w:lang w:val="fr-FR"/>
              </w:rPr>
              <w:t>Objectif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_Toc231178432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92D7DCA" w14:textId="78280747" w:rsidR="00E63593" w:rsidRDefault="00E63593">
          <w:pPr>
            <w:pStyle w:val="TM2"/>
            <w:tabs>
              <w:tab w:val="right" w:leader="dot" w:pos="8630"/>
            </w:tabs>
            <w:rPr>
              <w:noProof/>
              <w:kern w:val="2"/>
              <w:sz w:val="24"/>
              <w:szCs w:val="24"/>
              <w:lang w:val="fr-FR" w:eastAsia="fr-FR"/>
              <w14:ligatures w14:val="standardContextual"/>
            </w:rPr>
          </w:pPr>
          <w:hyperlink w:anchor="_Toc231178433" w:history="1">
            <w:r w:rsidRPr="00D94A5C">
              <w:rPr>
                <w:rStyle w:val="Lienhypertexte"/>
                <w:noProof/>
                <w:lang w:val="fr-FR"/>
              </w:rPr>
              <w:t>Qui peut le faire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_Toc231178433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13FA48C" w14:textId="120124E8" w:rsidR="00E63593" w:rsidRDefault="00E63593">
          <w:pPr>
            <w:pStyle w:val="TM2"/>
            <w:tabs>
              <w:tab w:val="right" w:leader="dot" w:pos="8630"/>
            </w:tabs>
            <w:rPr>
              <w:noProof/>
              <w:kern w:val="2"/>
              <w:sz w:val="24"/>
              <w:szCs w:val="24"/>
              <w:lang w:val="fr-FR" w:eastAsia="fr-FR"/>
              <w14:ligatures w14:val="standardContextual"/>
            </w:rPr>
          </w:pPr>
          <w:hyperlink w:anchor="_Toc231178434" w:history="1">
            <w:r w:rsidRPr="00D94A5C">
              <w:rPr>
                <w:rStyle w:val="Lienhypertexte"/>
                <w:noProof/>
                <w:lang w:val="fr-FR"/>
              </w:rPr>
              <w:t>Etapes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_Toc231178434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198537E" w14:textId="603A643D" w:rsidR="00E63593" w:rsidRDefault="00E63593">
          <w:pPr>
            <w:pStyle w:val="TM2"/>
            <w:tabs>
              <w:tab w:val="right" w:leader="dot" w:pos="8630"/>
            </w:tabs>
            <w:rPr>
              <w:noProof/>
              <w:kern w:val="2"/>
              <w:sz w:val="24"/>
              <w:szCs w:val="24"/>
              <w:lang w:val="fr-FR" w:eastAsia="fr-FR"/>
              <w14:ligatures w14:val="standardContextual"/>
            </w:rPr>
          </w:pPr>
          <w:hyperlink w:anchor="_Toc231178435" w:history="1">
            <w:r w:rsidRPr="00D94A5C">
              <w:rPr>
                <w:rStyle w:val="Lienhypertexte"/>
                <w:noProof/>
                <w:lang w:val="fr-FR"/>
              </w:rPr>
              <w:t>Résultat attendu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_Toc231178435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BC7F14D" w14:textId="7D3966D9" w:rsidR="00E63593" w:rsidRDefault="00E63593">
          <w:pPr>
            <w:pStyle w:val="TM2"/>
            <w:tabs>
              <w:tab w:val="right" w:leader="dot" w:pos="8630"/>
            </w:tabs>
            <w:rPr>
              <w:noProof/>
              <w:kern w:val="2"/>
              <w:sz w:val="24"/>
              <w:szCs w:val="24"/>
              <w:lang w:val="fr-FR" w:eastAsia="fr-FR"/>
              <w14:ligatures w14:val="standardContextual"/>
            </w:rPr>
          </w:pPr>
          <w:hyperlink w:anchor="_Toc231178436" w:history="1">
            <w:r w:rsidRPr="00D94A5C">
              <w:rPr>
                <w:rStyle w:val="Lienhypertexte"/>
                <w:noProof/>
                <w:lang w:val="fr-FR"/>
              </w:rPr>
              <w:t>Etapes pour annuler une réservation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_Toc231178436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080D95D" w14:textId="06F14666" w:rsidR="00E63593" w:rsidRDefault="00E63593">
          <w:pPr>
            <w:pStyle w:val="TM2"/>
            <w:tabs>
              <w:tab w:val="right" w:leader="dot" w:pos="8630"/>
            </w:tabs>
            <w:rPr>
              <w:noProof/>
              <w:kern w:val="2"/>
              <w:sz w:val="24"/>
              <w:szCs w:val="24"/>
              <w:lang w:val="fr-FR" w:eastAsia="fr-FR"/>
              <w14:ligatures w14:val="standardContextual"/>
            </w:rPr>
          </w:pPr>
          <w:hyperlink w:anchor="_Toc231178437" w:history="1">
            <w:r w:rsidRPr="00D94A5C">
              <w:rPr>
                <w:rStyle w:val="Lienhypertexte"/>
                <w:noProof/>
                <w:lang w:val="fr-FR"/>
              </w:rPr>
              <w:t>A savoir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_Toc231178437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A1F75B7" w14:textId="6B10C6B8" w:rsidR="00E63593" w:rsidRDefault="00E63593">
          <w:pPr>
            <w:pStyle w:val="TM1"/>
            <w:tabs>
              <w:tab w:val="left" w:pos="480"/>
              <w:tab w:val="right" w:leader="dot" w:pos="8630"/>
            </w:tabs>
            <w:rPr>
              <w:noProof/>
              <w:kern w:val="2"/>
              <w:sz w:val="24"/>
              <w:szCs w:val="24"/>
              <w:lang w:val="fr-FR" w:eastAsia="fr-FR"/>
              <w14:ligatures w14:val="standardContextual"/>
            </w:rPr>
          </w:pPr>
          <w:hyperlink w:anchor="_Toc231178438" w:history="1">
            <w:r w:rsidRPr="00D94A5C">
              <w:rPr>
                <w:rStyle w:val="Lienhypertexte"/>
                <w:noProof/>
              </w:rPr>
              <w:t>9.</w:t>
            </w:r>
            <w:r>
              <w:rPr>
                <w:noProof/>
                <w:kern w:val="2"/>
                <w:sz w:val="24"/>
                <w:szCs w:val="24"/>
                <w:lang w:val="fr-FR" w:eastAsia="fr-FR"/>
                <w14:ligatures w14:val="standardContextual"/>
              </w:rPr>
              <w:tab/>
            </w:r>
            <w:r w:rsidRPr="00D94A5C">
              <w:rPr>
                <w:rStyle w:val="Lienhypertexte"/>
                <w:noProof/>
              </w:rPr>
              <w:t>Parcours client : passer commande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_Toc231178438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3F3B868" w14:textId="2B5936B6" w:rsidR="00E63593" w:rsidRDefault="00E63593">
          <w:pPr>
            <w:pStyle w:val="TM2"/>
            <w:tabs>
              <w:tab w:val="right" w:leader="dot" w:pos="8630"/>
            </w:tabs>
            <w:rPr>
              <w:noProof/>
              <w:kern w:val="2"/>
              <w:sz w:val="24"/>
              <w:szCs w:val="24"/>
              <w:lang w:val="fr-FR" w:eastAsia="fr-FR"/>
              <w14:ligatures w14:val="standardContextual"/>
            </w:rPr>
          </w:pPr>
          <w:hyperlink w:anchor="_Toc231178439" w:history="1">
            <w:r w:rsidRPr="00D94A5C">
              <w:rPr>
                <w:rStyle w:val="Lienhypertexte"/>
                <w:noProof/>
                <w:lang w:val="fr-FR"/>
              </w:rPr>
              <w:t>Objectif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_Toc231178439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7F66033" w14:textId="1A85117E" w:rsidR="00E63593" w:rsidRDefault="00E63593">
          <w:pPr>
            <w:pStyle w:val="TM2"/>
            <w:tabs>
              <w:tab w:val="right" w:leader="dot" w:pos="8630"/>
            </w:tabs>
            <w:rPr>
              <w:noProof/>
              <w:kern w:val="2"/>
              <w:sz w:val="24"/>
              <w:szCs w:val="24"/>
              <w:lang w:val="fr-FR" w:eastAsia="fr-FR"/>
              <w14:ligatures w14:val="standardContextual"/>
            </w:rPr>
          </w:pPr>
          <w:hyperlink w:anchor="_Toc231178440" w:history="1">
            <w:r w:rsidRPr="00D94A5C">
              <w:rPr>
                <w:rStyle w:val="Lienhypertexte"/>
                <w:noProof/>
                <w:lang w:val="fr-FR"/>
              </w:rPr>
              <w:t>Qui peut le faire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_Toc231178440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1D54603" w14:textId="67164781" w:rsidR="00E63593" w:rsidRDefault="00E63593">
          <w:pPr>
            <w:pStyle w:val="TM2"/>
            <w:tabs>
              <w:tab w:val="right" w:leader="dot" w:pos="8630"/>
            </w:tabs>
            <w:rPr>
              <w:noProof/>
              <w:kern w:val="2"/>
              <w:sz w:val="24"/>
              <w:szCs w:val="24"/>
              <w:lang w:val="fr-FR" w:eastAsia="fr-FR"/>
              <w14:ligatures w14:val="standardContextual"/>
            </w:rPr>
          </w:pPr>
          <w:hyperlink w:anchor="_Toc231178441" w:history="1">
            <w:r w:rsidRPr="00D94A5C">
              <w:rPr>
                <w:rStyle w:val="Lienhypertexte"/>
                <w:noProof/>
                <w:lang w:val="fr-FR"/>
              </w:rPr>
              <w:t>Etapes pour un retrait boutique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_Toc231178441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DEBD7DA" w14:textId="19D73195" w:rsidR="00E63593" w:rsidRDefault="00E63593">
          <w:pPr>
            <w:pStyle w:val="TM2"/>
            <w:tabs>
              <w:tab w:val="right" w:leader="dot" w:pos="8630"/>
            </w:tabs>
            <w:rPr>
              <w:noProof/>
              <w:kern w:val="2"/>
              <w:sz w:val="24"/>
              <w:szCs w:val="24"/>
              <w:lang w:val="fr-FR" w:eastAsia="fr-FR"/>
              <w14:ligatures w14:val="standardContextual"/>
            </w:rPr>
          </w:pPr>
          <w:hyperlink w:anchor="_Toc231178442" w:history="1">
            <w:r w:rsidRPr="00D94A5C">
              <w:rPr>
                <w:rStyle w:val="Lienhypertexte"/>
                <w:noProof/>
                <w:lang w:val="fr-FR"/>
              </w:rPr>
              <w:t>Etapes pour une livraison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_Toc231178442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BC49C36" w14:textId="61CAD2D3" w:rsidR="00E63593" w:rsidRDefault="00E63593">
          <w:pPr>
            <w:pStyle w:val="TM2"/>
            <w:tabs>
              <w:tab w:val="right" w:leader="dot" w:pos="8630"/>
            </w:tabs>
            <w:rPr>
              <w:noProof/>
              <w:kern w:val="2"/>
              <w:sz w:val="24"/>
              <w:szCs w:val="24"/>
              <w:lang w:val="fr-FR" w:eastAsia="fr-FR"/>
              <w14:ligatures w14:val="standardContextual"/>
            </w:rPr>
          </w:pPr>
          <w:hyperlink w:anchor="_Toc231178443" w:history="1">
            <w:r w:rsidRPr="00D94A5C">
              <w:rPr>
                <w:rStyle w:val="Lienhypertexte"/>
                <w:noProof/>
                <w:lang w:val="fr-FR"/>
              </w:rPr>
              <w:t>Résultat attendu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_Toc231178443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0A9B189" w14:textId="4965962B" w:rsidR="00E63593" w:rsidRDefault="00E63593">
          <w:pPr>
            <w:pStyle w:val="TM2"/>
            <w:tabs>
              <w:tab w:val="right" w:leader="dot" w:pos="8630"/>
            </w:tabs>
            <w:rPr>
              <w:noProof/>
              <w:kern w:val="2"/>
              <w:sz w:val="24"/>
              <w:szCs w:val="24"/>
              <w:lang w:val="fr-FR" w:eastAsia="fr-FR"/>
              <w14:ligatures w14:val="standardContextual"/>
            </w:rPr>
          </w:pPr>
          <w:hyperlink w:anchor="_Toc231178444" w:history="1">
            <w:r w:rsidRPr="00D94A5C">
              <w:rPr>
                <w:rStyle w:val="Lienhypertexte"/>
                <w:noProof/>
                <w:lang w:val="fr-FR"/>
              </w:rPr>
              <w:t>A savoir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_Toc231178444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90CC098" w14:textId="56C3DC8F" w:rsidR="00E63593" w:rsidRDefault="00E63593">
          <w:pPr>
            <w:pStyle w:val="TM1"/>
            <w:tabs>
              <w:tab w:val="left" w:pos="720"/>
              <w:tab w:val="right" w:leader="dot" w:pos="8630"/>
            </w:tabs>
            <w:rPr>
              <w:noProof/>
              <w:kern w:val="2"/>
              <w:sz w:val="24"/>
              <w:szCs w:val="24"/>
              <w:lang w:val="fr-FR" w:eastAsia="fr-FR"/>
              <w14:ligatures w14:val="standardContextual"/>
            </w:rPr>
          </w:pPr>
          <w:hyperlink w:anchor="_Toc231178445" w:history="1">
            <w:r w:rsidRPr="00D94A5C">
              <w:rPr>
                <w:rStyle w:val="Lienhypertexte"/>
                <w:noProof/>
              </w:rPr>
              <w:t>10.</w:t>
            </w:r>
            <w:r>
              <w:rPr>
                <w:noProof/>
                <w:kern w:val="2"/>
                <w:sz w:val="24"/>
                <w:szCs w:val="24"/>
                <w:lang w:val="fr-FR" w:eastAsia="fr-FR"/>
                <w14:ligatures w14:val="standardContextual"/>
              </w:rPr>
              <w:tab/>
            </w:r>
            <w:r w:rsidRPr="00D94A5C">
              <w:rPr>
                <w:rStyle w:val="Lienhypertexte"/>
                <w:noProof/>
              </w:rPr>
              <w:t>Parcours client : suivre ou annuler une commande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_Toc231178445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9454962" w14:textId="6AFD96CF" w:rsidR="00E63593" w:rsidRDefault="00E63593">
          <w:pPr>
            <w:pStyle w:val="TM2"/>
            <w:tabs>
              <w:tab w:val="right" w:leader="dot" w:pos="8630"/>
            </w:tabs>
            <w:rPr>
              <w:noProof/>
              <w:kern w:val="2"/>
              <w:sz w:val="24"/>
              <w:szCs w:val="24"/>
              <w:lang w:val="fr-FR" w:eastAsia="fr-FR"/>
              <w14:ligatures w14:val="standardContextual"/>
            </w:rPr>
          </w:pPr>
          <w:hyperlink w:anchor="_Toc231178446" w:history="1">
            <w:r w:rsidRPr="00D94A5C">
              <w:rPr>
                <w:rStyle w:val="Lienhypertexte"/>
                <w:noProof/>
                <w:lang w:val="fr-FR"/>
              </w:rPr>
              <w:t>Objectif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_Toc231178446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21CF6FD" w14:textId="258899FA" w:rsidR="00E63593" w:rsidRDefault="00E63593">
          <w:pPr>
            <w:pStyle w:val="TM2"/>
            <w:tabs>
              <w:tab w:val="right" w:leader="dot" w:pos="8630"/>
            </w:tabs>
            <w:rPr>
              <w:noProof/>
              <w:kern w:val="2"/>
              <w:sz w:val="24"/>
              <w:szCs w:val="24"/>
              <w:lang w:val="fr-FR" w:eastAsia="fr-FR"/>
              <w14:ligatures w14:val="standardContextual"/>
            </w:rPr>
          </w:pPr>
          <w:hyperlink w:anchor="_Toc231178447" w:history="1">
            <w:r w:rsidRPr="00D94A5C">
              <w:rPr>
                <w:rStyle w:val="Lienhypertexte"/>
                <w:noProof/>
                <w:lang w:val="fr-FR"/>
              </w:rPr>
              <w:t>Qui peut le faire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_Toc231178447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C3C1F34" w14:textId="6AA24BA9" w:rsidR="00E63593" w:rsidRDefault="00E63593">
          <w:pPr>
            <w:pStyle w:val="TM2"/>
            <w:tabs>
              <w:tab w:val="right" w:leader="dot" w:pos="8630"/>
            </w:tabs>
            <w:rPr>
              <w:noProof/>
              <w:kern w:val="2"/>
              <w:sz w:val="24"/>
              <w:szCs w:val="24"/>
              <w:lang w:val="fr-FR" w:eastAsia="fr-FR"/>
              <w14:ligatures w14:val="standardContextual"/>
            </w:rPr>
          </w:pPr>
          <w:hyperlink w:anchor="_Toc231178448" w:history="1">
            <w:r w:rsidRPr="00D94A5C">
              <w:rPr>
                <w:rStyle w:val="Lienhypertexte"/>
                <w:noProof/>
                <w:lang w:val="fr-FR"/>
              </w:rPr>
              <w:t>Etapes pour consulter une commande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_Toc231178448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985D8D2" w14:textId="27C36E0A" w:rsidR="00E63593" w:rsidRDefault="00E63593">
          <w:pPr>
            <w:pStyle w:val="TM2"/>
            <w:tabs>
              <w:tab w:val="right" w:leader="dot" w:pos="8630"/>
            </w:tabs>
            <w:rPr>
              <w:noProof/>
              <w:kern w:val="2"/>
              <w:sz w:val="24"/>
              <w:szCs w:val="24"/>
              <w:lang w:val="fr-FR" w:eastAsia="fr-FR"/>
              <w14:ligatures w14:val="standardContextual"/>
            </w:rPr>
          </w:pPr>
          <w:hyperlink w:anchor="_Toc231178449" w:history="1">
            <w:r w:rsidRPr="00D94A5C">
              <w:rPr>
                <w:rStyle w:val="Lienhypertexte"/>
                <w:noProof/>
                <w:lang w:val="fr-FR"/>
              </w:rPr>
              <w:t>Etapes pour annuler une commande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_Toc231178449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EDBBC58" w14:textId="22FEE8F5" w:rsidR="00E63593" w:rsidRDefault="00E63593">
          <w:pPr>
            <w:pStyle w:val="TM2"/>
            <w:tabs>
              <w:tab w:val="right" w:leader="dot" w:pos="8630"/>
            </w:tabs>
            <w:rPr>
              <w:noProof/>
              <w:kern w:val="2"/>
              <w:sz w:val="24"/>
              <w:szCs w:val="24"/>
              <w:lang w:val="fr-FR" w:eastAsia="fr-FR"/>
              <w14:ligatures w14:val="standardContextual"/>
            </w:rPr>
          </w:pPr>
          <w:hyperlink w:anchor="_Toc231178450" w:history="1">
            <w:r w:rsidRPr="00D94A5C">
              <w:rPr>
                <w:rStyle w:val="Lienhypertexte"/>
                <w:noProof/>
                <w:lang w:val="fr-FR"/>
              </w:rPr>
              <w:t>Résultat attendu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_Toc231178450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ED53D75" w14:textId="1A87AD51" w:rsidR="00E63593" w:rsidRDefault="00E63593">
          <w:pPr>
            <w:pStyle w:val="TM2"/>
            <w:tabs>
              <w:tab w:val="right" w:leader="dot" w:pos="8630"/>
            </w:tabs>
            <w:rPr>
              <w:noProof/>
              <w:kern w:val="2"/>
              <w:sz w:val="24"/>
              <w:szCs w:val="24"/>
              <w:lang w:val="fr-FR" w:eastAsia="fr-FR"/>
              <w14:ligatures w14:val="standardContextual"/>
            </w:rPr>
          </w:pPr>
          <w:hyperlink w:anchor="_Toc231178451" w:history="1">
            <w:r w:rsidRPr="00D94A5C">
              <w:rPr>
                <w:rStyle w:val="Lienhypertexte"/>
                <w:noProof/>
                <w:lang w:val="fr-FR"/>
              </w:rPr>
              <w:t>A savoir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_Toc231178451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5A381E8" w14:textId="36DCAFB6" w:rsidR="00E63593" w:rsidRDefault="00E63593">
          <w:pPr>
            <w:pStyle w:val="TM1"/>
            <w:tabs>
              <w:tab w:val="left" w:pos="720"/>
              <w:tab w:val="right" w:leader="dot" w:pos="8630"/>
            </w:tabs>
            <w:rPr>
              <w:noProof/>
              <w:kern w:val="2"/>
              <w:sz w:val="24"/>
              <w:szCs w:val="24"/>
              <w:lang w:val="fr-FR" w:eastAsia="fr-FR"/>
              <w14:ligatures w14:val="standardContextual"/>
            </w:rPr>
          </w:pPr>
          <w:hyperlink w:anchor="_Toc231178452" w:history="1">
            <w:r w:rsidRPr="00D94A5C">
              <w:rPr>
                <w:rStyle w:val="Lienhypertexte"/>
                <w:noProof/>
              </w:rPr>
              <w:t>11.</w:t>
            </w:r>
            <w:r>
              <w:rPr>
                <w:noProof/>
                <w:kern w:val="2"/>
                <w:sz w:val="24"/>
                <w:szCs w:val="24"/>
                <w:lang w:val="fr-FR" w:eastAsia="fr-FR"/>
                <w14:ligatures w14:val="standardContextual"/>
              </w:rPr>
              <w:tab/>
            </w:r>
            <w:r w:rsidRPr="00D94A5C">
              <w:rPr>
                <w:rStyle w:val="Lienhypertexte"/>
                <w:noProof/>
              </w:rPr>
              <w:t>Parcours client : réserver un rendez-vous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_Toc231178452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CBB50F0" w14:textId="7AD7E0B6" w:rsidR="00E63593" w:rsidRDefault="00E63593">
          <w:pPr>
            <w:pStyle w:val="TM2"/>
            <w:tabs>
              <w:tab w:val="right" w:leader="dot" w:pos="8630"/>
            </w:tabs>
            <w:rPr>
              <w:noProof/>
              <w:kern w:val="2"/>
              <w:sz w:val="24"/>
              <w:szCs w:val="24"/>
              <w:lang w:val="fr-FR" w:eastAsia="fr-FR"/>
              <w14:ligatures w14:val="standardContextual"/>
            </w:rPr>
          </w:pPr>
          <w:hyperlink w:anchor="_Toc231178453" w:history="1">
            <w:r w:rsidRPr="00D94A5C">
              <w:rPr>
                <w:rStyle w:val="Lienhypertexte"/>
                <w:noProof/>
                <w:lang w:val="fr-FR"/>
              </w:rPr>
              <w:t>Objectif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_Toc231178453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91CCEBE" w14:textId="68509A46" w:rsidR="00E63593" w:rsidRDefault="00E63593">
          <w:pPr>
            <w:pStyle w:val="TM2"/>
            <w:tabs>
              <w:tab w:val="right" w:leader="dot" w:pos="8630"/>
            </w:tabs>
            <w:rPr>
              <w:noProof/>
              <w:kern w:val="2"/>
              <w:sz w:val="24"/>
              <w:szCs w:val="24"/>
              <w:lang w:val="fr-FR" w:eastAsia="fr-FR"/>
              <w14:ligatures w14:val="standardContextual"/>
            </w:rPr>
          </w:pPr>
          <w:hyperlink w:anchor="_Toc231178454" w:history="1">
            <w:r w:rsidRPr="00D94A5C">
              <w:rPr>
                <w:rStyle w:val="Lienhypertexte"/>
                <w:noProof/>
                <w:lang w:val="fr-FR"/>
              </w:rPr>
              <w:t>Qui peut le faire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_Toc231178454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1343AC5" w14:textId="3B4DED05" w:rsidR="00E63593" w:rsidRDefault="00E63593">
          <w:pPr>
            <w:pStyle w:val="TM2"/>
            <w:tabs>
              <w:tab w:val="right" w:leader="dot" w:pos="8630"/>
            </w:tabs>
            <w:rPr>
              <w:noProof/>
              <w:kern w:val="2"/>
              <w:sz w:val="24"/>
              <w:szCs w:val="24"/>
              <w:lang w:val="fr-FR" w:eastAsia="fr-FR"/>
              <w14:ligatures w14:val="standardContextual"/>
            </w:rPr>
          </w:pPr>
          <w:hyperlink w:anchor="_Toc231178455" w:history="1">
            <w:r w:rsidRPr="00D94A5C">
              <w:rPr>
                <w:rStyle w:val="Lienhypertexte"/>
                <w:noProof/>
                <w:lang w:val="fr-FR"/>
              </w:rPr>
              <w:t>Etapes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_Toc231178455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BBF7933" w14:textId="5DE0B51E" w:rsidR="00E63593" w:rsidRDefault="00E63593">
          <w:pPr>
            <w:pStyle w:val="TM2"/>
            <w:tabs>
              <w:tab w:val="right" w:leader="dot" w:pos="8630"/>
            </w:tabs>
            <w:rPr>
              <w:noProof/>
              <w:kern w:val="2"/>
              <w:sz w:val="24"/>
              <w:szCs w:val="24"/>
              <w:lang w:val="fr-FR" w:eastAsia="fr-FR"/>
              <w14:ligatures w14:val="standardContextual"/>
            </w:rPr>
          </w:pPr>
          <w:hyperlink w:anchor="_Toc231178456" w:history="1">
            <w:r w:rsidRPr="00D94A5C">
              <w:rPr>
                <w:rStyle w:val="Lienhypertexte"/>
                <w:noProof/>
                <w:lang w:val="fr-FR"/>
              </w:rPr>
              <w:t>Résultat attendu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_Toc231178456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B996700" w14:textId="2B4FE56B" w:rsidR="00E63593" w:rsidRDefault="00E63593">
          <w:pPr>
            <w:pStyle w:val="TM2"/>
            <w:tabs>
              <w:tab w:val="right" w:leader="dot" w:pos="8630"/>
            </w:tabs>
            <w:rPr>
              <w:noProof/>
              <w:kern w:val="2"/>
              <w:sz w:val="24"/>
              <w:szCs w:val="24"/>
              <w:lang w:val="fr-FR" w:eastAsia="fr-FR"/>
              <w14:ligatures w14:val="standardContextual"/>
            </w:rPr>
          </w:pPr>
          <w:hyperlink w:anchor="_Toc231178457" w:history="1">
            <w:r w:rsidRPr="00D94A5C">
              <w:rPr>
                <w:rStyle w:val="Lienhypertexte"/>
                <w:noProof/>
                <w:lang w:val="fr-FR"/>
              </w:rPr>
              <w:t>A savoir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_Toc231178457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7116428" w14:textId="13CDA385" w:rsidR="00E63593" w:rsidRDefault="00E63593">
          <w:pPr>
            <w:pStyle w:val="TM1"/>
            <w:tabs>
              <w:tab w:val="left" w:pos="720"/>
              <w:tab w:val="right" w:leader="dot" w:pos="8630"/>
            </w:tabs>
            <w:rPr>
              <w:noProof/>
              <w:kern w:val="2"/>
              <w:sz w:val="24"/>
              <w:szCs w:val="24"/>
              <w:lang w:val="fr-FR" w:eastAsia="fr-FR"/>
              <w14:ligatures w14:val="standardContextual"/>
            </w:rPr>
          </w:pPr>
          <w:hyperlink w:anchor="_Toc231178458" w:history="1">
            <w:r w:rsidRPr="00D94A5C">
              <w:rPr>
                <w:rStyle w:val="Lienhypertexte"/>
                <w:noProof/>
              </w:rPr>
              <w:t>12.</w:t>
            </w:r>
            <w:r>
              <w:rPr>
                <w:noProof/>
                <w:kern w:val="2"/>
                <w:sz w:val="24"/>
                <w:szCs w:val="24"/>
                <w:lang w:val="fr-FR" w:eastAsia="fr-FR"/>
                <w14:ligatures w14:val="standardContextual"/>
              </w:rPr>
              <w:tab/>
            </w:r>
            <w:r w:rsidRPr="00D94A5C">
              <w:rPr>
                <w:rStyle w:val="Lienhypertexte"/>
                <w:noProof/>
              </w:rPr>
              <w:t>Parcours client : gérer ses rendez-vous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_Toc231178458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13C47CB" w14:textId="4B91D492" w:rsidR="00E63593" w:rsidRDefault="00E63593">
          <w:pPr>
            <w:pStyle w:val="TM2"/>
            <w:tabs>
              <w:tab w:val="right" w:leader="dot" w:pos="8630"/>
            </w:tabs>
            <w:rPr>
              <w:noProof/>
              <w:kern w:val="2"/>
              <w:sz w:val="24"/>
              <w:szCs w:val="24"/>
              <w:lang w:val="fr-FR" w:eastAsia="fr-FR"/>
              <w14:ligatures w14:val="standardContextual"/>
            </w:rPr>
          </w:pPr>
          <w:hyperlink w:anchor="_Toc231178459" w:history="1">
            <w:r w:rsidRPr="00D94A5C">
              <w:rPr>
                <w:rStyle w:val="Lienhypertexte"/>
                <w:noProof/>
                <w:lang w:val="fr-FR"/>
              </w:rPr>
              <w:t>Objectif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_Toc231178459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09B1AED" w14:textId="47B6A311" w:rsidR="00E63593" w:rsidRDefault="00E63593">
          <w:pPr>
            <w:pStyle w:val="TM2"/>
            <w:tabs>
              <w:tab w:val="right" w:leader="dot" w:pos="8630"/>
            </w:tabs>
            <w:rPr>
              <w:noProof/>
              <w:kern w:val="2"/>
              <w:sz w:val="24"/>
              <w:szCs w:val="24"/>
              <w:lang w:val="fr-FR" w:eastAsia="fr-FR"/>
              <w14:ligatures w14:val="standardContextual"/>
            </w:rPr>
          </w:pPr>
          <w:hyperlink w:anchor="_Toc231178460" w:history="1">
            <w:r w:rsidRPr="00D94A5C">
              <w:rPr>
                <w:rStyle w:val="Lienhypertexte"/>
                <w:noProof/>
                <w:lang w:val="fr-FR"/>
              </w:rPr>
              <w:t>Qui peut le faire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_Toc231178460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964CA64" w14:textId="7C581F2C" w:rsidR="00E63593" w:rsidRDefault="00E63593">
          <w:pPr>
            <w:pStyle w:val="TM2"/>
            <w:tabs>
              <w:tab w:val="right" w:leader="dot" w:pos="8630"/>
            </w:tabs>
            <w:rPr>
              <w:noProof/>
              <w:kern w:val="2"/>
              <w:sz w:val="24"/>
              <w:szCs w:val="24"/>
              <w:lang w:val="fr-FR" w:eastAsia="fr-FR"/>
              <w14:ligatures w14:val="standardContextual"/>
            </w:rPr>
          </w:pPr>
          <w:hyperlink w:anchor="_Toc231178461" w:history="1">
            <w:r w:rsidRPr="00D94A5C">
              <w:rPr>
                <w:rStyle w:val="Lienhypertexte"/>
                <w:noProof/>
                <w:lang w:val="fr-FR"/>
              </w:rPr>
              <w:t>Etapes pour consulter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_Toc231178461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AB5456E" w14:textId="28742D9A" w:rsidR="00E63593" w:rsidRDefault="00E63593">
          <w:pPr>
            <w:pStyle w:val="TM2"/>
            <w:tabs>
              <w:tab w:val="right" w:leader="dot" w:pos="8630"/>
            </w:tabs>
            <w:rPr>
              <w:noProof/>
              <w:kern w:val="2"/>
              <w:sz w:val="24"/>
              <w:szCs w:val="24"/>
              <w:lang w:val="fr-FR" w:eastAsia="fr-FR"/>
              <w14:ligatures w14:val="standardContextual"/>
            </w:rPr>
          </w:pPr>
          <w:hyperlink w:anchor="_Toc231178462" w:history="1">
            <w:r w:rsidRPr="00D94A5C">
              <w:rPr>
                <w:rStyle w:val="Lienhypertexte"/>
                <w:noProof/>
                <w:lang w:val="fr-FR"/>
              </w:rPr>
              <w:t>Etapes pour reprogrammer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_Toc231178462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7356467" w14:textId="67830271" w:rsidR="00E63593" w:rsidRDefault="00E63593">
          <w:pPr>
            <w:pStyle w:val="TM2"/>
            <w:tabs>
              <w:tab w:val="right" w:leader="dot" w:pos="8630"/>
            </w:tabs>
            <w:rPr>
              <w:noProof/>
              <w:kern w:val="2"/>
              <w:sz w:val="24"/>
              <w:szCs w:val="24"/>
              <w:lang w:val="fr-FR" w:eastAsia="fr-FR"/>
              <w14:ligatures w14:val="standardContextual"/>
            </w:rPr>
          </w:pPr>
          <w:hyperlink w:anchor="_Toc231178463" w:history="1">
            <w:r w:rsidRPr="00D94A5C">
              <w:rPr>
                <w:rStyle w:val="Lienhypertexte"/>
                <w:noProof/>
                <w:lang w:val="fr-FR"/>
              </w:rPr>
              <w:t>Etapes pour annuler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_Toc231178463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6599C49" w14:textId="5D9F8FA5" w:rsidR="00E63593" w:rsidRDefault="00E63593">
          <w:pPr>
            <w:pStyle w:val="TM1"/>
            <w:tabs>
              <w:tab w:val="left" w:pos="720"/>
              <w:tab w:val="right" w:leader="dot" w:pos="8630"/>
            </w:tabs>
            <w:rPr>
              <w:noProof/>
              <w:kern w:val="2"/>
              <w:sz w:val="24"/>
              <w:szCs w:val="24"/>
              <w:lang w:val="fr-FR" w:eastAsia="fr-FR"/>
              <w14:ligatures w14:val="standardContextual"/>
            </w:rPr>
          </w:pPr>
          <w:hyperlink w:anchor="_Toc231178464" w:history="1">
            <w:r w:rsidRPr="00D94A5C">
              <w:rPr>
                <w:rStyle w:val="Lienhypertexte"/>
                <w:noProof/>
              </w:rPr>
              <w:t>13.</w:t>
            </w:r>
            <w:r>
              <w:rPr>
                <w:noProof/>
                <w:kern w:val="2"/>
                <w:sz w:val="24"/>
                <w:szCs w:val="24"/>
                <w:lang w:val="fr-FR" w:eastAsia="fr-FR"/>
                <w14:ligatures w14:val="standardContextual"/>
              </w:rPr>
              <w:tab/>
            </w:r>
            <w:r w:rsidRPr="00D94A5C">
              <w:rPr>
                <w:rStyle w:val="Lienhypertexte"/>
                <w:noProof/>
              </w:rPr>
              <w:t>Parcours client : gérer son profil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_Toc231178464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6CD6055" w14:textId="0D2F84CE" w:rsidR="00E63593" w:rsidRDefault="00E63593">
          <w:pPr>
            <w:pStyle w:val="TM2"/>
            <w:tabs>
              <w:tab w:val="right" w:leader="dot" w:pos="8630"/>
            </w:tabs>
            <w:rPr>
              <w:noProof/>
              <w:kern w:val="2"/>
              <w:sz w:val="24"/>
              <w:szCs w:val="24"/>
              <w:lang w:val="fr-FR" w:eastAsia="fr-FR"/>
              <w14:ligatures w14:val="standardContextual"/>
            </w:rPr>
          </w:pPr>
          <w:hyperlink w:anchor="_Toc231178465" w:history="1">
            <w:r w:rsidRPr="00D94A5C">
              <w:rPr>
                <w:rStyle w:val="Lienhypertexte"/>
                <w:noProof/>
                <w:lang w:val="fr-FR"/>
              </w:rPr>
              <w:t>Objectif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_Toc231178465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FF55F1E" w14:textId="5B056C1F" w:rsidR="00E63593" w:rsidRDefault="00E63593">
          <w:pPr>
            <w:pStyle w:val="TM2"/>
            <w:tabs>
              <w:tab w:val="right" w:leader="dot" w:pos="8630"/>
            </w:tabs>
            <w:rPr>
              <w:noProof/>
              <w:kern w:val="2"/>
              <w:sz w:val="24"/>
              <w:szCs w:val="24"/>
              <w:lang w:val="fr-FR" w:eastAsia="fr-FR"/>
              <w14:ligatures w14:val="standardContextual"/>
            </w:rPr>
          </w:pPr>
          <w:hyperlink w:anchor="_Toc231178466" w:history="1">
            <w:r w:rsidRPr="00D94A5C">
              <w:rPr>
                <w:rStyle w:val="Lienhypertexte"/>
                <w:noProof/>
                <w:lang w:val="fr-FR"/>
              </w:rPr>
              <w:t>Qui peut le faire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_Toc231178466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34ECB40" w14:textId="19B5F2E8" w:rsidR="00E63593" w:rsidRDefault="00E63593">
          <w:pPr>
            <w:pStyle w:val="TM2"/>
            <w:tabs>
              <w:tab w:val="right" w:leader="dot" w:pos="8630"/>
            </w:tabs>
            <w:rPr>
              <w:noProof/>
              <w:kern w:val="2"/>
              <w:sz w:val="24"/>
              <w:szCs w:val="24"/>
              <w:lang w:val="fr-FR" w:eastAsia="fr-FR"/>
              <w14:ligatures w14:val="standardContextual"/>
            </w:rPr>
          </w:pPr>
          <w:hyperlink w:anchor="_Toc231178467" w:history="1">
            <w:r w:rsidRPr="00D94A5C">
              <w:rPr>
                <w:rStyle w:val="Lienhypertexte"/>
                <w:noProof/>
                <w:lang w:val="fr-FR"/>
              </w:rPr>
              <w:t>Etapes pour consulter le profil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_Toc231178467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0D84FC9" w14:textId="1B320326" w:rsidR="00E63593" w:rsidRDefault="00E63593">
          <w:pPr>
            <w:pStyle w:val="TM2"/>
            <w:tabs>
              <w:tab w:val="right" w:leader="dot" w:pos="8630"/>
            </w:tabs>
            <w:rPr>
              <w:noProof/>
              <w:kern w:val="2"/>
              <w:sz w:val="24"/>
              <w:szCs w:val="24"/>
              <w:lang w:val="fr-FR" w:eastAsia="fr-FR"/>
              <w14:ligatures w14:val="standardContextual"/>
            </w:rPr>
          </w:pPr>
          <w:hyperlink w:anchor="_Toc231178468" w:history="1">
            <w:r w:rsidRPr="00D94A5C">
              <w:rPr>
                <w:rStyle w:val="Lienhypertexte"/>
                <w:noProof/>
                <w:lang w:val="fr-FR"/>
              </w:rPr>
              <w:t>Etapes pour modifier les préférences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_Toc231178468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5799D78" w14:textId="2FA7232C" w:rsidR="00E63593" w:rsidRDefault="00E63593">
          <w:pPr>
            <w:pStyle w:val="TM2"/>
            <w:tabs>
              <w:tab w:val="right" w:leader="dot" w:pos="8630"/>
            </w:tabs>
            <w:rPr>
              <w:noProof/>
              <w:kern w:val="2"/>
              <w:sz w:val="24"/>
              <w:szCs w:val="24"/>
              <w:lang w:val="fr-FR" w:eastAsia="fr-FR"/>
              <w14:ligatures w14:val="standardContextual"/>
            </w:rPr>
          </w:pPr>
          <w:hyperlink w:anchor="_Toc231178469" w:history="1">
            <w:r w:rsidRPr="00D94A5C">
              <w:rPr>
                <w:rStyle w:val="Lienhypertexte"/>
                <w:noProof/>
                <w:lang w:val="fr-FR"/>
              </w:rPr>
              <w:t>Etapes pour modifier le mot de passe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_Toc231178469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59B016C" w14:textId="40C6304E" w:rsidR="00E63593" w:rsidRDefault="00E63593">
          <w:pPr>
            <w:pStyle w:val="TM2"/>
            <w:tabs>
              <w:tab w:val="right" w:leader="dot" w:pos="8630"/>
            </w:tabs>
            <w:rPr>
              <w:noProof/>
              <w:kern w:val="2"/>
              <w:sz w:val="24"/>
              <w:szCs w:val="24"/>
              <w:lang w:val="fr-FR" w:eastAsia="fr-FR"/>
              <w14:ligatures w14:val="standardContextual"/>
            </w:rPr>
          </w:pPr>
          <w:hyperlink w:anchor="_Toc231178470" w:history="1">
            <w:r w:rsidRPr="00D94A5C">
              <w:rPr>
                <w:rStyle w:val="Lienhypertexte"/>
                <w:noProof/>
                <w:lang w:val="fr-FR"/>
              </w:rPr>
              <w:t>A savoir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_Toc231178470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6927DC0" w14:textId="16684C4C" w:rsidR="00E63593" w:rsidRDefault="00E63593">
          <w:pPr>
            <w:pStyle w:val="TM1"/>
            <w:tabs>
              <w:tab w:val="left" w:pos="720"/>
              <w:tab w:val="right" w:leader="dot" w:pos="8630"/>
            </w:tabs>
            <w:rPr>
              <w:noProof/>
              <w:kern w:val="2"/>
              <w:sz w:val="24"/>
              <w:szCs w:val="24"/>
              <w:lang w:val="fr-FR" w:eastAsia="fr-FR"/>
              <w14:ligatures w14:val="standardContextual"/>
            </w:rPr>
          </w:pPr>
          <w:hyperlink w:anchor="_Toc231178471" w:history="1">
            <w:r w:rsidRPr="00D94A5C">
              <w:rPr>
                <w:rStyle w:val="Lienhypertexte"/>
                <w:noProof/>
              </w:rPr>
              <w:t>14.</w:t>
            </w:r>
            <w:r>
              <w:rPr>
                <w:noProof/>
                <w:kern w:val="2"/>
                <w:sz w:val="24"/>
                <w:szCs w:val="24"/>
                <w:lang w:val="fr-FR" w:eastAsia="fr-FR"/>
                <w14:ligatures w14:val="standardContextual"/>
              </w:rPr>
              <w:tab/>
            </w:r>
            <w:r w:rsidRPr="00D94A5C">
              <w:rPr>
                <w:rStyle w:val="Lienhypertexte"/>
                <w:noProof/>
              </w:rPr>
              <w:t>Parcours manager : lire le Dashboard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_Toc231178471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CEF0FB5" w14:textId="51E3E88B" w:rsidR="00E63593" w:rsidRDefault="00E63593">
          <w:pPr>
            <w:pStyle w:val="TM2"/>
            <w:tabs>
              <w:tab w:val="right" w:leader="dot" w:pos="8630"/>
            </w:tabs>
            <w:rPr>
              <w:noProof/>
              <w:kern w:val="2"/>
              <w:sz w:val="24"/>
              <w:szCs w:val="24"/>
              <w:lang w:val="fr-FR" w:eastAsia="fr-FR"/>
              <w14:ligatures w14:val="standardContextual"/>
            </w:rPr>
          </w:pPr>
          <w:hyperlink w:anchor="_Toc231178472" w:history="1">
            <w:r w:rsidRPr="00D94A5C">
              <w:rPr>
                <w:rStyle w:val="Lienhypertexte"/>
                <w:noProof/>
                <w:lang w:val="fr-FR"/>
              </w:rPr>
              <w:t>Objectif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_Toc231178472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A3A6E3D" w14:textId="1D9984F3" w:rsidR="00E63593" w:rsidRDefault="00E63593">
          <w:pPr>
            <w:pStyle w:val="TM2"/>
            <w:tabs>
              <w:tab w:val="right" w:leader="dot" w:pos="8630"/>
            </w:tabs>
            <w:rPr>
              <w:noProof/>
              <w:kern w:val="2"/>
              <w:sz w:val="24"/>
              <w:szCs w:val="24"/>
              <w:lang w:val="fr-FR" w:eastAsia="fr-FR"/>
              <w14:ligatures w14:val="standardContextual"/>
            </w:rPr>
          </w:pPr>
          <w:hyperlink w:anchor="_Toc231178473" w:history="1">
            <w:r w:rsidRPr="00D94A5C">
              <w:rPr>
                <w:rStyle w:val="Lienhypertexte"/>
                <w:noProof/>
                <w:lang w:val="fr-FR"/>
              </w:rPr>
              <w:t>Qui peut le faire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_Toc231178473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EA4120B" w14:textId="5885112D" w:rsidR="00E63593" w:rsidRDefault="00E63593">
          <w:pPr>
            <w:pStyle w:val="TM2"/>
            <w:tabs>
              <w:tab w:val="right" w:leader="dot" w:pos="8630"/>
            </w:tabs>
            <w:rPr>
              <w:noProof/>
              <w:kern w:val="2"/>
              <w:sz w:val="24"/>
              <w:szCs w:val="24"/>
              <w:lang w:val="fr-FR" w:eastAsia="fr-FR"/>
              <w14:ligatures w14:val="standardContextual"/>
            </w:rPr>
          </w:pPr>
          <w:hyperlink w:anchor="_Toc231178474" w:history="1">
            <w:r w:rsidRPr="00D94A5C">
              <w:rPr>
                <w:rStyle w:val="Lienhypertexte"/>
                <w:noProof/>
                <w:lang w:val="fr-FR"/>
              </w:rPr>
              <w:t>Etapes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_Toc231178474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75521D0" w14:textId="4AEB6484" w:rsidR="00E63593" w:rsidRDefault="00E63593">
          <w:pPr>
            <w:pStyle w:val="TM2"/>
            <w:tabs>
              <w:tab w:val="right" w:leader="dot" w:pos="8630"/>
            </w:tabs>
            <w:rPr>
              <w:noProof/>
              <w:kern w:val="2"/>
              <w:sz w:val="24"/>
              <w:szCs w:val="24"/>
              <w:lang w:val="fr-FR" w:eastAsia="fr-FR"/>
              <w14:ligatures w14:val="standardContextual"/>
            </w:rPr>
          </w:pPr>
          <w:hyperlink w:anchor="_Toc231178475" w:history="1">
            <w:r w:rsidRPr="00D94A5C">
              <w:rPr>
                <w:rStyle w:val="Lienhypertexte"/>
                <w:noProof/>
                <w:lang w:val="fr-FR"/>
              </w:rPr>
              <w:t>Résultat attendu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_Toc231178475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7FEFF07" w14:textId="0831E029" w:rsidR="00E63593" w:rsidRDefault="00E63593">
          <w:pPr>
            <w:pStyle w:val="TM1"/>
            <w:tabs>
              <w:tab w:val="left" w:pos="720"/>
              <w:tab w:val="right" w:leader="dot" w:pos="8630"/>
            </w:tabs>
            <w:rPr>
              <w:noProof/>
              <w:kern w:val="2"/>
              <w:sz w:val="24"/>
              <w:szCs w:val="24"/>
              <w:lang w:val="fr-FR" w:eastAsia="fr-FR"/>
              <w14:ligatures w14:val="standardContextual"/>
            </w:rPr>
          </w:pPr>
          <w:hyperlink w:anchor="_Toc231178476" w:history="1">
            <w:r w:rsidRPr="00D94A5C">
              <w:rPr>
                <w:rStyle w:val="Lienhypertexte"/>
                <w:noProof/>
              </w:rPr>
              <w:t>15.</w:t>
            </w:r>
            <w:r>
              <w:rPr>
                <w:noProof/>
                <w:kern w:val="2"/>
                <w:sz w:val="24"/>
                <w:szCs w:val="24"/>
                <w:lang w:val="fr-FR" w:eastAsia="fr-FR"/>
                <w14:ligatures w14:val="standardContextual"/>
              </w:rPr>
              <w:tab/>
            </w:r>
            <w:r w:rsidRPr="00D94A5C">
              <w:rPr>
                <w:rStyle w:val="Lienhypertexte"/>
                <w:noProof/>
              </w:rPr>
              <w:t>Parcours back-office : gérer les produits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_Toc231178476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C8AA0EA" w14:textId="1DB1F004" w:rsidR="00E63593" w:rsidRDefault="00E63593">
          <w:pPr>
            <w:pStyle w:val="TM2"/>
            <w:tabs>
              <w:tab w:val="right" w:leader="dot" w:pos="8630"/>
            </w:tabs>
            <w:rPr>
              <w:noProof/>
              <w:kern w:val="2"/>
              <w:sz w:val="24"/>
              <w:szCs w:val="24"/>
              <w:lang w:val="fr-FR" w:eastAsia="fr-FR"/>
              <w14:ligatures w14:val="standardContextual"/>
            </w:rPr>
          </w:pPr>
          <w:hyperlink w:anchor="_Toc231178477" w:history="1">
            <w:r w:rsidRPr="00D94A5C">
              <w:rPr>
                <w:rStyle w:val="Lienhypertexte"/>
                <w:noProof/>
                <w:lang w:val="fr-FR"/>
              </w:rPr>
              <w:t>Objectif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_Toc231178477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D4BDDBE" w14:textId="28187DCA" w:rsidR="00E63593" w:rsidRDefault="00E63593">
          <w:pPr>
            <w:pStyle w:val="TM2"/>
            <w:tabs>
              <w:tab w:val="right" w:leader="dot" w:pos="8630"/>
            </w:tabs>
            <w:rPr>
              <w:noProof/>
              <w:kern w:val="2"/>
              <w:sz w:val="24"/>
              <w:szCs w:val="24"/>
              <w:lang w:val="fr-FR" w:eastAsia="fr-FR"/>
              <w14:ligatures w14:val="standardContextual"/>
            </w:rPr>
          </w:pPr>
          <w:hyperlink w:anchor="_Toc231178478" w:history="1">
            <w:r w:rsidRPr="00D94A5C">
              <w:rPr>
                <w:rStyle w:val="Lienhypertexte"/>
                <w:noProof/>
                <w:lang w:val="fr-FR"/>
              </w:rPr>
              <w:t>Qui peut le faire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_Toc231178478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286865C" w14:textId="2F61AC79" w:rsidR="00E63593" w:rsidRDefault="00E63593">
          <w:pPr>
            <w:pStyle w:val="TM2"/>
            <w:tabs>
              <w:tab w:val="right" w:leader="dot" w:pos="8630"/>
            </w:tabs>
            <w:rPr>
              <w:noProof/>
              <w:kern w:val="2"/>
              <w:sz w:val="24"/>
              <w:szCs w:val="24"/>
              <w:lang w:val="fr-FR" w:eastAsia="fr-FR"/>
              <w14:ligatures w14:val="standardContextual"/>
            </w:rPr>
          </w:pPr>
          <w:hyperlink w:anchor="_Toc231178479" w:history="1">
            <w:r w:rsidRPr="00D94A5C">
              <w:rPr>
                <w:rStyle w:val="Lienhypertexte"/>
                <w:noProof/>
                <w:lang w:val="fr-FR"/>
              </w:rPr>
              <w:t>Etapes pour rechercher un produit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_Toc231178479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DDD4413" w14:textId="2E444DDB" w:rsidR="00E63593" w:rsidRDefault="00E63593">
          <w:pPr>
            <w:pStyle w:val="TM2"/>
            <w:tabs>
              <w:tab w:val="right" w:leader="dot" w:pos="8630"/>
            </w:tabs>
            <w:rPr>
              <w:noProof/>
              <w:kern w:val="2"/>
              <w:sz w:val="24"/>
              <w:szCs w:val="24"/>
              <w:lang w:val="fr-FR" w:eastAsia="fr-FR"/>
              <w14:ligatures w14:val="standardContextual"/>
            </w:rPr>
          </w:pPr>
          <w:hyperlink w:anchor="_Toc231178480" w:history="1">
            <w:r w:rsidRPr="00D94A5C">
              <w:rPr>
                <w:rStyle w:val="Lienhypertexte"/>
                <w:noProof/>
                <w:lang w:val="fr-FR"/>
              </w:rPr>
              <w:t>Etapes pour créer un produit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_Toc231178480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C895FC6" w14:textId="7612E8C6" w:rsidR="00E63593" w:rsidRDefault="00E63593">
          <w:pPr>
            <w:pStyle w:val="TM2"/>
            <w:tabs>
              <w:tab w:val="right" w:leader="dot" w:pos="8630"/>
            </w:tabs>
            <w:rPr>
              <w:noProof/>
              <w:kern w:val="2"/>
              <w:sz w:val="24"/>
              <w:szCs w:val="24"/>
              <w:lang w:val="fr-FR" w:eastAsia="fr-FR"/>
              <w14:ligatures w14:val="standardContextual"/>
            </w:rPr>
          </w:pPr>
          <w:hyperlink w:anchor="_Toc231178481" w:history="1">
            <w:r w:rsidRPr="00D94A5C">
              <w:rPr>
                <w:rStyle w:val="Lienhypertexte"/>
                <w:noProof/>
                <w:lang w:val="fr-FR"/>
              </w:rPr>
              <w:t>Etapes pour modifier un produit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_Toc231178481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D2C04B9" w14:textId="117F8AFF" w:rsidR="00E63593" w:rsidRDefault="00E63593">
          <w:pPr>
            <w:pStyle w:val="TM2"/>
            <w:tabs>
              <w:tab w:val="right" w:leader="dot" w:pos="8630"/>
            </w:tabs>
            <w:rPr>
              <w:noProof/>
              <w:kern w:val="2"/>
              <w:sz w:val="24"/>
              <w:szCs w:val="24"/>
              <w:lang w:val="fr-FR" w:eastAsia="fr-FR"/>
              <w14:ligatures w14:val="standardContextual"/>
            </w:rPr>
          </w:pPr>
          <w:hyperlink w:anchor="_Toc231178482" w:history="1">
            <w:r w:rsidRPr="00D94A5C">
              <w:rPr>
                <w:rStyle w:val="Lienhypertexte"/>
                <w:noProof/>
                <w:lang w:val="fr-FR"/>
              </w:rPr>
              <w:t>Etapes pour supprimer un produit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_Toc231178482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CBE0639" w14:textId="6AB87F05" w:rsidR="00E63593" w:rsidRDefault="00E63593">
          <w:pPr>
            <w:pStyle w:val="TM2"/>
            <w:tabs>
              <w:tab w:val="right" w:leader="dot" w:pos="8630"/>
            </w:tabs>
            <w:rPr>
              <w:noProof/>
              <w:kern w:val="2"/>
              <w:sz w:val="24"/>
              <w:szCs w:val="24"/>
              <w:lang w:val="fr-FR" w:eastAsia="fr-FR"/>
              <w14:ligatures w14:val="standardContextual"/>
            </w:rPr>
          </w:pPr>
          <w:hyperlink w:anchor="_Toc231178483" w:history="1">
            <w:r w:rsidRPr="00D94A5C">
              <w:rPr>
                <w:rStyle w:val="Lienhypertexte"/>
                <w:noProof/>
                <w:lang w:val="fr-FR"/>
              </w:rPr>
              <w:t>A savoir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_Toc231178483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1018A75" w14:textId="37F20D9B" w:rsidR="00E63593" w:rsidRDefault="00E63593">
          <w:pPr>
            <w:pStyle w:val="TM1"/>
            <w:tabs>
              <w:tab w:val="left" w:pos="720"/>
              <w:tab w:val="right" w:leader="dot" w:pos="8630"/>
            </w:tabs>
            <w:rPr>
              <w:noProof/>
              <w:kern w:val="2"/>
              <w:sz w:val="24"/>
              <w:szCs w:val="24"/>
              <w:lang w:val="fr-FR" w:eastAsia="fr-FR"/>
              <w14:ligatures w14:val="standardContextual"/>
            </w:rPr>
          </w:pPr>
          <w:hyperlink w:anchor="_Toc231178484" w:history="1">
            <w:r w:rsidRPr="00D94A5C">
              <w:rPr>
                <w:rStyle w:val="Lienhypertexte"/>
                <w:noProof/>
              </w:rPr>
              <w:t>16.</w:t>
            </w:r>
            <w:r>
              <w:rPr>
                <w:noProof/>
                <w:kern w:val="2"/>
                <w:sz w:val="24"/>
                <w:szCs w:val="24"/>
                <w:lang w:val="fr-FR" w:eastAsia="fr-FR"/>
                <w14:ligatures w14:val="standardContextual"/>
              </w:rPr>
              <w:tab/>
            </w:r>
            <w:r w:rsidRPr="00D94A5C">
              <w:rPr>
                <w:rStyle w:val="Lienhypertexte"/>
                <w:noProof/>
              </w:rPr>
              <w:t>Parcours back-office : gérer les prestations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_Toc231178484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3296481" w14:textId="24BFA881" w:rsidR="00E63593" w:rsidRDefault="00E63593">
          <w:pPr>
            <w:pStyle w:val="TM2"/>
            <w:tabs>
              <w:tab w:val="right" w:leader="dot" w:pos="8630"/>
            </w:tabs>
            <w:rPr>
              <w:noProof/>
              <w:kern w:val="2"/>
              <w:sz w:val="24"/>
              <w:szCs w:val="24"/>
              <w:lang w:val="fr-FR" w:eastAsia="fr-FR"/>
              <w14:ligatures w14:val="standardContextual"/>
            </w:rPr>
          </w:pPr>
          <w:hyperlink w:anchor="_Toc231178485" w:history="1">
            <w:r w:rsidRPr="00D94A5C">
              <w:rPr>
                <w:rStyle w:val="Lienhypertexte"/>
                <w:noProof/>
                <w:lang w:val="fr-FR"/>
              </w:rPr>
              <w:t>Objectif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_Toc231178485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6014C9A" w14:textId="6E0FCA7C" w:rsidR="00E63593" w:rsidRDefault="00E63593">
          <w:pPr>
            <w:pStyle w:val="TM2"/>
            <w:tabs>
              <w:tab w:val="right" w:leader="dot" w:pos="8630"/>
            </w:tabs>
            <w:rPr>
              <w:noProof/>
              <w:kern w:val="2"/>
              <w:sz w:val="24"/>
              <w:szCs w:val="24"/>
              <w:lang w:val="fr-FR" w:eastAsia="fr-FR"/>
              <w14:ligatures w14:val="standardContextual"/>
            </w:rPr>
          </w:pPr>
          <w:hyperlink w:anchor="_Toc231178486" w:history="1">
            <w:r w:rsidRPr="00D94A5C">
              <w:rPr>
                <w:rStyle w:val="Lienhypertexte"/>
                <w:noProof/>
                <w:lang w:val="fr-FR"/>
              </w:rPr>
              <w:t>Qui peut le faire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_Toc231178486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AE4A270" w14:textId="696F7B08" w:rsidR="00E63593" w:rsidRDefault="00E63593">
          <w:pPr>
            <w:pStyle w:val="TM2"/>
            <w:tabs>
              <w:tab w:val="right" w:leader="dot" w:pos="8630"/>
            </w:tabs>
            <w:rPr>
              <w:noProof/>
              <w:kern w:val="2"/>
              <w:sz w:val="24"/>
              <w:szCs w:val="24"/>
              <w:lang w:val="fr-FR" w:eastAsia="fr-FR"/>
              <w14:ligatures w14:val="standardContextual"/>
            </w:rPr>
          </w:pPr>
          <w:hyperlink w:anchor="_Toc231178487" w:history="1">
            <w:r w:rsidRPr="00D94A5C">
              <w:rPr>
                <w:rStyle w:val="Lienhypertexte"/>
                <w:noProof/>
                <w:lang w:val="fr-FR"/>
              </w:rPr>
              <w:t>Etapes pour créer une prestation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_Toc231178487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0388226" w14:textId="662D9D53" w:rsidR="00E63593" w:rsidRDefault="00E63593">
          <w:pPr>
            <w:pStyle w:val="TM2"/>
            <w:tabs>
              <w:tab w:val="right" w:leader="dot" w:pos="8630"/>
            </w:tabs>
            <w:rPr>
              <w:noProof/>
              <w:kern w:val="2"/>
              <w:sz w:val="24"/>
              <w:szCs w:val="24"/>
              <w:lang w:val="fr-FR" w:eastAsia="fr-FR"/>
              <w14:ligatures w14:val="standardContextual"/>
            </w:rPr>
          </w:pPr>
          <w:hyperlink w:anchor="_Toc231178488" w:history="1">
            <w:r w:rsidRPr="00D94A5C">
              <w:rPr>
                <w:rStyle w:val="Lienhypertexte"/>
                <w:noProof/>
                <w:lang w:val="fr-FR"/>
              </w:rPr>
              <w:t>Etapes pour modifier une prestation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_Toc231178488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2E5AF03" w14:textId="412D86B3" w:rsidR="00E63593" w:rsidRDefault="00E63593">
          <w:pPr>
            <w:pStyle w:val="TM2"/>
            <w:tabs>
              <w:tab w:val="right" w:leader="dot" w:pos="8630"/>
            </w:tabs>
            <w:rPr>
              <w:noProof/>
              <w:kern w:val="2"/>
              <w:sz w:val="24"/>
              <w:szCs w:val="24"/>
              <w:lang w:val="fr-FR" w:eastAsia="fr-FR"/>
              <w14:ligatures w14:val="standardContextual"/>
            </w:rPr>
          </w:pPr>
          <w:hyperlink w:anchor="_Toc231178489" w:history="1">
            <w:r w:rsidRPr="00D94A5C">
              <w:rPr>
                <w:rStyle w:val="Lienhypertexte"/>
                <w:noProof/>
                <w:lang w:val="fr-FR"/>
              </w:rPr>
              <w:t>Etapes pour supprimer une prestation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_Toc231178489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07803AC" w14:textId="1F1C44B4" w:rsidR="00E63593" w:rsidRDefault="00E63593">
          <w:pPr>
            <w:pStyle w:val="TM2"/>
            <w:tabs>
              <w:tab w:val="right" w:leader="dot" w:pos="8630"/>
            </w:tabs>
            <w:rPr>
              <w:noProof/>
              <w:kern w:val="2"/>
              <w:sz w:val="24"/>
              <w:szCs w:val="24"/>
              <w:lang w:val="fr-FR" w:eastAsia="fr-FR"/>
              <w14:ligatures w14:val="standardContextual"/>
            </w:rPr>
          </w:pPr>
          <w:hyperlink w:anchor="_Toc231178490" w:history="1">
            <w:r w:rsidRPr="00D94A5C">
              <w:rPr>
                <w:rStyle w:val="Lienhypertexte"/>
                <w:noProof/>
                <w:lang w:val="fr-FR"/>
              </w:rPr>
              <w:t>A savoir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_Toc231178490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731A172" w14:textId="6368379D" w:rsidR="00E63593" w:rsidRDefault="00E63593">
          <w:pPr>
            <w:pStyle w:val="TM1"/>
            <w:tabs>
              <w:tab w:val="left" w:pos="720"/>
              <w:tab w:val="right" w:leader="dot" w:pos="8630"/>
            </w:tabs>
            <w:rPr>
              <w:noProof/>
              <w:kern w:val="2"/>
              <w:sz w:val="24"/>
              <w:szCs w:val="24"/>
              <w:lang w:val="fr-FR" w:eastAsia="fr-FR"/>
              <w14:ligatures w14:val="standardContextual"/>
            </w:rPr>
          </w:pPr>
          <w:hyperlink w:anchor="_Toc231178491" w:history="1">
            <w:r w:rsidRPr="00D94A5C">
              <w:rPr>
                <w:rStyle w:val="Lienhypertexte"/>
                <w:noProof/>
              </w:rPr>
              <w:t>17.</w:t>
            </w:r>
            <w:r>
              <w:rPr>
                <w:noProof/>
                <w:kern w:val="2"/>
                <w:sz w:val="24"/>
                <w:szCs w:val="24"/>
                <w:lang w:val="fr-FR" w:eastAsia="fr-FR"/>
                <w14:ligatures w14:val="standardContextual"/>
              </w:rPr>
              <w:tab/>
            </w:r>
            <w:r w:rsidRPr="00D94A5C">
              <w:rPr>
                <w:rStyle w:val="Lienhypertexte"/>
                <w:noProof/>
              </w:rPr>
              <w:t>Parcours back-office : encaisser une vente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_Toc231178491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60B6297" w14:textId="646F6DE8" w:rsidR="00E63593" w:rsidRDefault="00E63593">
          <w:pPr>
            <w:pStyle w:val="TM2"/>
            <w:tabs>
              <w:tab w:val="right" w:leader="dot" w:pos="8630"/>
            </w:tabs>
            <w:rPr>
              <w:noProof/>
              <w:kern w:val="2"/>
              <w:sz w:val="24"/>
              <w:szCs w:val="24"/>
              <w:lang w:val="fr-FR" w:eastAsia="fr-FR"/>
              <w14:ligatures w14:val="standardContextual"/>
            </w:rPr>
          </w:pPr>
          <w:hyperlink w:anchor="_Toc231178492" w:history="1">
            <w:r w:rsidRPr="00D94A5C">
              <w:rPr>
                <w:rStyle w:val="Lienhypertexte"/>
                <w:noProof/>
                <w:lang w:val="fr-FR"/>
              </w:rPr>
              <w:t>Objectif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_Toc231178492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DD1FBF7" w14:textId="01F20D78" w:rsidR="00E63593" w:rsidRDefault="00E63593">
          <w:pPr>
            <w:pStyle w:val="TM2"/>
            <w:tabs>
              <w:tab w:val="right" w:leader="dot" w:pos="8630"/>
            </w:tabs>
            <w:rPr>
              <w:noProof/>
              <w:kern w:val="2"/>
              <w:sz w:val="24"/>
              <w:szCs w:val="24"/>
              <w:lang w:val="fr-FR" w:eastAsia="fr-FR"/>
              <w14:ligatures w14:val="standardContextual"/>
            </w:rPr>
          </w:pPr>
          <w:hyperlink w:anchor="_Toc231178493" w:history="1">
            <w:r w:rsidRPr="00D94A5C">
              <w:rPr>
                <w:rStyle w:val="Lienhypertexte"/>
                <w:noProof/>
                <w:lang w:val="fr-FR"/>
              </w:rPr>
              <w:t>Qui peut le faire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_Toc231178493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BBC2D03" w14:textId="6F13E063" w:rsidR="00E63593" w:rsidRDefault="00E63593">
          <w:pPr>
            <w:pStyle w:val="TM2"/>
            <w:tabs>
              <w:tab w:val="right" w:leader="dot" w:pos="8630"/>
            </w:tabs>
            <w:rPr>
              <w:noProof/>
              <w:kern w:val="2"/>
              <w:sz w:val="24"/>
              <w:szCs w:val="24"/>
              <w:lang w:val="fr-FR" w:eastAsia="fr-FR"/>
              <w14:ligatures w14:val="standardContextual"/>
            </w:rPr>
          </w:pPr>
          <w:hyperlink w:anchor="_Toc231178494" w:history="1">
            <w:r w:rsidRPr="00D94A5C">
              <w:rPr>
                <w:rStyle w:val="Lienhypertexte"/>
                <w:noProof/>
                <w:lang w:val="fr-FR"/>
              </w:rPr>
              <w:t>Etapes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_Toc231178494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D17B6B6" w14:textId="152BEC9F" w:rsidR="00E63593" w:rsidRDefault="00E63593">
          <w:pPr>
            <w:pStyle w:val="TM2"/>
            <w:tabs>
              <w:tab w:val="right" w:leader="dot" w:pos="8630"/>
            </w:tabs>
            <w:rPr>
              <w:noProof/>
              <w:kern w:val="2"/>
              <w:sz w:val="24"/>
              <w:szCs w:val="24"/>
              <w:lang w:val="fr-FR" w:eastAsia="fr-FR"/>
              <w14:ligatures w14:val="standardContextual"/>
            </w:rPr>
          </w:pPr>
          <w:hyperlink w:anchor="_Toc231178495" w:history="1">
            <w:r w:rsidRPr="00D94A5C">
              <w:rPr>
                <w:rStyle w:val="Lienhypertexte"/>
                <w:noProof/>
                <w:lang w:val="fr-FR"/>
              </w:rPr>
              <w:t>Résultat attendu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_Toc231178495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1C9503E" w14:textId="03F7EE84" w:rsidR="00E63593" w:rsidRDefault="00E63593">
          <w:pPr>
            <w:pStyle w:val="TM2"/>
            <w:tabs>
              <w:tab w:val="right" w:leader="dot" w:pos="8630"/>
            </w:tabs>
            <w:rPr>
              <w:noProof/>
              <w:kern w:val="2"/>
              <w:sz w:val="24"/>
              <w:szCs w:val="24"/>
              <w:lang w:val="fr-FR" w:eastAsia="fr-FR"/>
              <w14:ligatures w14:val="standardContextual"/>
            </w:rPr>
          </w:pPr>
          <w:hyperlink w:anchor="_Toc231178496" w:history="1">
            <w:r w:rsidRPr="00D94A5C">
              <w:rPr>
                <w:rStyle w:val="Lienhypertexte"/>
                <w:noProof/>
                <w:lang w:val="fr-FR"/>
              </w:rPr>
              <w:t>Etapes pour imprimer le reçu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_Toc231178496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3181231" w14:textId="04C22129" w:rsidR="00E63593" w:rsidRDefault="00E63593">
          <w:pPr>
            <w:pStyle w:val="TM1"/>
            <w:tabs>
              <w:tab w:val="left" w:pos="720"/>
              <w:tab w:val="right" w:leader="dot" w:pos="8630"/>
            </w:tabs>
            <w:rPr>
              <w:noProof/>
              <w:kern w:val="2"/>
              <w:sz w:val="24"/>
              <w:szCs w:val="24"/>
              <w:lang w:val="fr-FR" w:eastAsia="fr-FR"/>
              <w14:ligatures w14:val="standardContextual"/>
            </w:rPr>
          </w:pPr>
          <w:hyperlink w:anchor="_Toc231178497" w:history="1">
            <w:r w:rsidRPr="00D94A5C">
              <w:rPr>
                <w:rStyle w:val="Lienhypertexte"/>
                <w:noProof/>
              </w:rPr>
              <w:t>18.</w:t>
            </w:r>
            <w:r>
              <w:rPr>
                <w:noProof/>
                <w:kern w:val="2"/>
                <w:sz w:val="24"/>
                <w:szCs w:val="24"/>
                <w:lang w:val="fr-FR" w:eastAsia="fr-FR"/>
                <w14:ligatures w14:val="standardContextual"/>
              </w:rPr>
              <w:tab/>
            </w:r>
            <w:r w:rsidRPr="00D94A5C">
              <w:rPr>
                <w:rStyle w:val="Lienhypertexte"/>
                <w:noProof/>
              </w:rPr>
              <w:t>Parcours back-office : suspendre, reprendre ou annuler une vente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_Toc231178497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D7EE06D" w14:textId="69CC9AB1" w:rsidR="00E63593" w:rsidRDefault="00E63593">
          <w:pPr>
            <w:pStyle w:val="TM2"/>
            <w:tabs>
              <w:tab w:val="right" w:leader="dot" w:pos="8630"/>
            </w:tabs>
            <w:rPr>
              <w:noProof/>
              <w:kern w:val="2"/>
              <w:sz w:val="24"/>
              <w:szCs w:val="24"/>
              <w:lang w:val="fr-FR" w:eastAsia="fr-FR"/>
              <w14:ligatures w14:val="standardContextual"/>
            </w:rPr>
          </w:pPr>
          <w:hyperlink w:anchor="_Toc231178498" w:history="1">
            <w:r w:rsidRPr="00D94A5C">
              <w:rPr>
                <w:rStyle w:val="Lienhypertexte"/>
                <w:noProof/>
                <w:lang w:val="fr-FR"/>
              </w:rPr>
              <w:t>Objectif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_Toc231178498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774B4E8" w14:textId="591EBC68" w:rsidR="00E63593" w:rsidRDefault="00E63593">
          <w:pPr>
            <w:pStyle w:val="TM2"/>
            <w:tabs>
              <w:tab w:val="right" w:leader="dot" w:pos="8630"/>
            </w:tabs>
            <w:rPr>
              <w:noProof/>
              <w:kern w:val="2"/>
              <w:sz w:val="24"/>
              <w:szCs w:val="24"/>
              <w:lang w:val="fr-FR" w:eastAsia="fr-FR"/>
              <w14:ligatures w14:val="standardContextual"/>
            </w:rPr>
          </w:pPr>
          <w:hyperlink w:anchor="_Toc231178499" w:history="1">
            <w:r w:rsidRPr="00D94A5C">
              <w:rPr>
                <w:rStyle w:val="Lienhypertexte"/>
                <w:noProof/>
                <w:lang w:val="fr-FR"/>
              </w:rPr>
              <w:t>Qui peut le faire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_Toc231178499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34CCCC6" w14:textId="1F7DFF48" w:rsidR="00E63593" w:rsidRDefault="00E63593">
          <w:pPr>
            <w:pStyle w:val="TM2"/>
            <w:tabs>
              <w:tab w:val="right" w:leader="dot" w:pos="8630"/>
            </w:tabs>
            <w:rPr>
              <w:noProof/>
              <w:kern w:val="2"/>
              <w:sz w:val="24"/>
              <w:szCs w:val="24"/>
              <w:lang w:val="fr-FR" w:eastAsia="fr-FR"/>
              <w14:ligatures w14:val="standardContextual"/>
            </w:rPr>
          </w:pPr>
          <w:hyperlink w:anchor="_Toc231178500" w:history="1">
            <w:r w:rsidRPr="00D94A5C">
              <w:rPr>
                <w:rStyle w:val="Lienhypertexte"/>
                <w:noProof/>
                <w:lang w:val="fr-FR"/>
              </w:rPr>
              <w:t>Etapes pour suspendre une vente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_Toc231178500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4588D03" w14:textId="743CE10A" w:rsidR="00E63593" w:rsidRDefault="00E63593">
          <w:pPr>
            <w:pStyle w:val="TM2"/>
            <w:tabs>
              <w:tab w:val="right" w:leader="dot" w:pos="8630"/>
            </w:tabs>
            <w:rPr>
              <w:noProof/>
              <w:kern w:val="2"/>
              <w:sz w:val="24"/>
              <w:szCs w:val="24"/>
              <w:lang w:val="fr-FR" w:eastAsia="fr-FR"/>
              <w14:ligatures w14:val="standardContextual"/>
            </w:rPr>
          </w:pPr>
          <w:hyperlink w:anchor="_Toc231178501" w:history="1">
            <w:r w:rsidRPr="00D94A5C">
              <w:rPr>
                <w:rStyle w:val="Lienhypertexte"/>
                <w:noProof/>
                <w:lang w:val="fr-FR"/>
              </w:rPr>
              <w:t>Etapes pour reprendre une vente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_Toc231178501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426980F" w14:textId="2AA7D5E7" w:rsidR="00E63593" w:rsidRDefault="00E63593">
          <w:pPr>
            <w:pStyle w:val="TM2"/>
            <w:tabs>
              <w:tab w:val="right" w:leader="dot" w:pos="8630"/>
            </w:tabs>
            <w:rPr>
              <w:noProof/>
              <w:kern w:val="2"/>
              <w:sz w:val="24"/>
              <w:szCs w:val="24"/>
              <w:lang w:val="fr-FR" w:eastAsia="fr-FR"/>
              <w14:ligatures w14:val="standardContextual"/>
            </w:rPr>
          </w:pPr>
          <w:hyperlink w:anchor="_Toc231178502" w:history="1">
            <w:r w:rsidRPr="00D94A5C">
              <w:rPr>
                <w:rStyle w:val="Lienhypertexte"/>
                <w:noProof/>
                <w:lang w:val="fr-FR"/>
              </w:rPr>
              <w:t>Etapes pour annuler une vente payée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_Toc231178502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7A46DD6" w14:textId="55E315A0" w:rsidR="00E63593" w:rsidRDefault="00E63593">
          <w:pPr>
            <w:pStyle w:val="TM2"/>
            <w:tabs>
              <w:tab w:val="right" w:leader="dot" w:pos="8630"/>
            </w:tabs>
            <w:rPr>
              <w:noProof/>
              <w:kern w:val="2"/>
              <w:sz w:val="24"/>
              <w:szCs w:val="24"/>
              <w:lang w:val="fr-FR" w:eastAsia="fr-FR"/>
              <w14:ligatures w14:val="standardContextual"/>
            </w:rPr>
          </w:pPr>
          <w:hyperlink w:anchor="_Toc231178503" w:history="1">
            <w:r w:rsidRPr="00D94A5C">
              <w:rPr>
                <w:rStyle w:val="Lienhypertexte"/>
                <w:noProof/>
                <w:lang w:val="fr-FR"/>
              </w:rPr>
              <w:t>A savoir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_Toc231178503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A168448" w14:textId="308E4F72" w:rsidR="00E63593" w:rsidRDefault="00E63593">
          <w:pPr>
            <w:pStyle w:val="TM1"/>
            <w:tabs>
              <w:tab w:val="left" w:pos="720"/>
              <w:tab w:val="right" w:leader="dot" w:pos="8630"/>
            </w:tabs>
            <w:rPr>
              <w:noProof/>
              <w:kern w:val="2"/>
              <w:sz w:val="24"/>
              <w:szCs w:val="24"/>
              <w:lang w:val="fr-FR" w:eastAsia="fr-FR"/>
              <w14:ligatures w14:val="standardContextual"/>
            </w:rPr>
          </w:pPr>
          <w:hyperlink w:anchor="_Toc231178504" w:history="1">
            <w:r w:rsidRPr="00D94A5C">
              <w:rPr>
                <w:rStyle w:val="Lienhypertexte"/>
                <w:noProof/>
              </w:rPr>
              <w:t>19.</w:t>
            </w:r>
            <w:r>
              <w:rPr>
                <w:noProof/>
                <w:kern w:val="2"/>
                <w:sz w:val="24"/>
                <w:szCs w:val="24"/>
                <w:lang w:val="fr-FR" w:eastAsia="fr-FR"/>
                <w14:ligatures w14:val="standardContextual"/>
              </w:rPr>
              <w:tab/>
            </w:r>
            <w:r w:rsidRPr="00D94A5C">
              <w:rPr>
                <w:rStyle w:val="Lienhypertexte"/>
                <w:noProof/>
              </w:rPr>
              <w:t>Parcours back-office : utiliser le planning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_Toc231178504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CDD9A52" w14:textId="05DE9C0B" w:rsidR="00E63593" w:rsidRDefault="00E63593">
          <w:pPr>
            <w:pStyle w:val="TM2"/>
            <w:tabs>
              <w:tab w:val="right" w:leader="dot" w:pos="8630"/>
            </w:tabs>
            <w:rPr>
              <w:noProof/>
              <w:kern w:val="2"/>
              <w:sz w:val="24"/>
              <w:szCs w:val="24"/>
              <w:lang w:val="fr-FR" w:eastAsia="fr-FR"/>
              <w14:ligatures w14:val="standardContextual"/>
            </w:rPr>
          </w:pPr>
          <w:hyperlink w:anchor="_Toc231178505" w:history="1">
            <w:r w:rsidRPr="00D94A5C">
              <w:rPr>
                <w:rStyle w:val="Lienhypertexte"/>
                <w:noProof/>
                <w:lang w:val="fr-FR"/>
              </w:rPr>
              <w:t>Objectif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_Toc231178505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C75FF4D" w14:textId="66FEC177" w:rsidR="00E63593" w:rsidRDefault="00E63593">
          <w:pPr>
            <w:pStyle w:val="TM2"/>
            <w:tabs>
              <w:tab w:val="right" w:leader="dot" w:pos="8630"/>
            </w:tabs>
            <w:rPr>
              <w:noProof/>
              <w:kern w:val="2"/>
              <w:sz w:val="24"/>
              <w:szCs w:val="24"/>
              <w:lang w:val="fr-FR" w:eastAsia="fr-FR"/>
              <w14:ligatures w14:val="standardContextual"/>
            </w:rPr>
          </w:pPr>
          <w:hyperlink w:anchor="_Toc231178506" w:history="1">
            <w:r w:rsidRPr="00D94A5C">
              <w:rPr>
                <w:rStyle w:val="Lienhypertexte"/>
                <w:noProof/>
                <w:lang w:val="fr-FR"/>
              </w:rPr>
              <w:t>Qui peut le faire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_Toc231178506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5CFF9B3" w14:textId="7A1E01BE" w:rsidR="00E63593" w:rsidRDefault="00E63593">
          <w:pPr>
            <w:pStyle w:val="TM2"/>
            <w:tabs>
              <w:tab w:val="right" w:leader="dot" w:pos="8630"/>
            </w:tabs>
            <w:rPr>
              <w:noProof/>
              <w:kern w:val="2"/>
              <w:sz w:val="24"/>
              <w:szCs w:val="24"/>
              <w:lang w:val="fr-FR" w:eastAsia="fr-FR"/>
              <w14:ligatures w14:val="standardContextual"/>
            </w:rPr>
          </w:pPr>
          <w:hyperlink w:anchor="_Toc231178507" w:history="1">
            <w:r w:rsidRPr="00D94A5C">
              <w:rPr>
                <w:rStyle w:val="Lienhypertexte"/>
                <w:noProof/>
                <w:lang w:val="fr-FR"/>
              </w:rPr>
              <w:t>Etapes pour naviguer dans le planning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_Toc231178507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6AB21DE" w14:textId="690099E3" w:rsidR="00E63593" w:rsidRDefault="00E63593">
          <w:pPr>
            <w:pStyle w:val="TM2"/>
            <w:tabs>
              <w:tab w:val="right" w:leader="dot" w:pos="8630"/>
            </w:tabs>
            <w:rPr>
              <w:noProof/>
              <w:kern w:val="2"/>
              <w:sz w:val="24"/>
              <w:szCs w:val="24"/>
              <w:lang w:val="fr-FR" w:eastAsia="fr-FR"/>
              <w14:ligatures w14:val="standardContextual"/>
            </w:rPr>
          </w:pPr>
          <w:hyperlink w:anchor="_Toc231178508" w:history="1">
            <w:r w:rsidRPr="00D94A5C">
              <w:rPr>
                <w:rStyle w:val="Lienhypertexte"/>
                <w:noProof/>
                <w:lang w:val="fr-FR"/>
              </w:rPr>
              <w:t>Etapes pour créer un rendez-vous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_Toc231178508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E3F1351" w14:textId="7B353559" w:rsidR="00E63593" w:rsidRDefault="00E63593">
          <w:pPr>
            <w:pStyle w:val="TM2"/>
            <w:tabs>
              <w:tab w:val="right" w:leader="dot" w:pos="8630"/>
            </w:tabs>
            <w:rPr>
              <w:noProof/>
              <w:kern w:val="2"/>
              <w:sz w:val="24"/>
              <w:szCs w:val="24"/>
              <w:lang w:val="fr-FR" w:eastAsia="fr-FR"/>
              <w14:ligatures w14:val="standardContextual"/>
            </w:rPr>
          </w:pPr>
          <w:hyperlink w:anchor="_Toc231178509" w:history="1">
            <w:r w:rsidRPr="00D94A5C">
              <w:rPr>
                <w:rStyle w:val="Lienhypertexte"/>
                <w:noProof/>
                <w:lang w:val="fr-FR"/>
              </w:rPr>
              <w:t>Etapes pour rechercher une disponibilité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_Toc231178509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4D50A2D" w14:textId="6A6A0B04" w:rsidR="00E63593" w:rsidRDefault="00E63593">
          <w:pPr>
            <w:pStyle w:val="TM2"/>
            <w:tabs>
              <w:tab w:val="right" w:leader="dot" w:pos="8630"/>
            </w:tabs>
            <w:rPr>
              <w:noProof/>
              <w:kern w:val="2"/>
              <w:sz w:val="24"/>
              <w:szCs w:val="24"/>
              <w:lang w:val="fr-FR" w:eastAsia="fr-FR"/>
              <w14:ligatures w14:val="standardContextual"/>
            </w:rPr>
          </w:pPr>
          <w:hyperlink w:anchor="_Toc231178510" w:history="1">
            <w:r w:rsidRPr="00D94A5C">
              <w:rPr>
                <w:rStyle w:val="Lienhypertexte"/>
                <w:noProof/>
                <w:lang w:val="fr-FR"/>
              </w:rPr>
              <w:t>Etapes pour consulter un rendez-vous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_Toc231178510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BF45504" w14:textId="7F621FE2" w:rsidR="00E63593" w:rsidRDefault="00E63593">
          <w:pPr>
            <w:pStyle w:val="TM2"/>
            <w:tabs>
              <w:tab w:val="right" w:leader="dot" w:pos="8630"/>
            </w:tabs>
            <w:rPr>
              <w:noProof/>
              <w:kern w:val="2"/>
              <w:sz w:val="24"/>
              <w:szCs w:val="24"/>
              <w:lang w:val="fr-FR" w:eastAsia="fr-FR"/>
              <w14:ligatures w14:val="standardContextual"/>
            </w:rPr>
          </w:pPr>
          <w:hyperlink w:anchor="_Toc231178511" w:history="1">
            <w:r w:rsidRPr="00D94A5C">
              <w:rPr>
                <w:rStyle w:val="Lienhypertexte"/>
                <w:noProof/>
                <w:lang w:val="fr-FR"/>
              </w:rPr>
              <w:t>Etapes pour terminer un rendez-vous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_Toc231178511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76E26D0" w14:textId="03CA4407" w:rsidR="00E63593" w:rsidRDefault="00E63593">
          <w:pPr>
            <w:pStyle w:val="TM2"/>
            <w:tabs>
              <w:tab w:val="right" w:leader="dot" w:pos="8630"/>
            </w:tabs>
            <w:rPr>
              <w:noProof/>
              <w:kern w:val="2"/>
              <w:sz w:val="24"/>
              <w:szCs w:val="24"/>
              <w:lang w:val="fr-FR" w:eastAsia="fr-FR"/>
              <w14:ligatures w14:val="standardContextual"/>
            </w:rPr>
          </w:pPr>
          <w:hyperlink w:anchor="_Toc231178512" w:history="1">
            <w:r w:rsidRPr="00D94A5C">
              <w:rPr>
                <w:rStyle w:val="Lienhypertexte"/>
                <w:noProof/>
                <w:lang w:val="fr-FR"/>
              </w:rPr>
              <w:t>Etapes pour annuler un rendez-vous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_Toc231178512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7D3C16C" w14:textId="0447AD37" w:rsidR="00E63593" w:rsidRDefault="00E63593">
          <w:pPr>
            <w:pStyle w:val="TM1"/>
            <w:tabs>
              <w:tab w:val="left" w:pos="720"/>
              <w:tab w:val="right" w:leader="dot" w:pos="8630"/>
            </w:tabs>
            <w:rPr>
              <w:noProof/>
              <w:kern w:val="2"/>
              <w:sz w:val="24"/>
              <w:szCs w:val="24"/>
              <w:lang w:val="fr-FR" w:eastAsia="fr-FR"/>
              <w14:ligatures w14:val="standardContextual"/>
            </w:rPr>
          </w:pPr>
          <w:hyperlink w:anchor="_Toc231178513" w:history="1">
            <w:r w:rsidRPr="00D94A5C">
              <w:rPr>
                <w:rStyle w:val="Lienhypertexte"/>
                <w:noProof/>
              </w:rPr>
              <w:t>20.</w:t>
            </w:r>
            <w:r>
              <w:rPr>
                <w:noProof/>
                <w:kern w:val="2"/>
                <w:sz w:val="24"/>
                <w:szCs w:val="24"/>
                <w:lang w:val="fr-FR" w:eastAsia="fr-FR"/>
                <w14:ligatures w14:val="standardContextual"/>
              </w:rPr>
              <w:tab/>
            </w:r>
            <w:r w:rsidRPr="00D94A5C">
              <w:rPr>
                <w:rStyle w:val="Lienhypertexte"/>
                <w:noProof/>
              </w:rPr>
              <w:t>Parcours manager : gérer les horaires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_Toc231178513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1B00721" w14:textId="6826802B" w:rsidR="00E63593" w:rsidRDefault="00E63593">
          <w:pPr>
            <w:pStyle w:val="TM2"/>
            <w:tabs>
              <w:tab w:val="right" w:leader="dot" w:pos="8630"/>
            </w:tabs>
            <w:rPr>
              <w:noProof/>
              <w:kern w:val="2"/>
              <w:sz w:val="24"/>
              <w:szCs w:val="24"/>
              <w:lang w:val="fr-FR" w:eastAsia="fr-FR"/>
              <w14:ligatures w14:val="standardContextual"/>
            </w:rPr>
          </w:pPr>
          <w:hyperlink w:anchor="_Toc231178514" w:history="1">
            <w:r w:rsidRPr="00D94A5C">
              <w:rPr>
                <w:rStyle w:val="Lienhypertexte"/>
                <w:noProof/>
                <w:lang w:val="fr-FR"/>
              </w:rPr>
              <w:t>Objectif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_Toc231178514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90E4DFC" w14:textId="0666C135" w:rsidR="00E63593" w:rsidRDefault="00E63593">
          <w:pPr>
            <w:pStyle w:val="TM2"/>
            <w:tabs>
              <w:tab w:val="right" w:leader="dot" w:pos="8630"/>
            </w:tabs>
            <w:rPr>
              <w:noProof/>
              <w:kern w:val="2"/>
              <w:sz w:val="24"/>
              <w:szCs w:val="24"/>
              <w:lang w:val="fr-FR" w:eastAsia="fr-FR"/>
              <w14:ligatures w14:val="standardContextual"/>
            </w:rPr>
          </w:pPr>
          <w:hyperlink w:anchor="_Toc231178515" w:history="1">
            <w:r w:rsidRPr="00D94A5C">
              <w:rPr>
                <w:rStyle w:val="Lienhypertexte"/>
                <w:noProof/>
                <w:lang w:val="fr-FR"/>
              </w:rPr>
              <w:t>Qui peut le faire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_Toc231178515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4D2A3F3" w14:textId="656166A3" w:rsidR="00E63593" w:rsidRDefault="00E63593">
          <w:pPr>
            <w:pStyle w:val="TM2"/>
            <w:tabs>
              <w:tab w:val="right" w:leader="dot" w:pos="8630"/>
            </w:tabs>
            <w:rPr>
              <w:noProof/>
              <w:kern w:val="2"/>
              <w:sz w:val="24"/>
              <w:szCs w:val="24"/>
              <w:lang w:val="fr-FR" w:eastAsia="fr-FR"/>
              <w14:ligatures w14:val="standardContextual"/>
            </w:rPr>
          </w:pPr>
          <w:hyperlink w:anchor="_Toc231178516" w:history="1">
            <w:r w:rsidRPr="00D94A5C">
              <w:rPr>
                <w:rStyle w:val="Lienhypertexte"/>
                <w:noProof/>
                <w:lang w:val="fr-FR"/>
              </w:rPr>
              <w:t>Etapes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_Toc231178516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FE86E3A" w14:textId="1E23F227" w:rsidR="00E63593" w:rsidRDefault="00E63593">
          <w:pPr>
            <w:pStyle w:val="TM2"/>
            <w:tabs>
              <w:tab w:val="right" w:leader="dot" w:pos="8630"/>
            </w:tabs>
            <w:rPr>
              <w:noProof/>
              <w:kern w:val="2"/>
              <w:sz w:val="24"/>
              <w:szCs w:val="24"/>
              <w:lang w:val="fr-FR" w:eastAsia="fr-FR"/>
              <w14:ligatures w14:val="standardContextual"/>
            </w:rPr>
          </w:pPr>
          <w:hyperlink w:anchor="_Toc231178517" w:history="1">
            <w:r w:rsidRPr="00D94A5C">
              <w:rPr>
                <w:rStyle w:val="Lienhypertexte"/>
                <w:noProof/>
                <w:lang w:val="fr-FR"/>
              </w:rPr>
              <w:t>Résultat attendu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_Toc231178517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2D995D0" w14:textId="7788DD05" w:rsidR="00E63593" w:rsidRDefault="00E63593">
          <w:pPr>
            <w:pStyle w:val="TM2"/>
            <w:tabs>
              <w:tab w:val="right" w:leader="dot" w:pos="8630"/>
            </w:tabs>
            <w:rPr>
              <w:noProof/>
              <w:kern w:val="2"/>
              <w:sz w:val="24"/>
              <w:szCs w:val="24"/>
              <w:lang w:val="fr-FR" w:eastAsia="fr-FR"/>
              <w14:ligatures w14:val="standardContextual"/>
            </w:rPr>
          </w:pPr>
          <w:hyperlink w:anchor="_Toc231178518" w:history="1">
            <w:r w:rsidRPr="00D94A5C">
              <w:rPr>
                <w:rStyle w:val="Lienhypertexte"/>
                <w:noProof/>
                <w:lang w:val="fr-FR"/>
              </w:rPr>
              <w:t>A savoir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_Toc231178518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055383D" w14:textId="3F0BBA84" w:rsidR="00E63593" w:rsidRDefault="00E63593">
          <w:pPr>
            <w:pStyle w:val="TM1"/>
            <w:tabs>
              <w:tab w:val="left" w:pos="720"/>
              <w:tab w:val="right" w:leader="dot" w:pos="8630"/>
            </w:tabs>
            <w:rPr>
              <w:noProof/>
              <w:kern w:val="2"/>
              <w:sz w:val="24"/>
              <w:szCs w:val="24"/>
              <w:lang w:val="fr-FR" w:eastAsia="fr-FR"/>
              <w14:ligatures w14:val="standardContextual"/>
            </w:rPr>
          </w:pPr>
          <w:hyperlink w:anchor="_Toc231178519" w:history="1">
            <w:r w:rsidRPr="00D94A5C">
              <w:rPr>
                <w:rStyle w:val="Lienhypertexte"/>
                <w:noProof/>
              </w:rPr>
              <w:t>21.</w:t>
            </w:r>
            <w:r>
              <w:rPr>
                <w:noProof/>
                <w:kern w:val="2"/>
                <w:sz w:val="24"/>
                <w:szCs w:val="24"/>
                <w:lang w:val="fr-FR" w:eastAsia="fr-FR"/>
                <w14:ligatures w14:val="standardContextual"/>
              </w:rPr>
              <w:tab/>
            </w:r>
            <w:r w:rsidRPr="00D94A5C">
              <w:rPr>
                <w:rStyle w:val="Lienhypertexte"/>
                <w:noProof/>
              </w:rPr>
              <w:t>Parcours back-office : gérer les clients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_Toc231178519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05B3064" w14:textId="3CA3A238" w:rsidR="00E63593" w:rsidRDefault="00E63593">
          <w:pPr>
            <w:pStyle w:val="TM2"/>
            <w:tabs>
              <w:tab w:val="right" w:leader="dot" w:pos="8630"/>
            </w:tabs>
            <w:rPr>
              <w:noProof/>
              <w:kern w:val="2"/>
              <w:sz w:val="24"/>
              <w:szCs w:val="24"/>
              <w:lang w:val="fr-FR" w:eastAsia="fr-FR"/>
              <w14:ligatures w14:val="standardContextual"/>
            </w:rPr>
          </w:pPr>
          <w:hyperlink w:anchor="_Toc231178520" w:history="1">
            <w:r w:rsidRPr="00D94A5C">
              <w:rPr>
                <w:rStyle w:val="Lienhypertexte"/>
                <w:noProof/>
                <w:lang w:val="fr-FR"/>
              </w:rPr>
              <w:t>Objectif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_Toc231178520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55C1098" w14:textId="63022A03" w:rsidR="00E63593" w:rsidRDefault="00E63593">
          <w:pPr>
            <w:pStyle w:val="TM2"/>
            <w:tabs>
              <w:tab w:val="right" w:leader="dot" w:pos="8630"/>
            </w:tabs>
            <w:rPr>
              <w:noProof/>
              <w:kern w:val="2"/>
              <w:sz w:val="24"/>
              <w:szCs w:val="24"/>
              <w:lang w:val="fr-FR" w:eastAsia="fr-FR"/>
              <w14:ligatures w14:val="standardContextual"/>
            </w:rPr>
          </w:pPr>
          <w:hyperlink w:anchor="_Toc231178521" w:history="1">
            <w:r w:rsidRPr="00D94A5C">
              <w:rPr>
                <w:rStyle w:val="Lienhypertexte"/>
                <w:noProof/>
                <w:lang w:val="fr-FR"/>
              </w:rPr>
              <w:t>Qui peut le faire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_Toc231178521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7F56DC2" w14:textId="146F4D39" w:rsidR="00E63593" w:rsidRDefault="00E63593">
          <w:pPr>
            <w:pStyle w:val="TM2"/>
            <w:tabs>
              <w:tab w:val="right" w:leader="dot" w:pos="8630"/>
            </w:tabs>
            <w:rPr>
              <w:noProof/>
              <w:kern w:val="2"/>
              <w:sz w:val="24"/>
              <w:szCs w:val="24"/>
              <w:lang w:val="fr-FR" w:eastAsia="fr-FR"/>
              <w14:ligatures w14:val="standardContextual"/>
            </w:rPr>
          </w:pPr>
          <w:hyperlink w:anchor="_Toc231178522" w:history="1">
            <w:r w:rsidRPr="00D94A5C">
              <w:rPr>
                <w:rStyle w:val="Lienhypertexte"/>
                <w:noProof/>
                <w:lang w:val="fr-FR"/>
              </w:rPr>
              <w:t>Etapes pour rechercher un client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_Toc231178522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D80B233" w14:textId="42B1DDF4" w:rsidR="00E63593" w:rsidRDefault="00E63593">
          <w:pPr>
            <w:pStyle w:val="TM2"/>
            <w:tabs>
              <w:tab w:val="right" w:leader="dot" w:pos="8630"/>
            </w:tabs>
            <w:rPr>
              <w:noProof/>
              <w:kern w:val="2"/>
              <w:sz w:val="24"/>
              <w:szCs w:val="24"/>
              <w:lang w:val="fr-FR" w:eastAsia="fr-FR"/>
              <w14:ligatures w14:val="standardContextual"/>
            </w:rPr>
          </w:pPr>
          <w:hyperlink w:anchor="_Toc231178523" w:history="1">
            <w:r w:rsidRPr="00D94A5C">
              <w:rPr>
                <w:rStyle w:val="Lienhypertexte"/>
                <w:noProof/>
                <w:lang w:val="fr-FR"/>
              </w:rPr>
              <w:t>Etapes pour créer un client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_Toc231178523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D4118C7" w14:textId="6372FDC9" w:rsidR="00E63593" w:rsidRDefault="00E63593">
          <w:pPr>
            <w:pStyle w:val="TM2"/>
            <w:tabs>
              <w:tab w:val="right" w:leader="dot" w:pos="8630"/>
            </w:tabs>
            <w:rPr>
              <w:noProof/>
              <w:kern w:val="2"/>
              <w:sz w:val="24"/>
              <w:szCs w:val="24"/>
              <w:lang w:val="fr-FR" w:eastAsia="fr-FR"/>
              <w14:ligatures w14:val="standardContextual"/>
            </w:rPr>
          </w:pPr>
          <w:hyperlink w:anchor="_Toc231178524" w:history="1">
            <w:r w:rsidRPr="00D94A5C">
              <w:rPr>
                <w:rStyle w:val="Lienhypertexte"/>
                <w:noProof/>
                <w:lang w:val="fr-FR"/>
              </w:rPr>
              <w:t>Etapes pour modifier un client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_Toc231178524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5608AB8" w14:textId="17E50403" w:rsidR="00E63593" w:rsidRDefault="00E63593">
          <w:pPr>
            <w:pStyle w:val="TM2"/>
            <w:tabs>
              <w:tab w:val="right" w:leader="dot" w:pos="8630"/>
            </w:tabs>
            <w:rPr>
              <w:noProof/>
              <w:kern w:val="2"/>
              <w:sz w:val="24"/>
              <w:szCs w:val="24"/>
              <w:lang w:val="fr-FR" w:eastAsia="fr-FR"/>
              <w14:ligatures w14:val="standardContextual"/>
            </w:rPr>
          </w:pPr>
          <w:hyperlink w:anchor="_Toc231178525" w:history="1">
            <w:r w:rsidRPr="00D94A5C">
              <w:rPr>
                <w:rStyle w:val="Lienhypertexte"/>
                <w:noProof/>
                <w:lang w:val="fr-FR"/>
              </w:rPr>
              <w:t>Etapes pour consulter l'activité client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_Toc231178525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3B69B93" w14:textId="3465C8F4" w:rsidR="00E63593" w:rsidRDefault="00E63593">
          <w:pPr>
            <w:pStyle w:val="TM2"/>
            <w:tabs>
              <w:tab w:val="right" w:leader="dot" w:pos="8630"/>
            </w:tabs>
            <w:rPr>
              <w:noProof/>
              <w:kern w:val="2"/>
              <w:sz w:val="24"/>
              <w:szCs w:val="24"/>
              <w:lang w:val="fr-FR" w:eastAsia="fr-FR"/>
              <w14:ligatures w14:val="standardContextual"/>
            </w:rPr>
          </w:pPr>
          <w:hyperlink w:anchor="_Toc231178526" w:history="1">
            <w:r w:rsidRPr="00D94A5C">
              <w:rPr>
                <w:rStyle w:val="Lienhypertexte"/>
                <w:noProof/>
                <w:lang w:val="fr-FR"/>
              </w:rPr>
              <w:t>Etapes pour générer un mot de passe temporaire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_Toc231178526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F7B0B13" w14:textId="5135D7CE" w:rsidR="00E63593" w:rsidRDefault="00E63593">
          <w:pPr>
            <w:pStyle w:val="TM1"/>
            <w:tabs>
              <w:tab w:val="left" w:pos="720"/>
              <w:tab w:val="right" w:leader="dot" w:pos="8630"/>
            </w:tabs>
            <w:rPr>
              <w:noProof/>
              <w:kern w:val="2"/>
              <w:sz w:val="24"/>
              <w:szCs w:val="24"/>
              <w:lang w:val="fr-FR" w:eastAsia="fr-FR"/>
              <w14:ligatures w14:val="standardContextual"/>
            </w:rPr>
          </w:pPr>
          <w:hyperlink w:anchor="_Toc231178527" w:history="1">
            <w:r w:rsidRPr="00D94A5C">
              <w:rPr>
                <w:rStyle w:val="Lienhypertexte"/>
                <w:noProof/>
              </w:rPr>
              <w:t>22.</w:t>
            </w:r>
            <w:r>
              <w:rPr>
                <w:noProof/>
                <w:kern w:val="2"/>
                <w:sz w:val="24"/>
                <w:szCs w:val="24"/>
                <w:lang w:val="fr-FR" w:eastAsia="fr-FR"/>
                <w14:ligatures w14:val="standardContextual"/>
              </w:rPr>
              <w:tab/>
            </w:r>
            <w:r w:rsidRPr="00D94A5C">
              <w:rPr>
                <w:rStyle w:val="Lienhypertexte"/>
                <w:noProof/>
              </w:rPr>
              <w:t>Parcours manager : gérer les employés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_Toc231178527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E64CC58" w14:textId="64451AEA" w:rsidR="00E63593" w:rsidRDefault="00E63593">
          <w:pPr>
            <w:pStyle w:val="TM2"/>
            <w:tabs>
              <w:tab w:val="right" w:leader="dot" w:pos="8630"/>
            </w:tabs>
            <w:rPr>
              <w:noProof/>
              <w:kern w:val="2"/>
              <w:sz w:val="24"/>
              <w:szCs w:val="24"/>
              <w:lang w:val="fr-FR" w:eastAsia="fr-FR"/>
              <w14:ligatures w14:val="standardContextual"/>
            </w:rPr>
          </w:pPr>
          <w:hyperlink w:anchor="_Toc231178528" w:history="1">
            <w:r w:rsidRPr="00D94A5C">
              <w:rPr>
                <w:rStyle w:val="Lienhypertexte"/>
                <w:noProof/>
                <w:lang w:val="fr-FR"/>
              </w:rPr>
              <w:t>Objectif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_Toc231178528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C0009C9" w14:textId="3DCD369B" w:rsidR="00E63593" w:rsidRDefault="00E63593">
          <w:pPr>
            <w:pStyle w:val="TM2"/>
            <w:tabs>
              <w:tab w:val="right" w:leader="dot" w:pos="8630"/>
            </w:tabs>
            <w:rPr>
              <w:noProof/>
              <w:kern w:val="2"/>
              <w:sz w:val="24"/>
              <w:szCs w:val="24"/>
              <w:lang w:val="fr-FR" w:eastAsia="fr-FR"/>
              <w14:ligatures w14:val="standardContextual"/>
            </w:rPr>
          </w:pPr>
          <w:hyperlink w:anchor="_Toc231178529" w:history="1">
            <w:r w:rsidRPr="00D94A5C">
              <w:rPr>
                <w:rStyle w:val="Lienhypertexte"/>
                <w:noProof/>
                <w:lang w:val="fr-FR"/>
              </w:rPr>
              <w:t>Qui peut le faire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_Toc231178529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884383D" w14:textId="23BE667F" w:rsidR="00E63593" w:rsidRDefault="00E63593">
          <w:pPr>
            <w:pStyle w:val="TM2"/>
            <w:tabs>
              <w:tab w:val="right" w:leader="dot" w:pos="8630"/>
            </w:tabs>
            <w:rPr>
              <w:noProof/>
              <w:kern w:val="2"/>
              <w:sz w:val="24"/>
              <w:szCs w:val="24"/>
              <w:lang w:val="fr-FR" w:eastAsia="fr-FR"/>
              <w14:ligatures w14:val="standardContextual"/>
            </w:rPr>
          </w:pPr>
          <w:hyperlink w:anchor="_Toc231178530" w:history="1">
            <w:r w:rsidRPr="00D94A5C">
              <w:rPr>
                <w:rStyle w:val="Lienhypertexte"/>
                <w:noProof/>
                <w:lang w:val="fr-FR"/>
              </w:rPr>
              <w:t>Etapes pour créer un employe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_Toc231178530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36E5C4B" w14:textId="684D514A" w:rsidR="00E63593" w:rsidRDefault="00E63593">
          <w:pPr>
            <w:pStyle w:val="TM2"/>
            <w:tabs>
              <w:tab w:val="right" w:leader="dot" w:pos="8630"/>
            </w:tabs>
            <w:rPr>
              <w:noProof/>
              <w:kern w:val="2"/>
              <w:sz w:val="24"/>
              <w:szCs w:val="24"/>
              <w:lang w:val="fr-FR" w:eastAsia="fr-FR"/>
              <w14:ligatures w14:val="standardContextual"/>
            </w:rPr>
          </w:pPr>
          <w:hyperlink w:anchor="_Toc231178531" w:history="1">
            <w:r w:rsidRPr="00D94A5C">
              <w:rPr>
                <w:rStyle w:val="Lienhypertexte"/>
                <w:noProof/>
                <w:lang w:val="fr-FR"/>
              </w:rPr>
              <w:t>Etapes pour modifier un employe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_Toc231178531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BD784CE" w14:textId="6CDEE721" w:rsidR="00E63593" w:rsidRDefault="00E63593">
          <w:pPr>
            <w:pStyle w:val="TM2"/>
            <w:tabs>
              <w:tab w:val="right" w:leader="dot" w:pos="8630"/>
            </w:tabs>
            <w:rPr>
              <w:noProof/>
              <w:kern w:val="2"/>
              <w:sz w:val="24"/>
              <w:szCs w:val="24"/>
              <w:lang w:val="fr-FR" w:eastAsia="fr-FR"/>
              <w14:ligatures w14:val="standardContextual"/>
            </w:rPr>
          </w:pPr>
          <w:hyperlink w:anchor="_Toc231178532" w:history="1">
            <w:r w:rsidRPr="00D94A5C">
              <w:rPr>
                <w:rStyle w:val="Lienhypertexte"/>
                <w:noProof/>
                <w:lang w:val="fr-FR"/>
              </w:rPr>
              <w:t>Etapes pour régénérer un mot de passe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_Toc231178532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60ED1B1" w14:textId="7E0AFE71" w:rsidR="00E63593" w:rsidRDefault="00E63593">
          <w:pPr>
            <w:pStyle w:val="TM1"/>
            <w:tabs>
              <w:tab w:val="left" w:pos="720"/>
              <w:tab w:val="right" w:leader="dot" w:pos="8630"/>
            </w:tabs>
            <w:rPr>
              <w:noProof/>
              <w:kern w:val="2"/>
              <w:sz w:val="24"/>
              <w:szCs w:val="24"/>
              <w:lang w:val="fr-FR" w:eastAsia="fr-FR"/>
              <w14:ligatures w14:val="standardContextual"/>
            </w:rPr>
          </w:pPr>
          <w:hyperlink w:anchor="_Toc231178533" w:history="1">
            <w:r w:rsidRPr="00D94A5C">
              <w:rPr>
                <w:rStyle w:val="Lienhypertexte"/>
                <w:noProof/>
              </w:rPr>
              <w:t>23.</w:t>
            </w:r>
            <w:r>
              <w:rPr>
                <w:noProof/>
                <w:kern w:val="2"/>
                <w:sz w:val="24"/>
                <w:szCs w:val="24"/>
                <w:lang w:val="fr-FR" w:eastAsia="fr-FR"/>
                <w14:ligatures w14:val="standardContextual"/>
              </w:rPr>
              <w:tab/>
            </w:r>
            <w:r w:rsidRPr="00D94A5C">
              <w:rPr>
                <w:rStyle w:val="Lienhypertexte"/>
                <w:noProof/>
              </w:rPr>
              <w:t>Parcours manager : gérer les managers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_Toc231178533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18F3AB5" w14:textId="7CE56CF1" w:rsidR="00E63593" w:rsidRDefault="00E63593">
          <w:pPr>
            <w:pStyle w:val="TM2"/>
            <w:tabs>
              <w:tab w:val="right" w:leader="dot" w:pos="8630"/>
            </w:tabs>
            <w:rPr>
              <w:noProof/>
              <w:kern w:val="2"/>
              <w:sz w:val="24"/>
              <w:szCs w:val="24"/>
              <w:lang w:val="fr-FR" w:eastAsia="fr-FR"/>
              <w14:ligatures w14:val="standardContextual"/>
            </w:rPr>
          </w:pPr>
          <w:hyperlink w:anchor="_Toc231178534" w:history="1">
            <w:r w:rsidRPr="00D94A5C">
              <w:rPr>
                <w:rStyle w:val="Lienhypertexte"/>
                <w:noProof/>
                <w:lang w:val="fr-FR"/>
              </w:rPr>
              <w:t>Objectif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_Toc231178534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ECC0F90" w14:textId="48055746" w:rsidR="00E63593" w:rsidRDefault="00E63593">
          <w:pPr>
            <w:pStyle w:val="TM2"/>
            <w:tabs>
              <w:tab w:val="right" w:leader="dot" w:pos="8630"/>
            </w:tabs>
            <w:rPr>
              <w:noProof/>
              <w:kern w:val="2"/>
              <w:sz w:val="24"/>
              <w:szCs w:val="24"/>
              <w:lang w:val="fr-FR" w:eastAsia="fr-FR"/>
              <w14:ligatures w14:val="standardContextual"/>
            </w:rPr>
          </w:pPr>
          <w:hyperlink w:anchor="_Toc231178535" w:history="1">
            <w:r w:rsidRPr="00D94A5C">
              <w:rPr>
                <w:rStyle w:val="Lienhypertexte"/>
                <w:noProof/>
                <w:lang w:val="fr-FR"/>
              </w:rPr>
              <w:t>Qui peut le faire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_Toc231178535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57DF109" w14:textId="52FE8F2C" w:rsidR="00E63593" w:rsidRDefault="00E63593">
          <w:pPr>
            <w:pStyle w:val="TM2"/>
            <w:tabs>
              <w:tab w:val="right" w:leader="dot" w:pos="8630"/>
            </w:tabs>
            <w:rPr>
              <w:noProof/>
              <w:kern w:val="2"/>
              <w:sz w:val="24"/>
              <w:szCs w:val="24"/>
              <w:lang w:val="fr-FR" w:eastAsia="fr-FR"/>
              <w14:ligatures w14:val="standardContextual"/>
            </w:rPr>
          </w:pPr>
          <w:hyperlink w:anchor="_Toc231178536" w:history="1">
            <w:r w:rsidRPr="00D94A5C">
              <w:rPr>
                <w:rStyle w:val="Lienhypertexte"/>
                <w:noProof/>
                <w:lang w:val="fr-FR"/>
              </w:rPr>
              <w:t>Etapes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_Toc231178536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B94CB7F" w14:textId="210606B6" w:rsidR="00E63593" w:rsidRDefault="00E63593">
          <w:pPr>
            <w:pStyle w:val="TM2"/>
            <w:tabs>
              <w:tab w:val="right" w:leader="dot" w:pos="8630"/>
            </w:tabs>
            <w:rPr>
              <w:noProof/>
              <w:kern w:val="2"/>
              <w:sz w:val="24"/>
              <w:szCs w:val="24"/>
              <w:lang w:val="fr-FR" w:eastAsia="fr-FR"/>
              <w14:ligatures w14:val="standardContextual"/>
            </w:rPr>
          </w:pPr>
          <w:hyperlink w:anchor="_Toc231178537" w:history="1">
            <w:r w:rsidRPr="00D94A5C">
              <w:rPr>
                <w:rStyle w:val="Lienhypertexte"/>
                <w:noProof/>
                <w:lang w:val="fr-FR"/>
              </w:rPr>
              <w:t>Etapes pour régénérer un mot de passe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_Toc231178537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64FB044" w14:textId="4403CA28" w:rsidR="00E63593" w:rsidRDefault="00E63593">
          <w:pPr>
            <w:pStyle w:val="TM2"/>
            <w:tabs>
              <w:tab w:val="right" w:leader="dot" w:pos="8630"/>
            </w:tabs>
            <w:rPr>
              <w:noProof/>
              <w:kern w:val="2"/>
              <w:sz w:val="24"/>
              <w:szCs w:val="24"/>
              <w:lang w:val="fr-FR" w:eastAsia="fr-FR"/>
              <w14:ligatures w14:val="standardContextual"/>
            </w:rPr>
          </w:pPr>
          <w:hyperlink w:anchor="_Toc231178538" w:history="1">
            <w:r w:rsidRPr="00D94A5C">
              <w:rPr>
                <w:rStyle w:val="Lienhypertexte"/>
                <w:noProof/>
                <w:lang w:val="fr-FR"/>
              </w:rPr>
              <w:t>A savoir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_Toc231178538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A29CE30" w14:textId="23E5F9CB" w:rsidR="00E63593" w:rsidRDefault="00E63593">
          <w:pPr>
            <w:pStyle w:val="TM1"/>
            <w:tabs>
              <w:tab w:val="left" w:pos="720"/>
              <w:tab w:val="right" w:leader="dot" w:pos="8630"/>
            </w:tabs>
            <w:rPr>
              <w:noProof/>
              <w:kern w:val="2"/>
              <w:sz w:val="24"/>
              <w:szCs w:val="24"/>
              <w:lang w:val="fr-FR" w:eastAsia="fr-FR"/>
              <w14:ligatures w14:val="standardContextual"/>
            </w:rPr>
          </w:pPr>
          <w:hyperlink w:anchor="_Toc231178539" w:history="1">
            <w:r w:rsidRPr="00D94A5C">
              <w:rPr>
                <w:rStyle w:val="Lienhypertexte"/>
                <w:noProof/>
              </w:rPr>
              <w:t>24.</w:t>
            </w:r>
            <w:r>
              <w:rPr>
                <w:noProof/>
                <w:kern w:val="2"/>
                <w:sz w:val="24"/>
                <w:szCs w:val="24"/>
                <w:lang w:val="fr-FR" w:eastAsia="fr-FR"/>
                <w14:ligatures w14:val="standardContextual"/>
              </w:rPr>
              <w:tab/>
            </w:r>
            <w:r w:rsidRPr="00D94A5C">
              <w:rPr>
                <w:rStyle w:val="Lienhypertexte"/>
                <w:noProof/>
              </w:rPr>
              <w:t>Parcours manager : gerer les boutiques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_Toc231178539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0D7C4BC" w14:textId="213A8F4F" w:rsidR="00E63593" w:rsidRDefault="00E63593">
          <w:pPr>
            <w:pStyle w:val="TM2"/>
            <w:tabs>
              <w:tab w:val="right" w:leader="dot" w:pos="8630"/>
            </w:tabs>
            <w:rPr>
              <w:noProof/>
              <w:kern w:val="2"/>
              <w:sz w:val="24"/>
              <w:szCs w:val="24"/>
              <w:lang w:val="fr-FR" w:eastAsia="fr-FR"/>
              <w14:ligatures w14:val="standardContextual"/>
            </w:rPr>
          </w:pPr>
          <w:hyperlink w:anchor="_Toc231178540" w:history="1">
            <w:r w:rsidRPr="00D94A5C">
              <w:rPr>
                <w:rStyle w:val="Lienhypertexte"/>
                <w:noProof/>
                <w:lang w:val="fr-FR"/>
              </w:rPr>
              <w:t>Objectif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_Toc231178540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0A303BC" w14:textId="1FAD037B" w:rsidR="00E63593" w:rsidRDefault="00E63593">
          <w:pPr>
            <w:pStyle w:val="TM2"/>
            <w:tabs>
              <w:tab w:val="right" w:leader="dot" w:pos="8630"/>
            </w:tabs>
            <w:rPr>
              <w:noProof/>
              <w:kern w:val="2"/>
              <w:sz w:val="24"/>
              <w:szCs w:val="24"/>
              <w:lang w:val="fr-FR" w:eastAsia="fr-FR"/>
              <w14:ligatures w14:val="standardContextual"/>
            </w:rPr>
          </w:pPr>
          <w:hyperlink w:anchor="_Toc231178541" w:history="1">
            <w:r w:rsidRPr="00D94A5C">
              <w:rPr>
                <w:rStyle w:val="Lienhypertexte"/>
                <w:noProof/>
                <w:lang w:val="fr-FR"/>
              </w:rPr>
              <w:t>Qui peut le faire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_Toc231178541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8D34047" w14:textId="6E73896C" w:rsidR="00E63593" w:rsidRDefault="00E63593">
          <w:pPr>
            <w:pStyle w:val="TM2"/>
            <w:tabs>
              <w:tab w:val="right" w:leader="dot" w:pos="8630"/>
            </w:tabs>
            <w:rPr>
              <w:noProof/>
              <w:kern w:val="2"/>
              <w:sz w:val="24"/>
              <w:szCs w:val="24"/>
              <w:lang w:val="fr-FR" w:eastAsia="fr-FR"/>
              <w14:ligatures w14:val="standardContextual"/>
            </w:rPr>
          </w:pPr>
          <w:hyperlink w:anchor="_Toc231178542" w:history="1">
            <w:r w:rsidRPr="00D94A5C">
              <w:rPr>
                <w:rStyle w:val="Lienhypertexte"/>
                <w:noProof/>
                <w:lang w:val="fr-FR"/>
              </w:rPr>
              <w:t>Etapes pour créer une boutique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_Toc231178542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B55C846" w14:textId="036B1703" w:rsidR="00E63593" w:rsidRDefault="00E63593">
          <w:pPr>
            <w:pStyle w:val="TM2"/>
            <w:tabs>
              <w:tab w:val="right" w:leader="dot" w:pos="8630"/>
            </w:tabs>
            <w:rPr>
              <w:noProof/>
              <w:kern w:val="2"/>
              <w:sz w:val="24"/>
              <w:szCs w:val="24"/>
              <w:lang w:val="fr-FR" w:eastAsia="fr-FR"/>
              <w14:ligatures w14:val="standardContextual"/>
            </w:rPr>
          </w:pPr>
          <w:hyperlink w:anchor="_Toc231178543" w:history="1">
            <w:r w:rsidRPr="00D94A5C">
              <w:rPr>
                <w:rStyle w:val="Lienhypertexte"/>
                <w:noProof/>
                <w:lang w:val="fr-FR"/>
              </w:rPr>
              <w:t>Etapes pour modifier une boutique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_Toc231178543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4F0EF29" w14:textId="48336527" w:rsidR="00E63593" w:rsidRDefault="00E63593">
          <w:pPr>
            <w:pStyle w:val="TM2"/>
            <w:tabs>
              <w:tab w:val="right" w:leader="dot" w:pos="8630"/>
            </w:tabs>
            <w:rPr>
              <w:noProof/>
              <w:kern w:val="2"/>
              <w:sz w:val="24"/>
              <w:szCs w:val="24"/>
              <w:lang w:val="fr-FR" w:eastAsia="fr-FR"/>
              <w14:ligatures w14:val="standardContextual"/>
            </w:rPr>
          </w:pPr>
          <w:hyperlink w:anchor="_Toc231178544" w:history="1">
            <w:r w:rsidRPr="00D94A5C">
              <w:rPr>
                <w:rStyle w:val="Lienhypertexte"/>
                <w:noProof/>
                <w:lang w:val="fr-FR"/>
              </w:rPr>
              <w:t>Résultat attendu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_Toc231178544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A13C78B" w14:textId="34AAAFD7" w:rsidR="00E63593" w:rsidRDefault="00E63593">
          <w:pPr>
            <w:pStyle w:val="TM2"/>
            <w:tabs>
              <w:tab w:val="right" w:leader="dot" w:pos="8630"/>
            </w:tabs>
            <w:rPr>
              <w:noProof/>
              <w:kern w:val="2"/>
              <w:sz w:val="24"/>
              <w:szCs w:val="24"/>
              <w:lang w:val="fr-FR" w:eastAsia="fr-FR"/>
              <w14:ligatures w14:val="standardContextual"/>
            </w:rPr>
          </w:pPr>
          <w:hyperlink w:anchor="_Toc231178545" w:history="1">
            <w:r w:rsidRPr="00D94A5C">
              <w:rPr>
                <w:rStyle w:val="Lienhypertexte"/>
                <w:noProof/>
                <w:lang w:val="fr-FR"/>
              </w:rPr>
              <w:t>A savoir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_Toc231178545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3DAFC8F" w14:textId="15AF133B" w:rsidR="00E63593" w:rsidRDefault="00E63593">
          <w:pPr>
            <w:pStyle w:val="TM1"/>
            <w:tabs>
              <w:tab w:val="left" w:pos="720"/>
              <w:tab w:val="right" w:leader="dot" w:pos="8630"/>
            </w:tabs>
            <w:rPr>
              <w:noProof/>
              <w:kern w:val="2"/>
              <w:sz w:val="24"/>
              <w:szCs w:val="24"/>
              <w:lang w:val="fr-FR" w:eastAsia="fr-FR"/>
              <w14:ligatures w14:val="standardContextual"/>
            </w:rPr>
          </w:pPr>
          <w:hyperlink w:anchor="_Toc231178546" w:history="1">
            <w:r w:rsidRPr="00D94A5C">
              <w:rPr>
                <w:rStyle w:val="Lienhypertexte"/>
                <w:noProof/>
              </w:rPr>
              <w:t>25.</w:t>
            </w:r>
            <w:r>
              <w:rPr>
                <w:noProof/>
                <w:kern w:val="2"/>
                <w:sz w:val="24"/>
                <w:szCs w:val="24"/>
                <w:lang w:val="fr-FR" w:eastAsia="fr-FR"/>
                <w14:ligatures w14:val="standardContextual"/>
              </w:rPr>
              <w:tab/>
            </w:r>
            <w:r w:rsidRPr="00D94A5C">
              <w:rPr>
                <w:rStyle w:val="Lienhypertexte"/>
                <w:noProof/>
              </w:rPr>
              <w:t>Parcours manager : utiliser le CRM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_Toc231178546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317C45A" w14:textId="1C4EA30A" w:rsidR="00E63593" w:rsidRDefault="00E63593">
          <w:pPr>
            <w:pStyle w:val="TM2"/>
            <w:tabs>
              <w:tab w:val="right" w:leader="dot" w:pos="8630"/>
            </w:tabs>
            <w:rPr>
              <w:noProof/>
              <w:kern w:val="2"/>
              <w:sz w:val="24"/>
              <w:szCs w:val="24"/>
              <w:lang w:val="fr-FR" w:eastAsia="fr-FR"/>
              <w14:ligatures w14:val="standardContextual"/>
            </w:rPr>
          </w:pPr>
          <w:hyperlink w:anchor="_Toc231178547" w:history="1">
            <w:r w:rsidRPr="00D94A5C">
              <w:rPr>
                <w:rStyle w:val="Lienhypertexte"/>
                <w:noProof/>
                <w:lang w:val="fr-FR"/>
              </w:rPr>
              <w:t>Objectif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_Toc231178547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1D498B2" w14:textId="70FFF8E9" w:rsidR="00E63593" w:rsidRDefault="00E63593">
          <w:pPr>
            <w:pStyle w:val="TM2"/>
            <w:tabs>
              <w:tab w:val="right" w:leader="dot" w:pos="8630"/>
            </w:tabs>
            <w:rPr>
              <w:noProof/>
              <w:kern w:val="2"/>
              <w:sz w:val="24"/>
              <w:szCs w:val="24"/>
              <w:lang w:val="fr-FR" w:eastAsia="fr-FR"/>
              <w14:ligatures w14:val="standardContextual"/>
            </w:rPr>
          </w:pPr>
          <w:hyperlink w:anchor="_Toc231178548" w:history="1">
            <w:r w:rsidRPr="00D94A5C">
              <w:rPr>
                <w:rStyle w:val="Lienhypertexte"/>
                <w:noProof/>
                <w:lang w:val="fr-FR"/>
              </w:rPr>
              <w:t>Qui peut le faire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_Toc231178548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3F2C2FF" w14:textId="4F0D827F" w:rsidR="00E63593" w:rsidRDefault="00E63593">
          <w:pPr>
            <w:pStyle w:val="TM2"/>
            <w:tabs>
              <w:tab w:val="right" w:leader="dot" w:pos="8630"/>
            </w:tabs>
            <w:rPr>
              <w:noProof/>
              <w:kern w:val="2"/>
              <w:sz w:val="24"/>
              <w:szCs w:val="24"/>
              <w:lang w:val="fr-FR" w:eastAsia="fr-FR"/>
              <w14:ligatures w14:val="standardContextual"/>
            </w:rPr>
          </w:pPr>
          <w:hyperlink w:anchor="_Toc231178549" w:history="1">
            <w:r w:rsidRPr="00D94A5C">
              <w:rPr>
                <w:rStyle w:val="Lienhypertexte"/>
                <w:noProof/>
                <w:lang w:val="fr-FR"/>
              </w:rPr>
              <w:t>Etapes pour ajouter ou consommer des points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_Toc231178549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32FA4C6" w14:textId="3D684D76" w:rsidR="00E63593" w:rsidRDefault="00E63593">
          <w:pPr>
            <w:pStyle w:val="TM2"/>
            <w:tabs>
              <w:tab w:val="right" w:leader="dot" w:pos="8630"/>
            </w:tabs>
            <w:rPr>
              <w:noProof/>
              <w:kern w:val="2"/>
              <w:sz w:val="24"/>
              <w:szCs w:val="24"/>
              <w:lang w:val="fr-FR" w:eastAsia="fr-FR"/>
              <w14:ligatures w14:val="standardContextual"/>
            </w:rPr>
          </w:pPr>
          <w:hyperlink w:anchor="_Toc231178550" w:history="1">
            <w:r w:rsidRPr="00D94A5C">
              <w:rPr>
                <w:rStyle w:val="Lienhypertexte"/>
                <w:noProof/>
                <w:lang w:val="fr-FR"/>
              </w:rPr>
              <w:t>Etapes pour appliquer une action de masse sur la fidelite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_Toc231178550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5D12E9A" w14:textId="289CE962" w:rsidR="00E63593" w:rsidRDefault="00E63593">
          <w:pPr>
            <w:pStyle w:val="TM2"/>
            <w:tabs>
              <w:tab w:val="right" w:leader="dot" w:pos="8630"/>
            </w:tabs>
            <w:rPr>
              <w:noProof/>
              <w:kern w:val="2"/>
              <w:sz w:val="24"/>
              <w:szCs w:val="24"/>
              <w:lang w:val="fr-FR" w:eastAsia="fr-FR"/>
              <w14:ligatures w14:val="standardContextual"/>
            </w:rPr>
          </w:pPr>
          <w:hyperlink w:anchor="_Toc231178551" w:history="1">
            <w:r w:rsidRPr="00D94A5C">
              <w:rPr>
                <w:rStyle w:val="Lienhypertexte"/>
                <w:noProof/>
                <w:lang w:val="fr-FR"/>
              </w:rPr>
              <w:t>Etapes pour créer un membership ou une carte de visites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_Toc231178551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4F5885C" w14:textId="1B84640C" w:rsidR="00E63593" w:rsidRDefault="00E63593">
          <w:pPr>
            <w:pStyle w:val="TM2"/>
            <w:tabs>
              <w:tab w:val="right" w:leader="dot" w:pos="8630"/>
            </w:tabs>
            <w:rPr>
              <w:noProof/>
              <w:kern w:val="2"/>
              <w:sz w:val="24"/>
              <w:szCs w:val="24"/>
              <w:lang w:val="fr-FR" w:eastAsia="fr-FR"/>
              <w14:ligatures w14:val="standardContextual"/>
            </w:rPr>
          </w:pPr>
          <w:hyperlink w:anchor="_Toc231178552" w:history="1">
            <w:r w:rsidRPr="00D94A5C">
              <w:rPr>
                <w:rStyle w:val="Lienhypertexte"/>
                <w:noProof/>
                <w:lang w:val="fr-FR"/>
              </w:rPr>
              <w:t>Etapes pour créer une campagne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_Toc231178552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A7D1707" w14:textId="0B5F26ED" w:rsidR="00E63593" w:rsidRDefault="00E63593">
          <w:pPr>
            <w:pStyle w:val="TM2"/>
            <w:tabs>
              <w:tab w:val="right" w:leader="dot" w:pos="8630"/>
            </w:tabs>
            <w:rPr>
              <w:noProof/>
              <w:kern w:val="2"/>
              <w:sz w:val="24"/>
              <w:szCs w:val="24"/>
              <w:lang w:val="fr-FR" w:eastAsia="fr-FR"/>
              <w14:ligatures w14:val="standardContextual"/>
            </w:rPr>
          </w:pPr>
          <w:hyperlink w:anchor="_Toc231178553" w:history="1">
            <w:r w:rsidRPr="00D94A5C">
              <w:rPr>
                <w:rStyle w:val="Lienhypertexte"/>
                <w:noProof/>
                <w:lang w:val="fr-FR"/>
              </w:rPr>
              <w:t>Etapes pour créer un bon cadeau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_Toc231178553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BE926B5" w14:textId="2B150442" w:rsidR="00E63593" w:rsidRDefault="00E63593">
          <w:pPr>
            <w:pStyle w:val="TM2"/>
            <w:tabs>
              <w:tab w:val="right" w:leader="dot" w:pos="8630"/>
            </w:tabs>
            <w:rPr>
              <w:noProof/>
              <w:kern w:val="2"/>
              <w:sz w:val="24"/>
              <w:szCs w:val="24"/>
              <w:lang w:val="fr-FR" w:eastAsia="fr-FR"/>
              <w14:ligatures w14:val="standardContextual"/>
            </w:rPr>
          </w:pPr>
          <w:hyperlink w:anchor="_Toc231178554" w:history="1">
            <w:r w:rsidRPr="00D94A5C">
              <w:rPr>
                <w:rStyle w:val="Lienhypertexte"/>
                <w:noProof/>
                <w:lang w:val="fr-FR"/>
              </w:rPr>
              <w:t>Etapes pour gérer les rappels automatiques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_Toc231178554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A7ECC50" w14:textId="21144899" w:rsidR="00E63593" w:rsidRDefault="00E63593">
          <w:pPr>
            <w:pStyle w:val="TM2"/>
            <w:tabs>
              <w:tab w:val="right" w:leader="dot" w:pos="8630"/>
            </w:tabs>
            <w:rPr>
              <w:noProof/>
              <w:kern w:val="2"/>
              <w:sz w:val="24"/>
              <w:szCs w:val="24"/>
              <w:lang w:val="fr-FR" w:eastAsia="fr-FR"/>
              <w14:ligatures w14:val="standardContextual"/>
            </w:rPr>
          </w:pPr>
          <w:hyperlink w:anchor="_Toc231178555" w:history="1">
            <w:r w:rsidRPr="00D94A5C">
              <w:rPr>
                <w:rStyle w:val="Lienhypertexte"/>
                <w:noProof/>
                <w:lang w:val="fr-FR"/>
              </w:rPr>
              <w:t>A savoir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_Toc231178555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D70FBBD" w14:textId="6DDDD4E2" w:rsidR="00E63593" w:rsidRDefault="00E63593">
          <w:pPr>
            <w:pStyle w:val="TM1"/>
            <w:tabs>
              <w:tab w:val="left" w:pos="720"/>
              <w:tab w:val="right" w:leader="dot" w:pos="8630"/>
            </w:tabs>
            <w:rPr>
              <w:noProof/>
              <w:kern w:val="2"/>
              <w:sz w:val="24"/>
              <w:szCs w:val="24"/>
              <w:lang w:val="fr-FR" w:eastAsia="fr-FR"/>
              <w14:ligatures w14:val="standardContextual"/>
            </w:rPr>
          </w:pPr>
          <w:hyperlink w:anchor="_Toc231178556" w:history="1">
            <w:r w:rsidRPr="00D94A5C">
              <w:rPr>
                <w:rStyle w:val="Lienhypertexte"/>
                <w:noProof/>
              </w:rPr>
              <w:t>26.</w:t>
            </w:r>
            <w:r>
              <w:rPr>
                <w:noProof/>
                <w:kern w:val="2"/>
                <w:sz w:val="24"/>
                <w:szCs w:val="24"/>
                <w:lang w:val="fr-FR" w:eastAsia="fr-FR"/>
                <w14:ligatures w14:val="standardContextual"/>
              </w:rPr>
              <w:tab/>
            </w:r>
            <w:r w:rsidRPr="00D94A5C">
              <w:rPr>
                <w:rStyle w:val="Lienhypertexte"/>
                <w:noProof/>
              </w:rPr>
              <w:t>Parcours back-office : utiliser le warehouse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_Toc231178556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2768A54" w14:textId="21336528" w:rsidR="00E63593" w:rsidRDefault="00E63593">
          <w:pPr>
            <w:pStyle w:val="TM2"/>
            <w:tabs>
              <w:tab w:val="right" w:leader="dot" w:pos="8630"/>
            </w:tabs>
            <w:rPr>
              <w:noProof/>
              <w:kern w:val="2"/>
              <w:sz w:val="24"/>
              <w:szCs w:val="24"/>
              <w:lang w:val="fr-FR" w:eastAsia="fr-FR"/>
              <w14:ligatures w14:val="standardContextual"/>
            </w:rPr>
          </w:pPr>
          <w:hyperlink w:anchor="_Toc231178557" w:history="1">
            <w:r w:rsidRPr="00D94A5C">
              <w:rPr>
                <w:rStyle w:val="Lienhypertexte"/>
                <w:noProof/>
                <w:lang w:val="fr-FR"/>
              </w:rPr>
              <w:t>Objectif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_Toc231178557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8A59E58" w14:textId="1784FA80" w:rsidR="00E63593" w:rsidRDefault="00E63593">
          <w:pPr>
            <w:pStyle w:val="TM2"/>
            <w:tabs>
              <w:tab w:val="right" w:leader="dot" w:pos="8630"/>
            </w:tabs>
            <w:rPr>
              <w:noProof/>
              <w:kern w:val="2"/>
              <w:sz w:val="24"/>
              <w:szCs w:val="24"/>
              <w:lang w:val="fr-FR" w:eastAsia="fr-FR"/>
              <w14:ligatures w14:val="standardContextual"/>
            </w:rPr>
          </w:pPr>
          <w:hyperlink w:anchor="_Toc231178558" w:history="1">
            <w:r w:rsidRPr="00D94A5C">
              <w:rPr>
                <w:rStyle w:val="Lienhypertexte"/>
                <w:noProof/>
                <w:lang w:val="fr-FR"/>
              </w:rPr>
              <w:t>Qui peut le faire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_Toc231178558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4B86A1E" w14:textId="5EDBE4D0" w:rsidR="00E63593" w:rsidRDefault="00E63593">
          <w:pPr>
            <w:pStyle w:val="TM2"/>
            <w:tabs>
              <w:tab w:val="right" w:leader="dot" w:pos="8630"/>
            </w:tabs>
            <w:rPr>
              <w:noProof/>
              <w:kern w:val="2"/>
              <w:sz w:val="24"/>
              <w:szCs w:val="24"/>
              <w:lang w:val="fr-FR" w:eastAsia="fr-FR"/>
              <w14:ligatures w14:val="standardContextual"/>
            </w:rPr>
          </w:pPr>
          <w:hyperlink w:anchor="_Toc231178559" w:history="1">
            <w:r w:rsidRPr="00D94A5C">
              <w:rPr>
                <w:rStyle w:val="Lienhypertexte"/>
                <w:noProof/>
                <w:lang w:val="fr-FR"/>
              </w:rPr>
              <w:t>Etapes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_Toc231178559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1CBB3B4" w14:textId="73EB7265" w:rsidR="00E63593" w:rsidRDefault="00E63593">
          <w:pPr>
            <w:pStyle w:val="TM2"/>
            <w:tabs>
              <w:tab w:val="right" w:leader="dot" w:pos="8630"/>
            </w:tabs>
            <w:rPr>
              <w:noProof/>
              <w:kern w:val="2"/>
              <w:sz w:val="24"/>
              <w:szCs w:val="24"/>
              <w:lang w:val="fr-FR" w:eastAsia="fr-FR"/>
              <w14:ligatures w14:val="standardContextual"/>
            </w:rPr>
          </w:pPr>
          <w:hyperlink w:anchor="_Toc231178560" w:history="1">
            <w:r w:rsidRPr="00D94A5C">
              <w:rPr>
                <w:rStyle w:val="Lienhypertexte"/>
                <w:noProof/>
                <w:lang w:val="fr-FR"/>
              </w:rPr>
              <w:t>Résultat attendu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_Toc231178560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EB9B9B5" w14:textId="02AE6AA8" w:rsidR="00E63593" w:rsidRDefault="00E63593">
          <w:pPr>
            <w:pStyle w:val="TM1"/>
            <w:tabs>
              <w:tab w:val="left" w:pos="720"/>
              <w:tab w:val="right" w:leader="dot" w:pos="8630"/>
            </w:tabs>
            <w:rPr>
              <w:noProof/>
              <w:kern w:val="2"/>
              <w:sz w:val="24"/>
              <w:szCs w:val="24"/>
              <w:lang w:val="fr-FR" w:eastAsia="fr-FR"/>
              <w14:ligatures w14:val="standardContextual"/>
            </w:rPr>
          </w:pPr>
          <w:hyperlink w:anchor="_Toc231178561" w:history="1">
            <w:r w:rsidRPr="00D94A5C">
              <w:rPr>
                <w:rStyle w:val="Lienhypertexte"/>
                <w:noProof/>
              </w:rPr>
              <w:t>27.</w:t>
            </w:r>
            <w:r>
              <w:rPr>
                <w:noProof/>
                <w:kern w:val="2"/>
                <w:sz w:val="24"/>
                <w:szCs w:val="24"/>
                <w:lang w:val="fr-FR" w:eastAsia="fr-FR"/>
                <w14:ligatures w14:val="standardContextual"/>
              </w:rPr>
              <w:tab/>
            </w:r>
            <w:r w:rsidRPr="00D94A5C">
              <w:rPr>
                <w:rStyle w:val="Lienhypertexte"/>
                <w:noProof/>
              </w:rPr>
              <w:t>Parcours utilisateur : modifier son profil back-office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_Toc231178561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616533C" w14:textId="0956696F" w:rsidR="00E63593" w:rsidRDefault="00E63593">
          <w:pPr>
            <w:pStyle w:val="TM2"/>
            <w:tabs>
              <w:tab w:val="right" w:leader="dot" w:pos="8630"/>
            </w:tabs>
            <w:rPr>
              <w:noProof/>
              <w:kern w:val="2"/>
              <w:sz w:val="24"/>
              <w:szCs w:val="24"/>
              <w:lang w:val="fr-FR" w:eastAsia="fr-FR"/>
              <w14:ligatures w14:val="standardContextual"/>
            </w:rPr>
          </w:pPr>
          <w:hyperlink w:anchor="_Toc231178562" w:history="1">
            <w:r w:rsidRPr="00D94A5C">
              <w:rPr>
                <w:rStyle w:val="Lienhypertexte"/>
                <w:noProof/>
                <w:lang w:val="fr-FR"/>
              </w:rPr>
              <w:t>Objectif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_Toc231178562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18406BB" w14:textId="485B8A4C" w:rsidR="00E63593" w:rsidRDefault="00E63593">
          <w:pPr>
            <w:pStyle w:val="TM2"/>
            <w:tabs>
              <w:tab w:val="right" w:leader="dot" w:pos="8630"/>
            </w:tabs>
            <w:rPr>
              <w:noProof/>
              <w:kern w:val="2"/>
              <w:sz w:val="24"/>
              <w:szCs w:val="24"/>
              <w:lang w:val="fr-FR" w:eastAsia="fr-FR"/>
              <w14:ligatures w14:val="standardContextual"/>
            </w:rPr>
          </w:pPr>
          <w:hyperlink w:anchor="_Toc231178563" w:history="1">
            <w:r w:rsidRPr="00D94A5C">
              <w:rPr>
                <w:rStyle w:val="Lienhypertexte"/>
                <w:noProof/>
                <w:lang w:val="fr-FR"/>
              </w:rPr>
              <w:t>Qui peut le faire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_Toc231178563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102F6EC" w14:textId="67AD0595" w:rsidR="00E63593" w:rsidRDefault="00E63593">
          <w:pPr>
            <w:pStyle w:val="TM2"/>
            <w:tabs>
              <w:tab w:val="right" w:leader="dot" w:pos="8630"/>
            </w:tabs>
            <w:rPr>
              <w:noProof/>
              <w:kern w:val="2"/>
              <w:sz w:val="24"/>
              <w:szCs w:val="24"/>
              <w:lang w:val="fr-FR" w:eastAsia="fr-FR"/>
              <w14:ligatures w14:val="standardContextual"/>
            </w:rPr>
          </w:pPr>
          <w:hyperlink w:anchor="_Toc231178564" w:history="1">
            <w:r w:rsidRPr="00D94A5C">
              <w:rPr>
                <w:rStyle w:val="Lienhypertexte"/>
                <w:noProof/>
                <w:lang w:val="fr-FR"/>
              </w:rPr>
              <w:t>Etapes pour changer les préférences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_Toc231178564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9C77E0C" w14:textId="13C3019F" w:rsidR="00E63593" w:rsidRDefault="00E63593">
          <w:pPr>
            <w:pStyle w:val="TM2"/>
            <w:tabs>
              <w:tab w:val="right" w:leader="dot" w:pos="8630"/>
            </w:tabs>
            <w:rPr>
              <w:noProof/>
              <w:kern w:val="2"/>
              <w:sz w:val="24"/>
              <w:szCs w:val="24"/>
              <w:lang w:val="fr-FR" w:eastAsia="fr-FR"/>
              <w14:ligatures w14:val="standardContextual"/>
            </w:rPr>
          </w:pPr>
          <w:hyperlink w:anchor="_Toc231178565" w:history="1">
            <w:r w:rsidRPr="00D94A5C">
              <w:rPr>
                <w:rStyle w:val="Lienhypertexte"/>
                <w:noProof/>
                <w:lang w:val="fr-FR"/>
              </w:rPr>
              <w:t>Etapes pour changer le mot de passe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_Toc231178565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53B62AF" w14:textId="22541AC2" w:rsidR="00E63593" w:rsidRDefault="00E63593">
          <w:pPr>
            <w:pStyle w:val="TM2"/>
            <w:tabs>
              <w:tab w:val="right" w:leader="dot" w:pos="8630"/>
            </w:tabs>
            <w:rPr>
              <w:noProof/>
              <w:kern w:val="2"/>
              <w:sz w:val="24"/>
              <w:szCs w:val="24"/>
              <w:lang w:val="fr-FR" w:eastAsia="fr-FR"/>
              <w14:ligatures w14:val="standardContextual"/>
            </w:rPr>
          </w:pPr>
          <w:hyperlink w:anchor="_Toc231178566" w:history="1">
            <w:r w:rsidRPr="00D94A5C">
              <w:rPr>
                <w:rStyle w:val="Lienhypertexte"/>
                <w:noProof/>
                <w:lang w:val="fr-FR"/>
              </w:rPr>
              <w:t>A savoir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_Toc231178566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245A2A0" w14:textId="22EF629A" w:rsidR="00E63593" w:rsidRDefault="00E63593">
          <w:pPr>
            <w:pStyle w:val="TM1"/>
            <w:tabs>
              <w:tab w:val="left" w:pos="720"/>
              <w:tab w:val="right" w:leader="dot" w:pos="8630"/>
            </w:tabs>
            <w:rPr>
              <w:noProof/>
              <w:kern w:val="2"/>
              <w:sz w:val="24"/>
              <w:szCs w:val="24"/>
              <w:lang w:val="fr-FR" w:eastAsia="fr-FR"/>
              <w14:ligatures w14:val="standardContextual"/>
            </w:rPr>
          </w:pPr>
          <w:hyperlink w:anchor="_Toc231178567" w:history="1">
            <w:r w:rsidRPr="00D94A5C">
              <w:rPr>
                <w:rStyle w:val="Lienhypertexte"/>
                <w:noProof/>
              </w:rPr>
              <w:t>28.</w:t>
            </w:r>
            <w:r>
              <w:rPr>
                <w:noProof/>
                <w:kern w:val="2"/>
                <w:sz w:val="24"/>
                <w:szCs w:val="24"/>
                <w:lang w:val="fr-FR" w:eastAsia="fr-FR"/>
                <w14:ligatures w14:val="standardContextual"/>
              </w:rPr>
              <w:tab/>
            </w:r>
            <w:r w:rsidRPr="00D94A5C">
              <w:rPr>
                <w:rStyle w:val="Lienhypertexte"/>
                <w:noProof/>
              </w:rPr>
              <w:t>Règles importantes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_Toc231178567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47C9FCE" w14:textId="0F362F6D" w:rsidR="00E63593" w:rsidRDefault="00E63593">
          <w:pPr>
            <w:pStyle w:val="TM2"/>
            <w:tabs>
              <w:tab w:val="right" w:leader="dot" w:pos="8630"/>
            </w:tabs>
            <w:rPr>
              <w:noProof/>
              <w:kern w:val="2"/>
              <w:sz w:val="24"/>
              <w:szCs w:val="24"/>
              <w:lang w:val="fr-FR" w:eastAsia="fr-FR"/>
              <w14:ligatures w14:val="standardContextual"/>
            </w:rPr>
          </w:pPr>
          <w:hyperlink w:anchor="_Toc231178568" w:history="1">
            <w:r w:rsidRPr="00D94A5C">
              <w:rPr>
                <w:rStyle w:val="Lienhypertexte"/>
                <w:noProof/>
              </w:rPr>
              <w:t>Stock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_Toc231178568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C0B66D8" w14:textId="46F0996B" w:rsidR="00E63593" w:rsidRDefault="00E63593">
          <w:pPr>
            <w:pStyle w:val="TM2"/>
            <w:tabs>
              <w:tab w:val="right" w:leader="dot" w:pos="8630"/>
            </w:tabs>
            <w:rPr>
              <w:noProof/>
              <w:kern w:val="2"/>
              <w:sz w:val="24"/>
              <w:szCs w:val="24"/>
              <w:lang w:val="fr-FR" w:eastAsia="fr-FR"/>
              <w14:ligatures w14:val="standardContextual"/>
            </w:rPr>
          </w:pPr>
          <w:hyperlink w:anchor="_Toc231178569" w:history="1">
            <w:r w:rsidRPr="00D94A5C">
              <w:rPr>
                <w:rStyle w:val="Lienhypertexte"/>
                <w:noProof/>
              </w:rPr>
              <w:t>Rendez-vous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_Toc231178569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C755179" w14:textId="3B14BB83" w:rsidR="00E63593" w:rsidRDefault="00E63593">
          <w:pPr>
            <w:pStyle w:val="TM2"/>
            <w:tabs>
              <w:tab w:val="right" w:leader="dot" w:pos="8630"/>
            </w:tabs>
            <w:rPr>
              <w:noProof/>
              <w:kern w:val="2"/>
              <w:sz w:val="24"/>
              <w:szCs w:val="24"/>
              <w:lang w:val="fr-FR" w:eastAsia="fr-FR"/>
              <w14:ligatures w14:val="standardContextual"/>
            </w:rPr>
          </w:pPr>
          <w:hyperlink w:anchor="_Toc231178570" w:history="1">
            <w:r w:rsidRPr="00D94A5C">
              <w:rPr>
                <w:rStyle w:val="Lienhypertexte"/>
                <w:noProof/>
              </w:rPr>
              <w:t>Horaires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_Toc231178570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BC3631A" w14:textId="7C8226A6" w:rsidR="00E63593" w:rsidRDefault="00E63593">
          <w:pPr>
            <w:pStyle w:val="TM2"/>
            <w:tabs>
              <w:tab w:val="right" w:leader="dot" w:pos="8630"/>
            </w:tabs>
            <w:rPr>
              <w:noProof/>
              <w:kern w:val="2"/>
              <w:sz w:val="24"/>
              <w:szCs w:val="24"/>
              <w:lang w:val="fr-FR" w:eastAsia="fr-FR"/>
              <w14:ligatures w14:val="standardContextual"/>
            </w:rPr>
          </w:pPr>
          <w:hyperlink w:anchor="_Toc231178571" w:history="1">
            <w:r w:rsidRPr="00D94A5C">
              <w:rPr>
                <w:rStyle w:val="Lienhypertexte"/>
                <w:noProof/>
              </w:rPr>
              <w:t>Commandes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_Toc231178571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1BDB59B" w14:textId="4A017BBB" w:rsidR="00E63593" w:rsidRDefault="00E63593">
          <w:pPr>
            <w:pStyle w:val="TM2"/>
            <w:tabs>
              <w:tab w:val="right" w:leader="dot" w:pos="8630"/>
            </w:tabs>
            <w:rPr>
              <w:noProof/>
              <w:kern w:val="2"/>
              <w:sz w:val="24"/>
              <w:szCs w:val="24"/>
              <w:lang w:val="fr-FR" w:eastAsia="fr-FR"/>
              <w14:ligatures w14:val="standardContextual"/>
            </w:rPr>
          </w:pPr>
          <w:hyperlink w:anchor="_Toc231178572" w:history="1">
            <w:r w:rsidRPr="00D94A5C">
              <w:rPr>
                <w:rStyle w:val="Lienhypertexte"/>
                <w:noProof/>
              </w:rPr>
              <w:t>Caisse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_Toc231178572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5ED015C" w14:textId="02F92964" w:rsidR="00E63593" w:rsidRDefault="00E63593">
          <w:pPr>
            <w:pStyle w:val="TM2"/>
            <w:tabs>
              <w:tab w:val="right" w:leader="dot" w:pos="8630"/>
            </w:tabs>
            <w:rPr>
              <w:noProof/>
              <w:kern w:val="2"/>
              <w:sz w:val="24"/>
              <w:szCs w:val="24"/>
              <w:lang w:val="fr-FR" w:eastAsia="fr-FR"/>
              <w14:ligatures w14:val="standardContextual"/>
            </w:rPr>
          </w:pPr>
          <w:hyperlink w:anchor="_Toc231178573" w:history="1">
            <w:r w:rsidRPr="00D94A5C">
              <w:rPr>
                <w:rStyle w:val="Lienhypertexte"/>
                <w:noProof/>
              </w:rPr>
              <w:t>Fidelité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_Toc231178573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059D840" w14:textId="6D3D757C" w:rsidR="00E63593" w:rsidRDefault="00E63593">
          <w:pPr>
            <w:pStyle w:val="TM2"/>
            <w:tabs>
              <w:tab w:val="right" w:leader="dot" w:pos="8630"/>
            </w:tabs>
            <w:rPr>
              <w:noProof/>
              <w:kern w:val="2"/>
              <w:sz w:val="24"/>
              <w:szCs w:val="24"/>
              <w:lang w:val="fr-FR" w:eastAsia="fr-FR"/>
              <w14:ligatures w14:val="standardContextual"/>
            </w:rPr>
          </w:pPr>
          <w:hyperlink w:anchor="_Toc231178574" w:history="1">
            <w:r w:rsidRPr="00D94A5C">
              <w:rPr>
                <w:rStyle w:val="Lienhypertexte"/>
                <w:noProof/>
              </w:rPr>
              <w:t>Bons cadeaux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_Toc231178574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1C9E112" w14:textId="1532A84B" w:rsidR="00E63593" w:rsidRDefault="00E63593">
          <w:pPr>
            <w:pStyle w:val="TM1"/>
            <w:tabs>
              <w:tab w:val="left" w:pos="720"/>
              <w:tab w:val="right" w:leader="dot" w:pos="8630"/>
            </w:tabs>
            <w:rPr>
              <w:noProof/>
              <w:kern w:val="2"/>
              <w:sz w:val="24"/>
              <w:szCs w:val="24"/>
              <w:lang w:val="fr-FR" w:eastAsia="fr-FR"/>
              <w14:ligatures w14:val="standardContextual"/>
            </w:rPr>
          </w:pPr>
          <w:hyperlink w:anchor="_Toc231178575" w:history="1">
            <w:r w:rsidRPr="00D94A5C">
              <w:rPr>
                <w:rStyle w:val="Lienhypertexte"/>
                <w:noProof/>
              </w:rPr>
              <w:t>29.</w:t>
            </w:r>
            <w:r>
              <w:rPr>
                <w:noProof/>
                <w:kern w:val="2"/>
                <w:sz w:val="24"/>
                <w:szCs w:val="24"/>
                <w:lang w:val="fr-FR" w:eastAsia="fr-FR"/>
                <w14:ligatures w14:val="standardContextual"/>
              </w:rPr>
              <w:tab/>
            </w:r>
            <w:r w:rsidRPr="00D94A5C">
              <w:rPr>
                <w:rStyle w:val="Lienhypertexte"/>
                <w:noProof/>
              </w:rPr>
              <w:t>Problèmes fréquents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_Toc231178575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8CC56DD" w14:textId="64AFF2B6" w:rsidR="00E63593" w:rsidRDefault="00E63593">
          <w:pPr>
            <w:pStyle w:val="TM2"/>
            <w:tabs>
              <w:tab w:val="right" w:leader="dot" w:pos="8630"/>
            </w:tabs>
            <w:rPr>
              <w:noProof/>
              <w:kern w:val="2"/>
              <w:sz w:val="24"/>
              <w:szCs w:val="24"/>
              <w:lang w:val="fr-FR" w:eastAsia="fr-FR"/>
              <w14:ligatures w14:val="standardContextual"/>
            </w:rPr>
          </w:pPr>
          <w:hyperlink w:anchor="_Toc231178576" w:history="1">
            <w:r w:rsidRPr="00D94A5C">
              <w:rPr>
                <w:rStyle w:val="Lienhypertexte"/>
                <w:noProof/>
                <w:lang w:val="fr-FR"/>
              </w:rPr>
              <w:t>Je n'arrive pas a me connecter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_Toc231178576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22D48A1" w14:textId="7266C88E" w:rsidR="00E63593" w:rsidRDefault="00E63593">
          <w:pPr>
            <w:pStyle w:val="TM2"/>
            <w:tabs>
              <w:tab w:val="right" w:leader="dot" w:pos="8630"/>
            </w:tabs>
            <w:rPr>
              <w:noProof/>
              <w:kern w:val="2"/>
              <w:sz w:val="24"/>
              <w:szCs w:val="24"/>
              <w:lang w:val="fr-FR" w:eastAsia="fr-FR"/>
              <w14:ligatures w14:val="standardContextual"/>
            </w:rPr>
          </w:pPr>
          <w:hyperlink w:anchor="_Toc231178577" w:history="1">
            <w:r w:rsidRPr="00D94A5C">
              <w:rPr>
                <w:rStyle w:val="Lienhypertexte"/>
                <w:noProof/>
                <w:lang w:val="fr-FR"/>
              </w:rPr>
              <w:t>Je suis envoyé vers le mauvais espace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_Toc231178577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E483B5A" w14:textId="7A6CBF93" w:rsidR="00E63593" w:rsidRDefault="00E63593">
          <w:pPr>
            <w:pStyle w:val="TM2"/>
            <w:tabs>
              <w:tab w:val="right" w:leader="dot" w:pos="8630"/>
            </w:tabs>
            <w:rPr>
              <w:noProof/>
              <w:kern w:val="2"/>
              <w:sz w:val="24"/>
              <w:szCs w:val="24"/>
              <w:lang w:val="fr-FR" w:eastAsia="fr-FR"/>
              <w14:ligatures w14:val="standardContextual"/>
            </w:rPr>
          </w:pPr>
          <w:hyperlink w:anchor="_Toc231178578" w:history="1">
            <w:r w:rsidRPr="00D94A5C">
              <w:rPr>
                <w:rStyle w:val="Lienhypertexte"/>
                <w:noProof/>
                <w:lang w:val="fr-FR"/>
              </w:rPr>
              <w:t>Je ne vois pas une page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_Toc231178578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419D6FE" w14:textId="14F5FAEB" w:rsidR="00E63593" w:rsidRDefault="00E63593">
          <w:pPr>
            <w:pStyle w:val="TM2"/>
            <w:tabs>
              <w:tab w:val="right" w:leader="dot" w:pos="8630"/>
            </w:tabs>
            <w:rPr>
              <w:noProof/>
              <w:kern w:val="2"/>
              <w:sz w:val="24"/>
              <w:szCs w:val="24"/>
              <w:lang w:val="fr-FR" w:eastAsia="fr-FR"/>
              <w14:ligatures w14:val="standardContextual"/>
            </w:rPr>
          </w:pPr>
          <w:hyperlink w:anchor="_Toc231178579" w:history="1">
            <w:r w:rsidRPr="00D94A5C">
              <w:rPr>
                <w:rStyle w:val="Lienhypertexte"/>
                <w:noProof/>
                <w:lang w:val="fr-FR"/>
              </w:rPr>
              <w:t>Une action est refusée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_Toc231178579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E59AC4F" w14:textId="2E943087" w:rsidR="00E63593" w:rsidRDefault="00E63593">
          <w:pPr>
            <w:pStyle w:val="TM2"/>
            <w:tabs>
              <w:tab w:val="right" w:leader="dot" w:pos="8630"/>
            </w:tabs>
            <w:rPr>
              <w:noProof/>
              <w:kern w:val="2"/>
              <w:sz w:val="24"/>
              <w:szCs w:val="24"/>
              <w:lang w:val="fr-FR" w:eastAsia="fr-FR"/>
              <w14:ligatures w14:val="standardContextual"/>
            </w:rPr>
          </w:pPr>
          <w:hyperlink w:anchor="_Toc231178580" w:history="1">
            <w:r w:rsidRPr="00D94A5C">
              <w:rPr>
                <w:rStyle w:val="Lienhypertexte"/>
                <w:noProof/>
                <w:lang w:val="fr-FR"/>
              </w:rPr>
              <w:t>Aucun créneau n'est trouvé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_Toc231178580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1342AF7" w14:textId="29480006" w:rsidR="00E63593" w:rsidRDefault="00E63593">
          <w:pPr>
            <w:pStyle w:val="TM2"/>
            <w:tabs>
              <w:tab w:val="right" w:leader="dot" w:pos="8630"/>
            </w:tabs>
            <w:rPr>
              <w:noProof/>
              <w:kern w:val="2"/>
              <w:sz w:val="24"/>
              <w:szCs w:val="24"/>
              <w:lang w:val="fr-FR" w:eastAsia="fr-FR"/>
              <w14:ligatures w14:val="standardContextual"/>
            </w:rPr>
          </w:pPr>
          <w:hyperlink w:anchor="_Toc231178581" w:history="1">
            <w:r w:rsidRPr="00D94A5C">
              <w:rPr>
                <w:rStyle w:val="Lienhypertexte"/>
                <w:noProof/>
                <w:lang w:val="fr-FR"/>
              </w:rPr>
              <w:t>Un email n'est pas reçu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_Toc231178581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9611E85" w14:textId="0A5979E6" w:rsidR="00E63593" w:rsidRDefault="00E63593">
          <w:pPr>
            <w:pStyle w:val="TM2"/>
            <w:tabs>
              <w:tab w:val="right" w:leader="dot" w:pos="8630"/>
            </w:tabs>
            <w:rPr>
              <w:noProof/>
              <w:kern w:val="2"/>
              <w:sz w:val="24"/>
              <w:szCs w:val="24"/>
              <w:lang w:val="fr-FR" w:eastAsia="fr-FR"/>
              <w14:ligatures w14:val="standardContextual"/>
            </w:rPr>
          </w:pPr>
          <w:hyperlink w:anchor="_Toc231178582" w:history="1">
            <w:r w:rsidRPr="00D94A5C">
              <w:rPr>
                <w:rStyle w:val="Lienhypertexte"/>
                <w:noProof/>
                <w:lang w:val="fr-FR"/>
              </w:rPr>
              <w:t>Un bon cadeau n'apparait pas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_Toc231178582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DDCB785" w14:textId="70FC8684" w:rsidR="00E63593" w:rsidRDefault="00E63593">
          <w:pPr>
            <w:pStyle w:val="TM2"/>
            <w:tabs>
              <w:tab w:val="right" w:leader="dot" w:pos="8630"/>
            </w:tabs>
            <w:rPr>
              <w:noProof/>
              <w:kern w:val="2"/>
              <w:sz w:val="24"/>
              <w:szCs w:val="24"/>
              <w:lang w:val="fr-FR" w:eastAsia="fr-FR"/>
              <w14:ligatures w14:val="standardContextual"/>
            </w:rPr>
          </w:pPr>
          <w:hyperlink w:anchor="_Toc231178583" w:history="1">
            <w:r w:rsidRPr="00D94A5C">
              <w:rPr>
                <w:rStyle w:val="Lienhypertexte"/>
                <w:noProof/>
                <w:lang w:val="fr-FR"/>
              </w:rPr>
              <w:t>Une vente annulée ne peut pas être reprise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_Toc231178583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7795609" w14:textId="709168DD" w:rsidR="00E63593" w:rsidRDefault="00E63593">
          <w:pPr>
            <w:pStyle w:val="TM1"/>
            <w:tabs>
              <w:tab w:val="left" w:pos="720"/>
              <w:tab w:val="right" w:leader="dot" w:pos="8630"/>
            </w:tabs>
            <w:rPr>
              <w:noProof/>
              <w:kern w:val="2"/>
              <w:sz w:val="24"/>
              <w:szCs w:val="24"/>
              <w:lang w:val="fr-FR" w:eastAsia="fr-FR"/>
              <w14:ligatures w14:val="standardContextual"/>
            </w:rPr>
          </w:pPr>
          <w:hyperlink w:anchor="_Toc231178584" w:history="1">
            <w:r w:rsidRPr="00D94A5C">
              <w:rPr>
                <w:rStyle w:val="Lienhypertexte"/>
                <w:noProof/>
              </w:rPr>
              <w:t>30.</w:t>
            </w:r>
            <w:r>
              <w:rPr>
                <w:noProof/>
                <w:kern w:val="2"/>
                <w:sz w:val="24"/>
                <w:szCs w:val="24"/>
                <w:lang w:val="fr-FR" w:eastAsia="fr-FR"/>
                <w14:ligatures w14:val="standardContextual"/>
              </w:rPr>
              <w:tab/>
            </w:r>
            <w:r w:rsidRPr="00D94A5C">
              <w:rPr>
                <w:rStyle w:val="Lienhypertexte"/>
                <w:noProof/>
              </w:rPr>
              <w:t>Glossaire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_Toc231178584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98AAB7A" w14:textId="04E6869E" w:rsidR="00E97067" w:rsidRDefault="00E97067">
          <w:r>
            <w:rPr>
              <w:b/>
              <w:bCs/>
            </w:rPr>
            <w:fldChar w:fldCharType="end"/>
          </w:r>
        </w:p>
      </w:sdtContent>
    </w:sdt>
    <w:p w14:paraId="410A3A2A" w14:textId="39D856CA" w:rsidR="001041B8" w:rsidRPr="00E97067" w:rsidRDefault="00854AEE" w:rsidP="00833872">
      <w:pPr>
        <w:pStyle w:val="Titre1"/>
        <w:numPr>
          <w:ilvl w:val="0"/>
          <w:numId w:val="32"/>
        </w:numPr>
      </w:pPr>
      <w:bookmarkStart w:id="0" w:name="_Toc231178395"/>
      <w:r w:rsidRPr="00E97067">
        <w:lastRenderedPageBreak/>
        <w:t>Démarrer</w:t>
      </w:r>
      <w:r w:rsidR="00000000" w:rsidRPr="00E97067">
        <w:t xml:space="preserve"> avec </w:t>
      </w:r>
      <w:proofErr w:type="spellStart"/>
      <w:r w:rsidR="00000000" w:rsidRPr="00E97067">
        <w:t>Procuratio</w:t>
      </w:r>
      <w:bookmarkEnd w:id="0"/>
      <w:proofErr w:type="spellEnd"/>
    </w:p>
    <w:p w14:paraId="2C008FE5" w14:textId="77777777" w:rsidR="001041B8" w:rsidRPr="00E97067" w:rsidRDefault="00000000">
      <w:pPr>
        <w:pStyle w:val="Titre2"/>
        <w:rPr>
          <w:lang w:val="fr-FR"/>
        </w:rPr>
      </w:pPr>
      <w:bookmarkStart w:id="1" w:name="_Toc231178396"/>
      <w:r w:rsidRPr="00E97067">
        <w:rPr>
          <w:lang w:val="fr-FR"/>
        </w:rPr>
        <w:t>Objectif</w:t>
      </w:r>
      <w:bookmarkEnd w:id="1"/>
    </w:p>
    <w:p w14:paraId="1F48D09A" w14:textId="77777777" w:rsidR="001041B8" w:rsidRPr="00E97067" w:rsidRDefault="00000000">
      <w:pPr>
        <w:rPr>
          <w:lang w:val="fr-FR"/>
        </w:rPr>
      </w:pPr>
      <w:r w:rsidRPr="00E97067">
        <w:rPr>
          <w:lang w:val="fr-FR"/>
        </w:rPr>
        <w:t xml:space="preserve">Comprendre </w:t>
      </w:r>
      <w:proofErr w:type="spellStart"/>
      <w:r w:rsidRPr="00E97067">
        <w:rPr>
          <w:lang w:val="fr-FR"/>
        </w:rPr>
        <w:t>a</w:t>
      </w:r>
      <w:proofErr w:type="spellEnd"/>
      <w:r w:rsidRPr="00E97067">
        <w:rPr>
          <w:lang w:val="fr-FR"/>
        </w:rPr>
        <w:t xml:space="preserve"> quoi sert </w:t>
      </w:r>
      <w:proofErr w:type="spellStart"/>
      <w:r w:rsidRPr="00E97067">
        <w:rPr>
          <w:lang w:val="fr-FR"/>
        </w:rPr>
        <w:t>Procuratio</w:t>
      </w:r>
      <w:proofErr w:type="spellEnd"/>
      <w:r w:rsidRPr="00E97067">
        <w:rPr>
          <w:lang w:val="fr-FR"/>
        </w:rPr>
        <w:t xml:space="preserve"> et comment circuler dans l'application.</w:t>
      </w:r>
    </w:p>
    <w:p w14:paraId="4BA8F625" w14:textId="77777777" w:rsidR="001041B8" w:rsidRPr="00E97067" w:rsidRDefault="00000000">
      <w:pPr>
        <w:pStyle w:val="Titre2"/>
        <w:rPr>
          <w:lang w:val="fr-FR"/>
        </w:rPr>
      </w:pPr>
      <w:bookmarkStart w:id="2" w:name="_Toc231178397"/>
      <w:r w:rsidRPr="00E97067">
        <w:rPr>
          <w:lang w:val="fr-FR"/>
        </w:rPr>
        <w:t>Principe</w:t>
      </w:r>
      <w:bookmarkEnd w:id="2"/>
    </w:p>
    <w:p w14:paraId="58DDCBEB" w14:textId="27A0D4D8" w:rsidR="001041B8" w:rsidRPr="00E97067" w:rsidRDefault="00000000">
      <w:pPr>
        <w:rPr>
          <w:lang w:val="fr-FR"/>
        </w:rPr>
      </w:pPr>
      <w:proofErr w:type="spellStart"/>
      <w:r w:rsidRPr="00E97067">
        <w:rPr>
          <w:lang w:val="fr-FR"/>
        </w:rPr>
        <w:t>Procuratio</w:t>
      </w:r>
      <w:proofErr w:type="spellEnd"/>
      <w:r w:rsidRPr="00E97067">
        <w:rPr>
          <w:lang w:val="fr-FR"/>
        </w:rPr>
        <w:t xml:space="preserve"> centralise l'</w:t>
      </w:r>
      <w:r w:rsidR="00D44DE2" w:rsidRPr="00E97067">
        <w:rPr>
          <w:lang w:val="fr-FR"/>
        </w:rPr>
        <w:t>activité</w:t>
      </w:r>
      <w:r w:rsidRPr="00E97067">
        <w:rPr>
          <w:lang w:val="fr-FR"/>
        </w:rPr>
        <w:t xml:space="preserve"> d'un institut ou d'un salon :</w:t>
      </w:r>
    </w:p>
    <w:p w14:paraId="171784AC" w14:textId="77777777" w:rsidR="001041B8" w:rsidRDefault="00000000">
      <w:pPr>
        <w:pStyle w:val="Listepuces"/>
      </w:pPr>
      <w:r>
        <w:t xml:space="preserve">ventes </w:t>
      </w:r>
      <w:proofErr w:type="spellStart"/>
      <w:r>
        <w:t>en</w:t>
      </w:r>
      <w:proofErr w:type="spellEnd"/>
      <w:r>
        <w:t xml:space="preserve"> </w:t>
      </w:r>
      <w:proofErr w:type="spellStart"/>
      <w:r>
        <w:t>caisse</w:t>
      </w:r>
      <w:proofErr w:type="spellEnd"/>
    </w:p>
    <w:p w14:paraId="7C497EE4" w14:textId="77777777" w:rsidR="001041B8" w:rsidRDefault="00000000">
      <w:pPr>
        <w:pStyle w:val="Listepuces"/>
      </w:pPr>
      <w:r>
        <w:t xml:space="preserve">catalogue </w:t>
      </w:r>
      <w:proofErr w:type="spellStart"/>
      <w:r>
        <w:t>produits</w:t>
      </w:r>
      <w:proofErr w:type="spellEnd"/>
    </w:p>
    <w:p w14:paraId="2A95EAD0" w14:textId="77777777" w:rsidR="001041B8" w:rsidRDefault="00000000">
      <w:pPr>
        <w:pStyle w:val="Listepuces"/>
      </w:pPr>
      <w:proofErr w:type="spellStart"/>
      <w:r>
        <w:t>prestations</w:t>
      </w:r>
      <w:proofErr w:type="spellEnd"/>
    </w:p>
    <w:p w14:paraId="545DFC50" w14:textId="77777777" w:rsidR="001041B8" w:rsidRDefault="00000000">
      <w:pPr>
        <w:pStyle w:val="Listepuces"/>
      </w:pPr>
      <w:proofErr w:type="spellStart"/>
      <w:r>
        <w:t>rendez</w:t>
      </w:r>
      <w:proofErr w:type="spellEnd"/>
      <w:r>
        <w:t>-vous</w:t>
      </w:r>
    </w:p>
    <w:p w14:paraId="34A55F3B" w14:textId="77777777" w:rsidR="001041B8" w:rsidRDefault="00000000">
      <w:pPr>
        <w:pStyle w:val="Listepuces"/>
      </w:pPr>
      <w:r>
        <w:t>clients</w:t>
      </w:r>
    </w:p>
    <w:p w14:paraId="47432FED" w14:textId="77777777" w:rsidR="001041B8" w:rsidRDefault="00000000">
      <w:pPr>
        <w:pStyle w:val="Listepuces"/>
      </w:pPr>
      <w:proofErr w:type="spellStart"/>
      <w:r>
        <w:t>fidelite</w:t>
      </w:r>
      <w:proofErr w:type="spellEnd"/>
    </w:p>
    <w:p w14:paraId="77927A99" w14:textId="77777777" w:rsidR="001041B8" w:rsidRDefault="00000000">
      <w:pPr>
        <w:pStyle w:val="Listepuces"/>
      </w:pPr>
      <w:r>
        <w:t>CRM</w:t>
      </w:r>
    </w:p>
    <w:p w14:paraId="4976482D" w14:textId="77777777" w:rsidR="001041B8" w:rsidRDefault="00000000">
      <w:pPr>
        <w:pStyle w:val="Listepuces"/>
      </w:pPr>
      <w:r>
        <w:t xml:space="preserve">bons </w:t>
      </w:r>
      <w:proofErr w:type="spellStart"/>
      <w:r>
        <w:t>cadeaux</w:t>
      </w:r>
      <w:proofErr w:type="spellEnd"/>
    </w:p>
    <w:p w14:paraId="59BBC548" w14:textId="77777777" w:rsidR="001041B8" w:rsidRDefault="00000000">
      <w:pPr>
        <w:pStyle w:val="Listepuces"/>
      </w:pPr>
      <w:proofErr w:type="spellStart"/>
      <w:r>
        <w:t>commandes</w:t>
      </w:r>
      <w:proofErr w:type="spellEnd"/>
      <w:r>
        <w:t xml:space="preserve"> web</w:t>
      </w:r>
    </w:p>
    <w:p w14:paraId="138C3A51" w14:textId="77777777" w:rsidR="001041B8" w:rsidRDefault="00000000">
      <w:pPr>
        <w:pStyle w:val="Listepuces"/>
      </w:pPr>
      <w:r>
        <w:t>stock</w:t>
      </w:r>
    </w:p>
    <w:p w14:paraId="05A60321" w14:textId="77777777" w:rsidR="001041B8" w:rsidRDefault="00000000">
      <w:pPr>
        <w:pStyle w:val="Listepuces"/>
      </w:pPr>
      <w:r>
        <w:t>preparation et warehouse</w:t>
      </w:r>
    </w:p>
    <w:p w14:paraId="4DA8BAFA" w14:textId="77777777" w:rsidR="001041B8" w:rsidRDefault="00000000">
      <w:pPr>
        <w:pStyle w:val="Titre2"/>
      </w:pPr>
      <w:bookmarkStart w:id="3" w:name="_Toc231178398"/>
      <w:proofErr w:type="spellStart"/>
      <w:r>
        <w:t>Etapes</w:t>
      </w:r>
      <w:bookmarkEnd w:id="3"/>
      <w:proofErr w:type="spellEnd"/>
    </w:p>
    <w:p w14:paraId="62F2E425" w14:textId="3DCEE6D1" w:rsidR="00854AEE" w:rsidRDefault="00000000" w:rsidP="00E97067">
      <w:pPr>
        <w:rPr>
          <w:lang w:val="fr-FR"/>
        </w:rPr>
      </w:pPr>
      <w:r w:rsidRPr="00E97067">
        <w:rPr>
          <w:lang w:val="fr-FR"/>
        </w:rPr>
        <w:t>1. Ouvrir l'adresse de l'application fournie par l'administrateur</w:t>
      </w:r>
      <w:r w:rsidR="00854AEE">
        <w:rPr>
          <w:lang w:val="fr-FR"/>
        </w:rPr>
        <w:t xml:space="preserve"> : </w:t>
      </w:r>
      <w:hyperlink r:id="rId6" w:history="1">
        <w:r w:rsidR="00854AEE" w:rsidRPr="001A7898">
          <w:rPr>
            <w:rStyle w:val="Lienhypertexte"/>
            <w:lang w:val="fr-FR"/>
          </w:rPr>
          <w:t>http://localhost:48200/login</w:t>
        </w:r>
      </w:hyperlink>
    </w:p>
    <w:p w14:paraId="128226E7" w14:textId="0A13E0EE" w:rsidR="00854AEE" w:rsidRPr="00E97067" w:rsidRDefault="00854AEE" w:rsidP="00E97067">
      <w:pPr>
        <w:rPr>
          <w:lang w:val="fr-FR"/>
        </w:rPr>
      </w:pPr>
      <w:r w:rsidRPr="00854AEE">
        <w:rPr>
          <w:noProof/>
          <w:lang w:val="fr-FR"/>
        </w:rPr>
        <w:drawing>
          <wp:inline distT="0" distB="0" distL="0" distR="0" wp14:anchorId="37A8CCC6" wp14:editId="5847CBAB">
            <wp:extent cx="5486400" cy="2583815"/>
            <wp:effectExtent l="0" t="0" r="0" b="6985"/>
            <wp:docPr id="213754691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7546912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8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CFB01D" w14:textId="77777777" w:rsidR="001041B8" w:rsidRPr="00E97067" w:rsidRDefault="00000000" w:rsidP="00E97067">
      <w:pPr>
        <w:rPr>
          <w:lang w:val="fr-FR"/>
        </w:rPr>
      </w:pPr>
      <w:r w:rsidRPr="00E97067">
        <w:rPr>
          <w:lang w:val="fr-FR"/>
        </w:rPr>
        <w:t>2. Se connecter avec son compte.</w:t>
      </w:r>
    </w:p>
    <w:p w14:paraId="60A42CDD" w14:textId="40E943EC" w:rsidR="001041B8" w:rsidRPr="00E97067" w:rsidRDefault="00000000" w:rsidP="00E97067">
      <w:pPr>
        <w:rPr>
          <w:lang w:val="fr-FR"/>
        </w:rPr>
      </w:pPr>
      <w:r w:rsidRPr="00E97067">
        <w:rPr>
          <w:lang w:val="fr-FR"/>
        </w:rPr>
        <w:t xml:space="preserve">3. </w:t>
      </w:r>
      <w:r w:rsidR="00D44DE2" w:rsidRPr="00E97067">
        <w:rPr>
          <w:lang w:val="fr-FR"/>
        </w:rPr>
        <w:t>Vérifier</w:t>
      </w:r>
      <w:r w:rsidRPr="00E97067">
        <w:rPr>
          <w:lang w:val="fr-FR"/>
        </w:rPr>
        <w:t xml:space="preserve"> l'espace dans lequel l'application vous redirige.</w:t>
      </w:r>
    </w:p>
    <w:p w14:paraId="1559FC72" w14:textId="52331A64" w:rsidR="001041B8" w:rsidRPr="00E97067" w:rsidRDefault="00000000" w:rsidP="00E97067">
      <w:pPr>
        <w:rPr>
          <w:lang w:val="fr-FR"/>
        </w:rPr>
      </w:pPr>
      <w:r w:rsidRPr="00E97067">
        <w:rPr>
          <w:lang w:val="fr-FR"/>
        </w:rPr>
        <w:t xml:space="preserve">4. Utiliser le menu </w:t>
      </w:r>
      <w:r w:rsidR="00D44DE2" w:rsidRPr="00E97067">
        <w:rPr>
          <w:lang w:val="fr-FR"/>
        </w:rPr>
        <w:t>latéral</w:t>
      </w:r>
      <w:r w:rsidRPr="00E97067">
        <w:rPr>
          <w:lang w:val="fr-FR"/>
        </w:rPr>
        <w:t xml:space="preserve"> pour changer de page.</w:t>
      </w:r>
    </w:p>
    <w:p w14:paraId="383652F1" w14:textId="27081EC7" w:rsidR="001041B8" w:rsidRPr="00E97067" w:rsidRDefault="00000000" w:rsidP="00E97067">
      <w:pPr>
        <w:rPr>
          <w:lang w:val="fr-FR"/>
        </w:rPr>
      </w:pPr>
      <w:r w:rsidRPr="00E97067">
        <w:rPr>
          <w:lang w:val="fr-FR"/>
        </w:rPr>
        <w:lastRenderedPageBreak/>
        <w:t xml:space="preserve">5. Se </w:t>
      </w:r>
      <w:r w:rsidR="00D44DE2" w:rsidRPr="00E97067">
        <w:rPr>
          <w:lang w:val="fr-FR"/>
        </w:rPr>
        <w:t>déconnecter</w:t>
      </w:r>
      <w:r w:rsidRPr="00E97067">
        <w:rPr>
          <w:lang w:val="fr-FR"/>
        </w:rPr>
        <w:t xml:space="preserve"> avec `Log out` </w:t>
      </w:r>
      <w:r w:rsidR="00037FE1" w:rsidRPr="00E97067">
        <w:rPr>
          <w:lang w:val="fr-FR"/>
        </w:rPr>
        <w:t>à</w:t>
      </w:r>
      <w:r w:rsidRPr="00E97067">
        <w:rPr>
          <w:lang w:val="fr-FR"/>
        </w:rPr>
        <w:t xml:space="preserve"> la fin de la session.</w:t>
      </w:r>
    </w:p>
    <w:p w14:paraId="2C1EC6BC" w14:textId="3FB67455" w:rsidR="001041B8" w:rsidRPr="00E97067" w:rsidRDefault="00854AEE">
      <w:pPr>
        <w:pStyle w:val="Titre2"/>
        <w:rPr>
          <w:lang w:val="fr-FR"/>
        </w:rPr>
      </w:pPr>
      <w:bookmarkStart w:id="4" w:name="_Toc231178399"/>
      <w:r w:rsidRPr="00E97067">
        <w:rPr>
          <w:lang w:val="fr-FR"/>
        </w:rPr>
        <w:t>Résultat attendu</w:t>
      </w:r>
      <w:bookmarkEnd w:id="4"/>
    </w:p>
    <w:p w14:paraId="0A953085" w14:textId="4DA717FF" w:rsidR="001041B8" w:rsidRDefault="00000000">
      <w:pPr>
        <w:rPr>
          <w:lang w:val="fr-FR"/>
        </w:rPr>
      </w:pPr>
      <w:r w:rsidRPr="00E97067">
        <w:rPr>
          <w:lang w:val="fr-FR"/>
        </w:rPr>
        <w:t xml:space="preserve">L'utilisateur </w:t>
      </w:r>
      <w:r w:rsidR="00D44DE2" w:rsidRPr="00E97067">
        <w:rPr>
          <w:lang w:val="fr-FR"/>
        </w:rPr>
        <w:t>accède</w:t>
      </w:r>
      <w:r w:rsidRPr="00E97067">
        <w:rPr>
          <w:lang w:val="fr-FR"/>
        </w:rPr>
        <w:t xml:space="preserve"> uniquement </w:t>
      </w:r>
      <w:r w:rsidR="00D44DE2" w:rsidRPr="00E97067">
        <w:rPr>
          <w:lang w:val="fr-FR"/>
        </w:rPr>
        <w:t>aux pages correspondantes</w:t>
      </w:r>
      <w:r w:rsidRPr="00E97067">
        <w:rPr>
          <w:lang w:val="fr-FR"/>
        </w:rPr>
        <w:t xml:space="preserve"> a son </w:t>
      </w:r>
      <w:r w:rsidR="00D44DE2" w:rsidRPr="00E97067">
        <w:rPr>
          <w:lang w:val="fr-FR"/>
        </w:rPr>
        <w:t>rôle</w:t>
      </w:r>
      <w:r w:rsidRPr="00E97067">
        <w:rPr>
          <w:lang w:val="fr-FR"/>
        </w:rPr>
        <w:t>.</w:t>
      </w:r>
    </w:p>
    <w:p w14:paraId="78D40067" w14:textId="7351A9FE" w:rsidR="00833872" w:rsidRDefault="00833872" w:rsidP="00833872">
      <w:pPr>
        <w:pStyle w:val="Titre1"/>
      </w:pPr>
      <w:bookmarkStart w:id="5" w:name="_Toc231178400"/>
      <w:r w:rsidRPr="00833872">
        <w:t>Environnement de démonstration et accès de test</w:t>
      </w:r>
      <w:bookmarkEnd w:id="5"/>
    </w:p>
    <w:p w14:paraId="0B732609" w14:textId="5477E4A7" w:rsidR="00833872" w:rsidRDefault="00E63593" w:rsidP="00E63593">
      <w:pPr>
        <w:pStyle w:val="Titre2"/>
        <w:rPr>
          <w:lang w:val="fr-FR"/>
        </w:rPr>
      </w:pPr>
      <w:r w:rsidRPr="00E63593">
        <w:rPr>
          <w:lang w:val="fr-FR"/>
        </w:rPr>
        <w:t>Comptes de test</w:t>
      </w:r>
    </w:p>
    <w:p w14:paraId="0206EDF6" w14:textId="1B83D727" w:rsidR="00E63593" w:rsidRPr="00E63593" w:rsidRDefault="00E63593" w:rsidP="00E63593">
      <w:pPr>
        <w:rPr>
          <w:lang w:val="fr-FR"/>
        </w:rPr>
      </w:pPr>
      <w:r w:rsidRPr="00E63593">
        <w:rPr>
          <w:lang w:val="fr-FR"/>
        </w:rPr>
        <w:t>Utilis</w:t>
      </w:r>
      <w:r>
        <w:rPr>
          <w:lang w:val="fr-FR"/>
        </w:rPr>
        <w:t>er</w:t>
      </w:r>
      <w:r w:rsidRPr="00E63593">
        <w:rPr>
          <w:lang w:val="fr-FR"/>
        </w:rPr>
        <w:t xml:space="preserve"> les comptes ci-dessous pour tester les différents rôles de l’application :</w:t>
      </w:r>
    </w:p>
    <w:p w14:paraId="5EE3AFD6" w14:textId="77777777" w:rsidR="00E63593" w:rsidRPr="00E63593" w:rsidRDefault="00E63593" w:rsidP="00E63593">
      <w:pPr>
        <w:rPr>
          <w:b/>
          <w:bCs/>
        </w:rPr>
      </w:pPr>
      <w:proofErr w:type="spellStart"/>
      <w:r w:rsidRPr="00E63593">
        <w:rPr>
          <w:b/>
          <w:bCs/>
        </w:rPr>
        <w:t>Administrateur</w:t>
      </w:r>
      <w:proofErr w:type="spellEnd"/>
      <w:r w:rsidRPr="00E63593">
        <w:rPr>
          <w:b/>
          <w:bCs/>
        </w:rPr>
        <w:t xml:space="preserve"> (Back office)</w:t>
      </w:r>
    </w:p>
    <w:p w14:paraId="5FDD8ACC" w14:textId="77777777" w:rsidR="00E63593" w:rsidRPr="00E63593" w:rsidRDefault="00E63593" w:rsidP="00E63593">
      <w:pPr>
        <w:ind w:left="720"/>
      </w:pPr>
      <w:proofErr w:type="gramStart"/>
      <w:r w:rsidRPr="00E63593">
        <w:t>Email :</w:t>
      </w:r>
      <w:proofErr w:type="gramEnd"/>
      <w:r w:rsidRPr="00E63593">
        <w:t xml:space="preserve"> </w:t>
      </w:r>
      <w:proofErr w:type="spellStart"/>
      <w:r w:rsidRPr="00E63593">
        <w:t>admin@procuratio.local</w:t>
      </w:r>
      <w:proofErr w:type="spellEnd"/>
    </w:p>
    <w:p w14:paraId="35A3D557" w14:textId="26F561AC" w:rsidR="00E63593" w:rsidRPr="00E63593" w:rsidRDefault="00E63593" w:rsidP="00E63593">
      <w:pPr>
        <w:ind w:left="720"/>
        <w:rPr>
          <w:lang w:val="fr-FR"/>
        </w:rPr>
      </w:pPr>
      <w:r w:rsidRPr="00E63593">
        <w:rPr>
          <w:lang w:val="fr-FR"/>
        </w:rPr>
        <w:t>Mot de passe : Admin</w:t>
      </w:r>
      <w:proofErr w:type="gramStart"/>
      <w:r w:rsidRPr="00E63593">
        <w:rPr>
          <w:lang w:val="fr-FR"/>
        </w:rPr>
        <w:t>123!</w:t>
      </w:r>
      <w:proofErr w:type="gramEnd"/>
    </w:p>
    <w:p w14:paraId="693C29FE" w14:textId="77777777" w:rsidR="00E63593" w:rsidRPr="00E63593" w:rsidRDefault="00E63593" w:rsidP="00E63593">
      <w:pPr>
        <w:rPr>
          <w:b/>
          <w:bCs/>
          <w:lang w:val="fr-FR"/>
        </w:rPr>
      </w:pPr>
      <w:r w:rsidRPr="00E63593">
        <w:rPr>
          <w:b/>
          <w:bCs/>
          <w:lang w:val="fr-FR"/>
        </w:rPr>
        <w:t>Employé (Back office)</w:t>
      </w:r>
    </w:p>
    <w:p w14:paraId="4423E8BD" w14:textId="77777777" w:rsidR="00E63593" w:rsidRPr="00E63593" w:rsidRDefault="00E63593" w:rsidP="00E63593">
      <w:pPr>
        <w:ind w:left="720"/>
        <w:rPr>
          <w:lang w:val="fr-FR"/>
        </w:rPr>
      </w:pPr>
      <w:proofErr w:type="gramStart"/>
      <w:r w:rsidRPr="00E63593">
        <w:rPr>
          <w:lang w:val="fr-FR"/>
        </w:rPr>
        <w:t>Email</w:t>
      </w:r>
      <w:proofErr w:type="gramEnd"/>
      <w:r w:rsidRPr="00E63593">
        <w:rPr>
          <w:lang w:val="fr-FR"/>
        </w:rPr>
        <w:t xml:space="preserve"> : </w:t>
      </w:r>
      <w:proofErr w:type="spellStart"/>
      <w:r w:rsidRPr="00E63593">
        <w:rPr>
          <w:lang w:val="fr-FR"/>
        </w:rPr>
        <w:t>employee@procuratio.local</w:t>
      </w:r>
      <w:proofErr w:type="spellEnd"/>
    </w:p>
    <w:p w14:paraId="2F8F0A40" w14:textId="73EB5A55" w:rsidR="00E63593" w:rsidRPr="00E63593" w:rsidRDefault="00E63593" w:rsidP="00E63593">
      <w:pPr>
        <w:ind w:left="720"/>
        <w:rPr>
          <w:lang w:val="fr-FR"/>
        </w:rPr>
      </w:pPr>
      <w:r w:rsidRPr="00E63593">
        <w:rPr>
          <w:lang w:val="fr-FR"/>
        </w:rPr>
        <w:t>Mot de passe : Employee</w:t>
      </w:r>
      <w:proofErr w:type="gramStart"/>
      <w:r w:rsidRPr="00E63593">
        <w:rPr>
          <w:lang w:val="fr-FR"/>
        </w:rPr>
        <w:t>123!</w:t>
      </w:r>
      <w:proofErr w:type="gramEnd"/>
    </w:p>
    <w:p w14:paraId="1D891484" w14:textId="77777777" w:rsidR="00E63593" w:rsidRPr="00E63593" w:rsidRDefault="00E63593" w:rsidP="00E63593">
      <w:pPr>
        <w:rPr>
          <w:b/>
          <w:bCs/>
          <w:lang w:val="fr-FR"/>
        </w:rPr>
      </w:pPr>
      <w:r w:rsidRPr="00E63593">
        <w:rPr>
          <w:b/>
          <w:bCs/>
          <w:lang w:val="fr-FR"/>
        </w:rPr>
        <w:t>Client (Front office)</w:t>
      </w:r>
    </w:p>
    <w:p w14:paraId="2EE4C892" w14:textId="77777777" w:rsidR="00E63593" w:rsidRPr="00E63593" w:rsidRDefault="00E63593" w:rsidP="00E63593">
      <w:pPr>
        <w:ind w:left="720"/>
        <w:rPr>
          <w:lang w:val="fr-FR"/>
        </w:rPr>
      </w:pPr>
      <w:proofErr w:type="gramStart"/>
      <w:r w:rsidRPr="00E63593">
        <w:rPr>
          <w:lang w:val="fr-FR"/>
        </w:rPr>
        <w:t>Email</w:t>
      </w:r>
      <w:proofErr w:type="gramEnd"/>
      <w:r w:rsidRPr="00E63593">
        <w:rPr>
          <w:lang w:val="fr-FR"/>
        </w:rPr>
        <w:t xml:space="preserve"> : </w:t>
      </w:r>
      <w:proofErr w:type="spellStart"/>
      <w:r w:rsidRPr="00E63593">
        <w:rPr>
          <w:lang w:val="fr-FR"/>
        </w:rPr>
        <w:t>customer@procuratio.local</w:t>
      </w:r>
      <w:proofErr w:type="spellEnd"/>
    </w:p>
    <w:p w14:paraId="0CD6A1B1" w14:textId="2105BB33" w:rsidR="00E63593" w:rsidRPr="00E63593" w:rsidRDefault="00E63593" w:rsidP="00E63593">
      <w:pPr>
        <w:ind w:left="720"/>
        <w:rPr>
          <w:lang w:val="fr-FR"/>
        </w:rPr>
      </w:pPr>
      <w:r w:rsidRPr="00E63593">
        <w:rPr>
          <w:lang w:val="fr-FR"/>
        </w:rPr>
        <w:t>Mot de passe : Customer</w:t>
      </w:r>
      <w:proofErr w:type="gramStart"/>
      <w:r w:rsidRPr="00E63593">
        <w:rPr>
          <w:lang w:val="fr-FR"/>
        </w:rPr>
        <w:t>123!</w:t>
      </w:r>
      <w:proofErr w:type="gramEnd"/>
    </w:p>
    <w:p w14:paraId="74B656AD" w14:textId="73A07507" w:rsidR="00E63593" w:rsidRDefault="00E63593" w:rsidP="00E63593">
      <w:pPr>
        <w:pStyle w:val="Titre2"/>
        <w:rPr>
          <w:lang w:val="fr-FR"/>
        </w:rPr>
      </w:pPr>
      <w:r w:rsidRPr="00E63593">
        <w:rPr>
          <w:lang w:val="fr-FR"/>
        </w:rPr>
        <w:t>Paiement de test Stripe</w:t>
      </w:r>
    </w:p>
    <w:p w14:paraId="1886432F" w14:textId="77777777" w:rsidR="00E63593" w:rsidRPr="00E63593" w:rsidRDefault="00E63593" w:rsidP="00E63593">
      <w:pPr>
        <w:rPr>
          <w:b/>
          <w:bCs/>
          <w:lang w:val="fr-FR"/>
        </w:rPr>
      </w:pPr>
      <w:r w:rsidRPr="00E63593">
        <w:rPr>
          <w:b/>
          <w:bCs/>
          <w:lang w:val="fr-FR"/>
        </w:rPr>
        <w:t>Paiement accepté</w:t>
      </w:r>
    </w:p>
    <w:p w14:paraId="71CC1639" w14:textId="77777777" w:rsidR="00E63593" w:rsidRPr="00E63593" w:rsidRDefault="00E63593" w:rsidP="00E63593">
      <w:pPr>
        <w:ind w:left="720"/>
        <w:rPr>
          <w:lang w:val="fr-FR"/>
        </w:rPr>
      </w:pPr>
      <w:r w:rsidRPr="00E63593">
        <w:rPr>
          <w:lang w:val="fr-FR"/>
        </w:rPr>
        <w:t>4242 4242 4242 4242</w:t>
      </w:r>
    </w:p>
    <w:p w14:paraId="3D7D72BB" w14:textId="77777777" w:rsidR="00E63593" w:rsidRPr="00E63593" w:rsidRDefault="00E63593" w:rsidP="00E63593">
      <w:pPr>
        <w:ind w:left="720"/>
        <w:rPr>
          <w:lang w:val="fr-FR"/>
        </w:rPr>
      </w:pPr>
      <w:r w:rsidRPr="00E63593">
        <w:rPr>
          <w:lang w:val="fr-FR"/>
        </w:rPr>
        <w:t>Date : n’importe quelle date future (ex. 12/34)</w:t>
      </w:r>
    </w:p>
    <w:p w14:paraId="10A74AAD" w14:textId="77777777" w:rsidR="00E63593" w:rsidRPr="00E63593" w:rsidRDefault="00E63593" w:rsidP="00E63593">
      <w:pPr>
        <w:ind w:left="720"/>
        <w:rPr>
          <w:lang w:val="fr-FR"/>
        </w:rPr>
      </w:pPr>
      <w:r w:rsidRPr="00E63593">
        <w:rPr>
          <w:lang w:val="fr-FR"/>
        </w:rPr>
        <w:t>CVC : n’importe lequel (ex. 123)</w:t>
      </w:r>
    </w:p>
    <w:p w14:paraId="7CE8810C" w14:textId="77777777" w:rsidR="00E63593" w:rsidRPr="00E63593" w:rsidRDefault="00E63593" w:rsidP="00E63593">
      <w:pPr>
        <w:ind w:left="720"/>
        <w:rPr>
          <w:lang w:val="fr-FR"/>
        </w:rPr>
      </w:pPr>
      <w:r w:rsidRPr="00E63593">
        <w:rPr>
          <w:lang w:val="fr-FR"/>
        </w:rPr>
        <w:t>Code postal (si demandé) : n’importe lequel</w:t>
      </w:r>
    </w:p>
    <w:p w14:paraId="18DA1EFA" w14:textId="77777777" w:rsidR="00E63593" w:rsidRPr="00E63593" w:rsidRDefault="00E63593" w:rsidP="00E63593">
      <w:pPr>
        <w:rPr>
          <w:b/>
          <w:bCs/>
          <w:lang w:val="fr-FR"/>
        </w:rPr>
      </w:pPr>
      <w:r w:rsidRPr="00E63593">
        <w:rPr>
          <w:b/>
          <w:bCs/>
          <w:lang w:val="fr-FR"/>
        </w:rPr>
        <w:t>Authentification 3D Secure</w:t>
      </w:r>
    </w:p>
    <w:p w14:paraId="02E32BB9" w14:textId="77777777" w:rsidR="00E63593" w:rsidRPr="00E63593" w:rsidRDefault="00E63593" w:rsidP="00E63593">
      <w:pPr>
        <w:ind w:left="720"/>
        <w:rPr>
          <w:lang w:val="fr-FR"/>
        </w:rPr>
      </w:pPr>
      <w:r w:rsidRPr="00E63593">
        <w:rPr>
          <w:lang w:val="fr-FR"/>
        </w:rPr>
        <w:t>4000 0025 0000 3155</w:t>
      </w:r>
    </w:p>
    <w:p w14:paraId="601115F2" w14:textId="77777777" w:rsidR="00E63593" w:rsidRPr="00E63593" w:rsidRDefault="00E63593" w:rsidP="00E63593">
      <w:pPr>
        <w:ind w:left="720"/>
        <w:rPr>
          <w:lang w:val="fr-FR"/>
        </w:rPr>
      </w:pPr>
      <w:r w:rsidRPr="00E63593">
        <w:rPr>
          <w:lang w:val="fr-FR"/>
        </w:rPr>
        <w:t>Sert à tester un paiement qui demande une validation bancaire.</w:t>
      </w:r>
    </w:p>
    <w:p w14:paraId="7F16AE4C" w14:textId="77777777" w:rsidR="00E63593" w:rsidRPr="00E63593" w:rsidRDefault="00E63593" w:rsidP="00E63593">
      <w:pPr>
        <w:rPr>
          <w:b/>
          <w:bCs/>
          <w:lang w:val="fr-FR"/>
        </w:rPr>
      </w:pPr>
      <w:r w:rsidRPr="00E63593">
        <w:rPr>
          <w:b/>
          <w:bCs/>
          <w:lang w:val="fr-FR"/>
        </w:rPr>
        <w:t>Paiement refusé</w:t>
      </w:r>
    </w:p>
    <w:p w14:paraId="24299219" w14:textId="77777777" w:rsidR="00E63593" w:rsidRPr="00E63593" w:rsidRDefault="00E63593" w:rsidP="00E63593">
      <w:pPr>
        <w:ind w:left="720"/>
        <w:rPr>
          <w:lang w:val="fr-FR"/>
        </w:rPr>
      </w:pPr>
      <w:r w:rsidRPr="00E63593">
        <w:rPr>
          <w:lang w:val="fr-FR"/>
        </w:rPr>
        <w:t>4000 0000 0000 9995</w:t>
      </w:r>
    </w:p>
    <w:p w14:paraId="69D67F8D" w14:textId="77777777" w:rsidR="00E63593" w:rsidRPr="00E63593" w:rsidRDefault="00E63593" w:rsidP="00E63593">
      <w:pPr>
        <w:ind w:left="720"/>
        <w:rPr>
          <w:lang w:val="fr-FR"/>
        </w:rPr>
      </w:pPr>
      <w:r w:rsidRPr="00E63593">
        <w:rPr>
          <w:lang w:val="fr-FR"/>
        </w:rPr>
        <w:lastRenderedPageBreak/>
        <w:t>Sert à tester le cas “carte refusée”.</w:t>
      </w:r>
    </w:p>
    <w:p w14:paraId="3DE377C7" w14:textId="77777777" w:rsidR="00E63593" w:rsidRPr="00E63593" w:rsidRDefault="00E63593" w:rsidP="00E63593">
      <w:pPr>
        <w:rPr>
          <w:b/>
          <w:bCs/>
          <w:lang w:val="fr-FR"/>
        </w:rPr>
      </w:pPr>
      <w:r w:rsidRPr="00E63593">
        <w:rPr>
          <w:b/>
          <w:bCs/>
          <w:lang w:val="fr-FR"/>
        </w:rPr>
        <w:t>Fonds insuffisants</w:t>
      </w:r>
    </w:p>
    <w:p w14:paraId="5A76EA81" w14:textId="77777777" w:rsidR="00E63593" w:rsidRPr="00E63593" w:rsidRDefault="00E63593" w:rsidP="00E63593">
      <w:pPr>
        <w:ind w:left="720"/>
        <w:rPr>
          <w:lang w:val="fr-FR"/>
        </w:rPr>
      </w:pPr>
      <w:r w:rsidRPr="00E63593">
        <w:rPr>
          <w:lang w:val="fr-FR"/>
        </w:rPr>
        <w:t>4000 0000 0000 9995 peut être utilisé pour simuler un refus générique.</w:t>
      </w:r>
    </w:p>
    <w:p w14:paraId="2492BDA7" w14:textId="0F427CBF" w:rsidR="00E63593" w:rsidRPr="00E63593" w:rsidRDefault="00E63593" w:rsidP="00E63593">
      <w:pPr>
        <w:ind w:left="720"/>
        <w:rPr>
          <w:lang w:val="fr-FR"/>
        </w:rPr>
      </w:pPr>
      <w:r w:rsidRPr="00E63593">
        <w:rPr>
          <w:lang w:val="fr-FR"/>
        </w:rPr>
        <w:t>Stripe propose aussi des cartes spécialisées selon l’erreur, mais celle-ci suffit pour tester le parcours d’échec.</w:t>
      </w:r>
    </w:p>
    <w:p w14:paraId="2C826864" w14:textId="77777777" w:rsidR="00E63593" w:rsidRPr="00E63593" w:rsidRDefault="00E63593" w:rsidP="00E63593">
      <w:pPr>
        <w:rPr>
          <w:b/>
          <w:bCs/>
          <w:lang w:val="fr-FR"/>
        </w:rPr>
      </w:pPr>
      <w:r w:rsidRPr="00E63593">
        <w:rPr>
          <w:b/>
          <w:bCs/>
          <w:lang w:val="fr-FR"/>
        </w:rPr>
        <w:t>Carte expirée</w:t>
      </w:r>
    </w:p>
    <w:p w14:paraId="21EB8B10" w14:textId="77777777" w:rsidR="00E63593" w:rsidRPr="00E63593" w:rsidRDefault="00E63593" w:rsidP="00E63593">
      <w:pPr>
        <w:ind w:firstLine="720"/>
        <w:rPr>
          <w:lang w:val="fr-FR"/>
        </w:rPr>
      </w:pPr>
      <w:r w:rsidRPr="00E63593">
        <w:rPr>
          <w:lang w:val="fr-FR"/>
        </w:rPr>
        <w:t>4000 0000 0000 0069</w:t>
      </w:r>
    </w:p>
    <w:p w14:paraId="6C8B0184" w14:textId="77777777" w:rsidR="00E63593" w:rsidRPr="00E63593" w:rsidRDefault="00E63593" w:rsidP="00E63593">
      <w:pPr>
        <w:rPr>
          <w:b/>
          <w:bCs/>
          <w:lang w:val="fr-FR"/>
        </w:rPr>
      </w:pPr>
      <w:r w:rsidRPr="00E63593">
        <w:rPr>
          <w:b/>
          <w:bCs/>
          <w:lang w:val="fr-FR"/>
        </w:rPr>
        <w:t>CVC incorrect</w:t>
      </w:r>
    </w:p>
    <w:p w14:paraId="66FD35C8" w14:textId="04B87665" w:rsidR="00E63593" w:rsidRPr="00E63593" w:rsidRDefault="00E63593" w:rsidP="00E63593">
      <w:pPr>
        <w:ind w:firstLine="720"/>
        <w:rPr>
          <w:lang w:val="fr-FR"/>
        </w:rPr>
      </w:pPr>
      <w:r w:rsidRPr="00E63593">
        <w:rPr>
          <w:lang w:val="fr-FR"/>
        </w:rPr>
        <w:t>4000 0000 0000 0127</w:t>
      </w:r>
    </w:p>
    <w:p w14:paraId="1B05318B" w14:textId="77777777" w:rsidR="00E63593" w:rsidRPr="00E63593" w:rsidRDefault="00E63593" w:rsidP="00E63593">
      <w:pPr>
        <w:rPr>
          <w:b/>
          <w:bCs/>
          <w:lang w:val="fr-FR"/>
        </w:rPr>
      </w:pPr>
      <w:r w:rsidRPr="00E63593">
        <w:rPr>
          <w:b/>
          <w:bCs/>
          <w:lang w:val="fr-FR"/>
        </w:rPr>
        <w:t>Important</w:t>
      </w:r>
    </w:p>
    <w:p w14:paraId="4B5F9B43" w14:textId="314A6CF3" w:rsidR="00E63593" w:rsidRDefault="00E63593" w:rsidP="00C36C24">
      <w:pPr>
        <w:ind w:firstLine="720"/>
        <w:rPr>
          <w:lang w:val="fr-FR"/>
        </w:rPr>
      </w:pPr>
      <w:r w:rsidRPr="00E63593">
        <w:rPr>
          <w:lang w:val="fr-FR"/>
        </w:rPr>
        <w:t>Ces cartes fonctionnent uniquement en mode test Stripe.</w:t>
      </w:r>
    </w:p>
    <w:p w14:paraId="4E6F2822" w14:textId="163B8F11" w:rsidR="00833872" w:rsidRDefault="00E63593" w:rsidP="00E63593">
      <w:pPr>
        <w:pStyle w:val="Titre2"/>
        <w:rPr>
          <w:lang w:val="fr-FR"/>
        </w:rPr>
      </w:pPr>
      <w:r w:rsidRPr="00E63593">
        <w:rPr>
          <w:lang w:val="fr-FR"/>
        </w:rPr>
        <w:t>Jeu de données de démonstration</w:t>
      </w:r>
    </w:p>
    <w:p w14:paraId="02BBA058" w14:textId="76D2B7AB" w:rsidR="00E63593" w:rsidRPr="00E63593" w:rsidRDefault="00E63593" w:rsidP="00E63593">
      <w:pPr>
        <w:rPr>
          <w:lang w:val="fr-FR"/>
        </w:rPr>
      </w:pPr>
      <w:r w:rsidRPr="00E63593">
        <w:rPr>
          <w:lang w:val="fr-FR"/>
        </w:rPr>
        <w:t xml:space="preserve">La base de données fournie pour l’évaluation est préremplie automatiquement via un outil de </w:t>
      </w:r>
      <w:proofErr w:type="spellStart"/>
      <w:r w:rsidRPr="00E63593">
        <w:rPr>
          <w:lang w:val="fr-FR"/>
        </w:rPr>
        <w:t>seed</w:t>
      </w:r>
      <w:proofErr w:type="spellEnd"/>
      <w:r w:rsidRPr="00E63593">
        <w:rPr>
          <w:lang w:val="fr-FR"/>
        </w:rPr>
        <w:t xml:space="preserve"> interne au projet.</w:t>
      </w:r>
    </w:p>
    <w:p w14:paraId="18730E7F" w14:textId="0B619747" w:rsidR="001041B8" w:rsidRPr="00E97067" w:rsidRDefault="00000000" w:rsidP="00833872">
      <w:pPr>
        <w:pStyle w:val="Titre1"/>
      </w:pPr>
      <w:bookmarkStart w:id="6" w:name="_Toc231178401"/>
      <w:r w:rsidRPr="00E97067">
        <w:t xml:space="preserve">Comprendre les </w:t>
      </w:r>
      <w:r w:rsidR="00037FE1" w:rsidRPr="00E97067">
        <w:t>rôles</w:t>
      </w:r>
      <w:bookmarkEnd w:id="6"/>
    </w:p>
    <w:p w14:paraId="45AB3112" w14:textId="77777777" w:rsidR="001041B8" w:rsidRPr="00E97067" w:rsidRDefault="00000000">
      <w:pPr>
        <w:pStyle w:val="Titre2"/>
        <w:rPr>
          <w:lang w:val="fr-FR"/>
        </w:rPr>
      </w:pPr>
      <w:bookmarkStart w:id="7" w:name="_Toc231178402"/>
      <w:r w:rsidRPr="00E97067">
        <w:rPr>
          <w:lang w:val="fr-FR"/>
        </w:rPr>
        <w:t>Objectif</w:t>
      </w:r>
      <w:bookmarkEnd w:id="7"/>
    </w:p>
    <w:p w14:paraId="65A97E31" w14:textId="77777777" w:rsidR="001041B8" w:rsidRPr="00E97067" w:rsidRDefault="00000000">
      <w:pPr>
        <w:rPr>
          <w:lang w:val="fr-FR"/>
        </w:rPr>
      </w:pPr>
      <w:r w:rsidRPr="00E97067">
        <w:rPr>
          <w:lang w:val="fr-FR"/>
        </w:rPr>
        <w:t xml:space="preserve">Savoir qui peut faire quoi dans </w:t>
      </w:r>
      <w:proofErr w:type="spellStart"/>
      <w:r w:rsidRPr="00E97067">
        <w:rPr>
          <w:lang w:val="fr-FR"/>
        </w:rPr>
        <w:t>Procuratio</w:t>
      </w:r>
      <w:proofErr w:type="spellEnd"/>
      <w:r w:rsidRPr="00E97067">
        <w:rPr>
          <w:lang w:val="fr-FR"/>
        </w:rPr>
        <w:t>.</w:t>
      </w:r>
    </w:p>
    <w:p w14:paraId="686AAE46" w14:textId="77777777" w:rsidR="001041B8" w:rsidRDefault="00000000">
      <w:pPr>
        <w:pStyle w:val="Titre2"/>
      </w:pPr>
      <w:bookmarkStart w:id="8" w:name="_Toc231178403"/>
      <w:r>
        <w:t>Client</w:t>
      </w:r>
      <w:bookmarkEnd w:id="8"/>
    </w:p>
    <w:p w14:paraId="161067E2" w14:textId="555D3344" w:rsidR="001041B8" w:rsidRDefault="00000000">
      <w:r>
        <w:t xml:space="preserve">Le client </w:t>
      </w:r>
      <w:proofErr w:type="spellStart"/>
      <w:proofErr w:type="gramStart"/>
      <w:r>
        <w:t>peut</w:t>
      </w:r>
      <w:proofErr w:type="spellEnd"/>
      <w:r>
        <w:t xml:space="preserve"> :</w:t>
      </w:r>
      <w:proofErr w:type="gramEnd"/>
    </w:p>
    <w:p w14:paraId="0E6DFBFB" w14:textId="77777777" w:rsidR="001041B8" w:rsidRDefault="00000000">
      <w:pPr>
        <w:pStyle w:val="Listepuces"/>
      </w:pPr>
      <w:r>
        <w:t>consulter le catalogue</w:t>
      </w:r>
    </w:p>
    <w:p w14:paraId="2C688C79" w14:textId="77777777" w:rsidR="001041B8" w:rsidRDefault="00000000">
      <w:pPr>
        <w:pStyle w:val="Listepuces"/>
      </w:pPr>
      <w:proofErr w:type="spellStart"/>
      <w:r>
        <w:t>acheter</w:t>
      </w:r>
      <w:proofErr w:type="spellEnd"/>
      <w:r>
        <w:t xml:space="preserve"> des </w:t>
      </w:r>
      <w:proofErr w:type="spellStart"/>
      <w:r>
        <w:t>produits</w:t>
      </w:r>
      <w:proofErr w:type="spellEnd"/>
    </w:p>
    <w:p w14:paraId="41E1D1F4" w14:textId="77777777" w:rsidR="001041B8" w:rsidRPr="00E97067" w:rsidRDefault="00000000">
      <w:pPr>
        <w:pStyle w:val="Listepuces"/>
        <w:rPr>
          <w:lang w:val="fr-FR"/>
        </w:rPr>
      </w:pPr>
      <w:proofErr w:type="gramStart"/>
      <w:r w:rsidRPr="00E97067">
        <w:rPr>
          <w:lang w:val="fr-FR"/>
        </w:rPr>
        <w:t>acheter</w:t>
      </w:r>
      <w:proofErr w:type="gramEnd"/>
      <w:r w:rsidRPr="00E97067">
        <w:rPr>
          <w:lang w:val="fr-FR"/>
        </w:rPr>
        <w:t xml:space="preserve"> ou utiliser un bon cadeau</w:t>
      </w:r>
    </w:p>
    <w:p w14:paraId="0F4048DF" w14:textId="2403381F" w:rsidR="001041B8" w:rsidRDefault="00000000">
      <w:pPr>
        <w:pStyle w:val="Listepuces"/>
      </w:pPr>
      <w:proofErr w:type="spellStart"/>
      <w:r>
        <w:t>r</w:t>
      </w:r>
      <w:r w:rsidR="006139CA">
        <w:t>é</w:t>
      </w:r>
      <w:r>
        <w:t>server</w:t>
      </w:r>
      <w:proofErr w:type="spellEnd"/>
      <w:r>
        <w:t xml:space="preserve"> un </w:t>
      </w:r>
      <w:proofErr w:type="spellStart"/>
      <w:r>
        <w:t>produit</w:t>
      </w:r>
      <w:proofErr w:type="spellEnd"/>
    </w:p>
    <w:p w14:paraId="30385493" w14:textId="77777777" w:rsidR="001041B8" w:rsidRDefault="00000000">
      <w:pPr>
        <w:pStyle w:val="Listepuces"/>
      </w:pPr>
      <w:proofErr w:type="gramStart"/>
      <w:r>
        <w:t>passer</w:t>
      </w:r>
      <w:proofErr w:type="gramEnd"/>
      <w:r>
        <w:t xml:space="preserve"> </w:t>
      </w:r>
      <w:proofErr w:type="spellStart"/>
      <w:r>
        <w:t>commande</w:t>
      </w:r>
      <w:proofErr w:type="spellEnd"/>
    </w:p>
    <w:p w14:paraId="7C1162C4" w14:textId="77777777" w:rsidR="001041B8" w:rsidRDefault="00000000">
      <w:pPr>
        <w:pStyle w:val="Listepuces"/>
      </w:pPr>
      <w:proofErr w:type="spellStart"/>
      <w:r>
        <w:t>annuler</w:t>
      </w:r>
      <w:proofErr w:type="spellEnd"/>
      <w:r>
        <w:t xml:space="preserve"> </w:t>
      </w:r>
      <w:proofErr w:type="spellStart"/>
      <w:r>
        <w:t>une</w:t>
      </w:r>
      <w:proofErr w:type="spellEnd"/>
      <w:r>
        <w:t xml:space="preserve"> </w:t>
      </w:r>
      <w:proofErr w:type="spellStart"/>
      <w:r>
        <w:t>commande</w:t>
      </w:r>
      <w:proofErr w:type="spellEnd"/>
      <w:r>
        <w:t xml:space="preserve"> non </w:t>
      </w:r>
      <w:proofErr w:type="spellStart"/>
      <w:r>
        <w:t>expediee</w:t>
      </w:r>
      <w:proofErr w:type="spellEnd"/>
    </w:p>
    <w:p w14:paraId="4206F177" w14:textId="3ADAB294" w:rsidR="001041B8" w:rsidRDefault="00000000">
      <w:pPr>
        <w:pStyle w:val="Listepuces"/>
      </w:pPr>
      <w:proofErr w:type="spellStart"/>
      <w:r>
        <w:t>r</w:t>
      </w:r>
      <w:r w:rsidR="00037FE1">
        <w:t>é</w:t>
      </w:r>
      <w:r>
        <w:t>server</w:t>
      </w:r>
      <w:proofErr w:type="spellEnd"/>
      <w:r>
        <w:t xml:space="preserve"> un </w:t>
      </w:r>
      <w:proofErr w:type="spellStart"/>
      <w:r>
        <w:t>rendez</w:t>
      </w:r>
      <w:proofErr w:type="spellEnd"/>
      <w:r>
        <w:t>-vous</w:t>
      </w:r>
    </w:p>
    <w:p w14:paraId="1F6A2A3D" w14:textId="77777777" w:rsidR="001041B8" w:rsidRDefault="00000000">
      <w:pPr>
        <w:pStyle w:val="Listepuces"/>
      </w:pPr>
      <w:r>
        <w:t xml:space="preserve">consulter </w:t>
      </w:r>
      <w:proofErr w:type="spellStart"/>
      <w:r>
        <w:t>ses</w:t>
      </w:r>
      <w:proofErr w:type="spellEnd"/>
      <w:r>
        <w:t xml:space="preserve"> </w:t>
      </w:r>
      <w:proofErr w:type="spellStart"/>
      <w:r>
        <w:t>rendez</w:t>
      </w:r>
      <w:proofErr w:type="spellEnd"/>
      <w:r>
        <w:t>-vous</w:t>
      </w:r>
    </w:p>
    <w:p w14:paraId="46E32EFE" w14:textId="77777777" w:rsidR="001041B8" w:rsidRDefault="00000000">
      <w:pPr>
        <w:pStyle w:val="Listepuces"/>
      </w:pPr>
      <w:r>
        <w:t xml:space="preserve">consulter </w:t>
      </w:r>
      <w:proofErr w:type="spellStart"/>
      <w:r>
        <w:t>ses</w:t>
      </w:r>
      <w:proofErr w:type="spellEnd"/>
      <w:r>
        <w:t xml:space="preserve"> bons </w:t>
      </w:r>
      <w:proofErr w:type="spellStart"/>
      <w:r>
        <w:t>cadeaux</w:t>
      </w:r>
      <w:proofErr w:type="spellEnd"/>
      <w:r>
        <w:t xml:space="preserve"> </w:t>
      </w:r>
      <w:proofErr w:type="spellStart"/>
      <w:r>
        <w:t>disponibles</w:t>
      </w:r>
      <w:proofErr w:type="spellEnd"/>
    </w:p>
    <w:p w14:paraId="148E8F08" w14:textId="77777777" w:rsidR="001041B8" w:rsidRDefault="00000000">
      <w:pPr>
        <w:pStyle w:val="Listepuces"/>
      </w:pPr>
      <w:r>
        <w:t>modifier son mot de passe</w:t>
      </w:r>
    </w:p>
    <w:p w14:paraId="15F25D93" w14:textId="77777777" w:rsidR="001041B8" w:rsidRDefault="00000000">
      <w:pPr>
        <w:pStyle w:val="Titre2"/>
      </w:pPr>
      <w:bookmarkStart w:id="9" w:name="_Toc231178404"/>
      <w:r>
        <w:t>Employe</w:t>
      </w:r>
      <w:bookmarkEnd w:id="9"/>
    </w:p>
    <w:p w14:paraId="2E10E13E" w14:textId="77615AE9" w:rsidR="001041B8" w:rsidRPr="00E97067" w:rsidRDefault="00000000">
      <w:pPr>
        <w:rPr>
          <w:lang w:val="fr-FR"/>
        </w:rPr>
      </w:pPr>
      <w:r w:rsidRPr="00E97067">
        <w:rPr>
          <w:lang w:val="fr-FR"/>
        </w:rPr>
        <w:t>L'</w:t>
      </w:r>
      <w:r w:rsidR="006139CA" w:rsidRPr="00E97067">
        <w:rPr>
          <w:lang w:val="fr-FR"/>
        </w:rPr>
        <w:t>employé</w:t>
      </w:r>
      <w:r w:rsidRPr="00E97067">
        <w:rPr>
          <w:lang w:val="fr-FR"/>
        </w:rPr>
        <w:t xml:space="preserve"> peut travailler sur les </w:t>
      </w:r>
      <w:r w:rsidR="00037FE1" w:rsidRPr="00E97067">
        <w:rPr>
          <w:lang w:val="fr-FR"/>
        </w:rPr>
        <w:t>opérations</w:t>
      </w:r>
      <w:r w:rsidRPr="00E97067">
        <w:rPr>
          <w:lang w:val="fr-FR"/>
        </w:rPr>
        <w:t xml:space="preserve"> courantes :</w:t>
      </w:r>
    </w:p>
    <w:p w14:paraId="3C6E17DD" w14:textId="77777777" w:rsidR="001041B8" w:rsidRDefault="00000000">
      <w:pPr>
        <w:pStyle w:val="Listepuces"/>
      </w:pPr>
      <w:proofErr w:type="spellStart"/>
      <w:r>
        <w:lastRenderedPageBreak/>
        <w:t>caisse</w:t>
      </w:r>
      <w:proofErr w:type="spellEnd"/>
      <w:r>
        <w:t xml:space="preserve"> POS</w:t>
      </w:r>
    </w:p>
    <w:p w14:paraId="66964051" w14:textId="77777777" w:rsidR="001041B8" w:rsidRDefault="00000000">
      <w:pPr>
        <w:pStyle w:val="Listepuces"/>
      </w:pPr>
      <w:r>
        <w:t xml:space="preserve">planning </w:t>
      </w:r>
      <w:proofErr w:type="spellStart"/>
      <w:r>
        <w:t>operationnel</w:t>
      </w:r>
      <w:proofErr w:type="spellEnd"/>
    </w:p>
    <w:p w14:paraId="2D2E44C2" w14:textId="77777777" w:rsidR="001041B8" w:rsidRDefault="00000000">
      <w:pPr>
        <w:pStyle w:val="Listepuces"/>
      </w:pPr>
      <w:r>
        <w:t xml:space="preserve">fiches clients </w:t>
      </w:r>
      <w:proofErr w:type="spellStart"/>
      <w:r>
        <w:t>utiles</w:t>
      </w:r>
      <w:proofErr w:type="spellEnd"/>
    </w:p>
    <w:p w14:paraId="63109E71" w14:textId="77777777" w:rsidR="001041B8" w:rsidRDefault="00000000">
      <w:pPr>
        <w:pStyle w:val="Listepuces"/>
      </w:pPr>
      <w:r>
        <w:t>warehouse</w:t>
      </w:r>
    </w:p>
    <w:p w14:paraId="0F9B3856" w14:textId="77777777" w:rsidR="001041B8" w:rsidRDefault="00000000">
      <w:pPr>
        <w:pStyle w:val="Listepuces"/>
      </w:pPr>
      <w:proofErr w:type="spellStart"/>
      <w:r>
        <w:t>profil</w:t>
      </w:r>
      <w:proofErr w:type="spellEnd"/>
      <w:r>
        <w:t xml:space="preserve"> personnel</w:t>
      </w:r>
    </w:p>
    <w:p w14:paraId="5F0ED01D" w14:textId="77777777" w:rsidR="001041B8" w:rsidRDefault="00000000">
      <w:pPr>
        <w:pStyle w:val="Titre2"/>
      </w:pPr>
      <w:bookmarkStart w:id="10" w:name="_Toc231178405"/>
      <w:r>
        <w:t>Manager</w:t>
      </w:r>
      <w:bookmarkEnd w:id="10"/>
    </w:p>
    <w:p w14:paraId="3F8D5355" w14:textId="77777777" w:rsidR="001041B8" w:rsidRDefault="00000000">
      <w:r>
        <w:t xml:space="preserve">Le manager </w:t>
      </w:r>
      <w:proofErr w:type="spellStart"/>
      <w:r>
        <w:t>peut</w:t>
      </w:r>
      <w:proofErr w:type="spellEnd"/>
      <w:r>
        <w:t xml:space="preserve"> </w:t>
      </w:r>
      <w:proofErr w:type="spellStart"/>
      <w:proofErr w:type="gramStart"/>
      <w:r>
        <w:t>administrer</w:t>
      </w:r>
      <w:proofErr w:type="spellEnd"/>
      <w:r>
        <w:t xml:space="preserve"> :</w:t>
      </w:r>
      <w:proofErr w:type="gramEnd"/>
    </w:p>
    <w:p w14:paraId="68BE6FF8" w14:textId="77777777" w:rsidR="001041B8" w:rsidRDefault="00000000">
      <w:pPr>
        <w:pStyle w:val="Listepuces"/>
      </w:pPr>
      <w:r>
        <w:t>dashboard</w:t>
      </w:r>
    </w:p>
    <w:p w14:paraId="6CDA7E6B" w14:textId="77777777" w:rsidR="001041B8" w:rsidRDefault="00000000">
      <w:pPr>
        <w:pStyle w:val="Listepuces"/>
      </w:pPr>
      <w:proofErr w:type="spellStart"/>
      <w:r>
        <w:t>produits</w:t>
      </w:r>
      <w:proofErr w:type="spellEnd"/>
    </w:p>
    <w:p w14:paraId="1530BC58" w14:textId="77777777" w:rsidR="001041B8" w:rsidRDefault="00000000">
      <w:pPr>
        <w:pStyle w:val="Listepuces"/>
      </w:pPr>
      <w:proofErr w:type="spellStart"/>
      <w:r>
        <w:t>prestations</w:t>
      </w:r>
      <w:proofErr w:type="spellEnd"/>
    </w:p>
    <w:p w14:paraId="09B63DFC" w14:textId="77777777" w:rsidR="001041B8" w:rsidRDefault="00000000">
      <w:pPr>
        <w:pStyle w:val="Listepuces"/>
      </w:pPr>
      <w:r>
        <w:t>clients</w:t>
      </w:r>
    </w:p>
    <w:p w14:paraId="2F74A0FF" w14:textId="77777777" w:rsidR="001041B8" w:rsidRDefault="00000000">
      <w:pPr>
        <w:pStyle w:val="Listepuces"/>
      </w:pPr>
      <w:r>
        <w:t>employes</w:t>
      </w:r>
    </w:p>
    <w:p w14:paraId="2851362C" w14:textId="77777777" w:rsidR="001041B8" w:rsidRDefault="00000000">
      <w:pPr>
        <w:pStyle w:val="Listepuces"/>
      </w:pPr>
      <w:r>
        <w:t>managers</w:t>
      </w:r>
    </w:p>
    <w:p w14:paraId="4E98002A" w14:textId="77777777" w:rsidR="001041B8" w:rsidRDefault="00000000">
      <w:pPr>
        <w:pStyle w:val="Listepuces"/>
      </w:pPr>
      <w:r>
        <w:t>boutiques</w:t>
      </w:r>
    </w:p>
    <w:p w14:paraId="384B1E5B" w14:textId="77777777" w:rsidR="001041B8" w:rsidRDefault="00000000">
      <w:pPr>
        <w:pStyle w:val="Listepuces"/>
      </w:pPr>
      <w:proofErr w:type="spellStart"/>
      <w:r>
        <w:t>horaires</w:t>
      </w:r>
      <w:proofErr w:type="spellEnd"/>
    </w:p>
    <w:p w14:paraId="34D84D65" w14:textId="77777777" w:rsidR="001041B8" w:rsidRDefault="00000000">
      <w:pPr>
        <w:pStyle w:val="Listepuces"/>
      </w:pPr>
      <w:r>
        <w:t>CRM</w:t>
      </w:r>
    </w:p>
    <w:p w14:paraId="691DE857" w14:textId="77777777" w:rsidR="001041B8" w:rsidRDefault="00000000">
      <w:pPr>
        <w:pStyle w:val="Listepuces"/>
      </w:pPr>
      <w:proofErr w:type="spellStart"/>
      <w:r>
        <w:t>fidelite</w:t>
      </w:r>
      <w:proofErr w:type="spellEnd"/>
    </w:p>
    <w:p w14:paraId="3B674AD7" w14:textId="77777777" w:rsidR="001041B8" w:rsidRDefault="00000000">
      <w:pPr>
        <w:pStyle w:val="Listepuces"/>
      </w:pPr>
      <w:r>
        <w:t xml:space="preserve">bons </w:t>
      </w:r>
      <w:proofErr w:type="spellStart"/>
      <w:r>
        <w:t>cadeaux</w:t>
      </w:r>
      <w:proofErr w:type="spellEnd"/>
    </w:p>
    <w:p w14:paraId="04AEEFE7" w14:textId="77777777" w:rsidR="001041B8" w:rsidRDefault="00000000">
      <w:pPr>
        <w:pStyle w:val="Listepuces"/>
      </w:pPr>
      <w:r>
        <w:t>warehouse</w:t>
      </w:r>
    </w:p>
    <w:p w14:paraId="25FF69CA" w14:textId="77777777" w:rsidR="001041B8" w:rsidRDefault="00000000">
      <w:pPr>
        <w:pStyle w:val="Titre2"/>
      </w:pPr>
      <w:bookmarkStart w:id="11" w:name="_Toc231178406"/>
      <w:r>
        <w:t>A savoir</w:t>
      </w:r>
      <w:bookmarkEnd w:id="11"/>
    </w:p>
    <w:p w14:paraId="18A26758" w14:textId="3081B433" w:rsidR="001041B8" w:rsidRPr="00E97067" w:rsidRDefault="00000000">
      <w:pPr>
        <w:rPr>
          <w:lang w:val="fr-FR"/>
        </w:rPr>
      </w:pPr>
      <w:r w:rsidRPr="00E97067">
        <w:rPr>
          <w:lang w:val="fr-FR"/>
        </w:rPr>
        <w:t xml:space="preserve">Si une action n'est pas </w:t>
      </w:r>
      <w:r w:rsidR="006139CA" w:rsidRPr="00E97067">
        <w:rPr>
          <w:lang w:val="fr-FR"/>
        </w:rPr>
        <w:t>autorisée</w:t>
      </w:r>
      <w:r w:rsidRPr="00E97067">
        <w:rPr>
          <w:lang w:val="fr-FR"/>
        </w:rPr>
        <w:t xml:space="preserve">, </w:t>
      </w:r>
      <w:proofErr w:type="spellStart"/>
      <w:r w:rsidRPr="00E97067">
        <w:rPr>
          <w:lang w:val="fr-FR"/>
        </w:rPr>
        <w:t>Procuratio</w:t>
      </w:r>
      <w:proofErr w:type="spellEnd"/>
      <w:r w:rsidRPr="00E97067">
        <w:rPr>
          <w:lang w:val="fr-FR"/>
        </w:rPr>
        <w:t xml:space="preserve"> affiche un message d'erreur de permission.</w:t>
      </w:r>
    </w:p>
    <w:p w14:paraId="29636719" w14:textId="55227165" w:rsidR="001041B8" w:rsidRPr="00E97067" w:rsidRDefault="00000000">
      <w:pPr>
        <w:rPr>
          <w:lang w:val="fr-FR"/>
        </w:rPr>
      </w:pPr>
      <w:r w:rsidRPr="00E97067">
        <w:rPr>
          <w:lang w:val="fr-FR"/>
        </w:rPr>
        <w:t xml:space="preserve">Ce message signifie que le compte connecte n'a pas le droit </w:t>
      </w:r>
      <w:r w:rsidR="006139CA" w:rsidRPr="00E97067">
        <w:rPr>
          <w:lang w:val="fr-FR"/>
        </w:rPr>
        <w:t>nécessaire</w:t>
      </w:r>
      <w:r w:rsidRPr="00E97067">
        <w:rPr>
          <w:lang w:val="fr-FR"/>
        </w:rPr>
        <w:t>.</w:t>
      </w:r>
    </w:p>
    <w:p w14:paraId="1F43646A" w14:textId="7FCD2B15" w:rsidR="001041B8" w:rsidRPr="00E97067" w:rsidRDefault="00000000" w:rsidP="00833872">
      <w:pPr>
        <w:pStyle w:val="Titre1"/>
      </w:pPr>
      <w:bookmarkStart w:id="12" w:name="_Toc231178407"/>
      <w:r w:rsidRPr="00E97067">
        <w:t xml:space="preserve">Se connecter et se </w:t>
      </w:r>
      <w:r w:rsidR="006139CA" w:rsidRPr="00E97067">
        <w:t>déconnecter</w:t>
      </w:r>
      <w:bookmarkEnd w:id="12"/>
    </w:p>
    <w:p w14:paraId="1AEC002C" w14:textId="77777777" w:rsidR="001041B8" w:rsidRPr="00E97067" w:rsidRDefault="00000000">
      <w:pPr>
        <w:pStyle w:val="Titre2"/>
        <w:rPr>
          <w:lang w:val="fr-FR"/>
        </w:rPr>
      </w:pPr>
      <w:bookmarkStart w:id="13" w:name="_Toc231178408"/>
      <w:r w:rsidRPr="00E97067">
        <w:rPr>
          <w:lang w:val="fr-FR"/>
        </w:rPr>
        <w:t>Objectif</w:t>
      </w:r>
      <w:bookmarkEnd w:id="13"/>
    </w:p>
    <w:p w14:paraId="2D274432" w14:textId="77777777" w:rsidR="001041B8" w:rsidRPr="00E97067" w:rsidRDefault="00000000">
      <w:pPr>
        <w:rPr>
          <w:lang w:val="fr-FR"/>
        </w:rPr>
      </w:pPr>
      <w:r w:rsidRPr="00E97067">
        <w:rPr>
          <w:lang w:val="fr-FR"/>
        </w:rPr>
        <w:t>Ouvrir puis fermer correctement une session.</w:t>
      </w:r>
    </w:p>
    <w:p w14:paraId="629BEE88" w14:textId="7301A22B" w:rsidR="001041B8" w:rsidRPr="00E97067" w:rsidRDefault="00000000" w:rsidP="00037FE1">
      <w:pPr>
        <w:pStyle w:val="Titre2"/>
        <w:rPr>
          <w:lang w:val="fr-FR"/>
        </w:rPr>
      </w:pPr>
      <w:bookmarkStart w:id="14" w:name="_Toc231178409"/>
      <w:r w:rsidRPr="00E97067">
        <w:rPr>
          <w:lang w:val="fr-FR"/>
        </w:rPr>
        <w:t>Etapes pour se connecter</w:t>
      </w:r>
      <w:bookmarkEnd w:id="14"/>
    </w:p>
    <w:p w14:paraId="131AB106" w14:textId="77777777" w:rsidR="001041B8" w:rsidRDefault="00000000">
      <w:pPr>
        <w:rPr>
          <w:lang w:val="fr-FR"/>
        </w:rPr>
      </w:pPr>
      <w:r w:rsidRPr="00E97067">
        <w:rPr>
          <w:lang w:val="fr-FR"/>
        </w:rPr>
        <w:t>1. Ouvrir la page de connexion.</w:t>
      </w:r>
    </w:p>
    <w:p w14:paraId="2F443919" w14:textId="28042BC4" w:rsidR="00037FE1" w:rsidRPr="00E97067" w:rsidRDefault="00037FE1">
      <w:pPr>
        <w:rPr>
          <w:lang w:val="fr-FR"/>
        </w:rPr>
      </w:pPr>
      <w:r w:rsidRPr="00037FE1">
        <w:rPr>
          <w:noProof/>
          <w:lang w:val="fr-FR"/>
        </w:rPr>
        <w:lastRenderedPageBreak/>
        <w:drawing>
          <wp:inline distT="0" distB="0" distL="0" distR="0" wp14:anchorId="430FCF47" wp14:editId="216C7723">
            <wp:extent cx="5486400" cy="2583815"/>
            <wp:effectExtent l="0" t="0" r="0" b="6985"/>
            <wp:docPr id="66666349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666349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8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05EFF3" w14:textId="77777777" w:rsidR="001041B8" w:rsidRPr="00E97067" w:rsidRDefault="00000000">
      <w:pPr>
        <w:rPr>
          <w:lang w:val="fr-FR"/>
        </w:rPr>
      </w:pPr>
      <w:r w:rsidRPr="00E97067">
        <w:rPr>
          <w:lang w:val="fr-FR"/>
        </w:rPr>
        <w:t xml:space="preserve">2. Saisir l'adresse </w:t>
      </w:r>
      <w:proofErr w:type="gramStart"/>
      <w:r w:rsidRPr="00E97067">
        <w:rPr>
          <w:lang w:val="fr-FR"/>
        </w:rPr>
        <w:t>email</w:t>
      </w:r>
      <w:proofErr w:type="gramEnd"/>
      <w:r w:rsidRPr="00E97067">
        <w:rPr>
          <w:lang w:val="fr-FR"/>
        </w:rPr>
        <w:t xml:space="preserve"> du compte.</w:t>
      </w:r>
    </w:p>
    <w:p w14:paraId="38D2FCAB" w14:textId="77777777" w:rsidR="001041B8" w:rsidRPr="00E97067" w:rsidRDefault="00000000">
      <w:pPr>
        <w:rPr>
          <w:lang w:val="fr-FR"/>
        </w:rPr>
      </w:pPr>
      <w:r w:rsidRPr="00E97067">
        <w:rPr>
          <w:lang w:val="fr-FR"/>
        </w:rPr>
        <w:t>3. Saisir le mot de passe.</w:t>
      </w:r>
    </w:p>
    <w:p w14:paraId="1133F93A" w14:textId="77777777" w:rsidR="001041B8" w:rsidRPr="00E97067" w:rsidRDefault="00000000">
      <w:pPr>
        <w:rPr>
          <w:lang w:val="fr-FR"/>
        </w:rPr>
      </w:pPr>
      <w:r w:rsidRPr="00E97067">
        <w:rPr>
          <w:lang w:val="fr-FR"/>
        </w:rPr>
        <w:t>4. Cliquer sur le bouton de connexion.</w:t>
      </w:r>
    </w:p>
    <w:p w14:paraId="11ECED08" w14:textId="77777777" w:rsidR="001041B8" w:rsidRPr="00E97067" w:rsidRDefault="00000000">
      <w:pPr>
        <w:rPr>
          <w:lang w:val="fr-FR"/>
        </w:rPr>
      </w:pPr>
      <w:r w:rsidRPr="00E97067">
        <w:rPr>
          <w:lang w:val="fr-FR"/>
        </w:rPr>
        <w:t>5. Attendre la redirection automatique.</w:t>
      </w:r>
    </w:p>
    <w:p w14:paraId="494DFFE8" w14:textId="77777777" w:rsidR="001041B8" w:rsidRPr="00E97067" w:rsidRDefault="001041B8">
      <w:pPr>
        <w:rPr>
          <w:lang w:val="fr-FR"/>
        </w:rPr>
      </w:pPr>
    </w:p>
    <w:p w14:paraId="505F435E" w14:textId="383E434E" w:rsidR="001041B8" w:rsidRPr="00E97067" w:rsidRDefault="00037FE1">
      <w:pPr>
        <w:pStyle w:val="Titre2"/>
        <w:rPr>
          <w:lang w:val="fr-FR"/>
        </w:rPr>
      </w:pPr>
      <w:bookmarkStart w:id="15" w:name="_Toc231178410"/>
      <w:r w:rsidRPr="00E97067">
        <w:rPr>
          <w:lang w:val="fr-FR"/>
        </w:rPr>
        <w:t>Résultat attendu</w:t>
      </w:r>
      <w:bookmarkEnd w:id="15"/>
    </w:p>
    <w:p w14:paraId="6113F9EF" w14:textId="77777777" w:rsidR="001041B8" w:rsidRPr="00E97067" w:rsidRDefault="00000000">
      <w:pPr>
        <w:pStyle w:val="Listepuces"/>
        <w:rPr>
          <w:lang w:val="fr-FR"/>
        </w:rPr>
      </w:pPr>
      <w:proofErr w:type="gramStart"/>
      <w:r w:rsidRPr="00E97067">
        <w:rPr>
          <w:lang w:val="fr-FR"/>
        </w:rPr>
        <w:t>un</w:t>
      </w:r>
      <w:proofErr w:type="gramEnd"/>
      <w:r w:rsidRPr="00E97067">
        <w:rPr>
          <w:lang w:val="fr-FR"/>
        </w:rPr>
        <w:t xml:space="preserve"> client arrive dans l'espace client</w:t>
      </w:r>
    </w:p>
    <w:p w14:paraId="56681F5D" w14:textId="2D573ED9" w:rsidR="001041B8" w:rsidRPr="00E97067" w:rsidRDefault="00000000">
      <w:pPr>
        <w:pStyle w:val="Listepuces"/>
        <w:rPr>
          <w:lang w:val="fr-FR"/>
        </w:rPr>
      </w:pPr>
      <w:proofErr w:type="gramStart"/>
      <w:r w:rsidRPr="00E97067">
        <w:rPr>
          <w:lang w:val="fr-FR"/>
        </w:rPr>
        <w:t>un</w:t>
      </w:r>
      <w:proofErr w:type="gramEnd"/>
      <w:r w:rsidRPr="00E97067">
        <w:rPr>
          <w:lang w:val="fr-FR"/>
        </w:rPr>
        <w:t xml:space="preserve"> </w:t>
      </w:r>
      <w:r w:rsidR="006139CA" w:rsidRPr="00E97067">
        <w:rPr>
          <w:lang w:val="fr-FR"/>
        </w:rPr>
        <w:t>employé</w:t>
      </w:r>
      <w:r w:rsidRPr="00E97067">
        <w:rPr>
          <w:lang w:val="fr-FR"/>
        </w:rPr>
        <w:t xml:space="preserve"> arrive dans le back-office</w:t>
      </w:r>
    </w:p>
    <w:p w14:paraId="73880EF2" w14:textId="77777777" w:rsidR="001041B8" w:rsidRPr="00E97067" w:rsidRDefault="00000000">
      <w:pPr>
        <w:pStyle w:val="Listepuces"/>
        <w:rPr>
          <w:lang w:val="fr-FR"/>
        </w:rPr>
      </w:pPr>
      <w:proofErr w:type="gramStart"/>
      <w:r w:rsidRPr="00E97067">
        <w:rPr>
          <w:lang w:val="fr-FR"/>
        </w:rPr>
        <w:t>un</w:t>
      </w:r>
      <w:proofErr w:type="gramEnd"/>
      <w:r w:rsidRPr="00E97067">
        <w:rPr>
          <w:lang w:val="fr-FR"/>
        </w:rPr>
        <w:t xml:space="preserve"> manager arrive dans le back-office avec plus de menus</w:t>
      </w:r>
    </w:p>
    <w:p w14:paraId="62DF692F" w14:textId="3565E66D" w:rsidR="001041B8" w:rsidRPr="00E97067" w:rsidRDefault="00000000">
      <w:pPr>
        <w:pStyle w:val="Titre2"/>
        <w:rPr>
          <w:lang w:val="fr-FR"/>
        </w:rPr>
      </w:pPr>
      <w:bookmarkStart w:id="16" w:name="_Toc231178411"/>
      <w:r w:rsidRPr="00E97067">
        <w:rPr>
          <w:lang w:val="fr-FR"/>
        </w:rPr>
        <w:t xml:space="preserve">Etapes pour se </w:t>
      </w:r>
      <w:r w:rsidR="00037FE1" w:rsidRPr="00E97067">
        <w:rPr>
          <w:lang w:val="fr-FR"/>
        </w:rPr>
        <w:t>déconnecter</w:t>
      </w:r>
      <w:bookmarkEnd w:id="16"/>
    </w:p>
    <w:p w14:paraId="4F3B7BA7" w14:textId="77777777" w:rsidR="001041B8" w:rsidRDefault="00000000">
      <w:pPr>
        <w:rPr>
          <w:lang w:val="fr-FR"/>
        </w:rPr>
      </w:pPr>
      <w:r w:rsidRPr="00E97067">
        <w:rPr>
          <w:lang w:val="fr-FR"/>
        </w:rPr>
        <w:t>1. Cliquer sur `Log out`.</w:t>
      </w:r>
    </w:p>
    <w:p w14:paraId="08AFC3D3" w14:textId="16B08978" w:rsidR="00037FE1" w:rsidRPr="00037FE1" w:rsidRDefault="00F13082">
      <w:pPr>
        <w:rPr>
          <w:lang w:val="fr-FR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415040" behindDoc="0" locked="0" layoutInCell="1" allowOverlap="1" wp14:anchorId="0D9687A1" wp14:editId="1269697F">
                <wp:simplePos x="0" y="0"/>
                <wp:positionH relativeFrom="column">
                  <wp:posOffset>-19050</wp:posOffset>
                </wp:positionH>
                <wp:positionV relativeFrom="paragraph">
                  <wp:posOffset>3487420</wp:posOffset>
                </wp:positionV>
                <wp:extent cx="752475" cy="381000"/>
                <wp:effectExtent l="57150" t="38100" r="66675" b="95250"/>
                <wp:wrapNone/>
                <wp:docPr id="190449695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475" cy="3810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8076C1F" id="Rectangle 4" o:spid="_x0000_s1026" style="position:absolute;margin-left:-1.5pt;margin-top:274.6pt;width:59.25pt;height:30pt;z-index:25141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" filled="f" strokecolor="#c00000" strokeweight="2.25pt">
                <v:shadow on="t" color="black" opacity="22937f" origin=",.5" offset="0,.63889mm"/>
              </v:rect>
            </w:pict>
          </mc:Fallback>
        </mc:AlternateContent>
      </w:r>
      <w:r w:rsidR="00037FE1">
        <w:rPr>
          <w:noProof/>
        </w:rPr>
        <w:drawing>
          <wp:inline distT="0" distB="0" distL="0" distR="0" wp14:anchorId="261F64B2" wp14:editId="214C55AB">
            <wp:extent cx="5486400" cy="3827780"/>
            <wp:effectExtent l="0" t="0" r="0" b="1270"/>
            <wp:docPr id="1678498511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82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038F6F" w14:textId="7799D1A8" w:rsidR="001041B8" w:rsidRPr="00E97067" w:rsidRDefault="00000000">
      <w:pPr>
        <w:rPr>
          <w:lang w:val="fr-FR"/>
        </w:rPr>
      </w:pPr>
      <w:r w:rsidRPr="00E97067">
        <w:rPr>
          <w:lang w:val="fr-FR"/>
        </w:rPr>
        <w:t xml:space="preserve">2. </w:t>
      </w:r>
      <w:r w:rsidR="006139CA" w:rsidRPr="00E97067">
        <w:rPr>
          <w:lang w:val="fr-FR"/>
        </w:rPr>
        <w:t>Vérifier</w:t>
      </w:r>
      <w:r w:rsidRPr="00E97067">
        <w:rPr>
          <w:lang w:val="fr-FR"/>
        </w:rPr>
        <w:t xml:space="preserve"> que la page de connexion s'affiche.</w:t>
      </w:r>
    </w:p>
    <w:p w14:paraId="7BA26006" w14:textId="0983383C" w:rsidR="001041B8" w:rsidRPr="00E97067" w:rsidRDefault="00000000">
      <w:pPr>
        <w:rPr>
          <w:lang w:val="fr-FR"/>
        </w:rPr>
      </w:pPr>
      <w:r w:rsidRPr="00E97067">
        <w:rPr>
          <w:lang w:val="fr-FR"/>
        </w:rPr>
        <w:t xml:space="preserve">3. Fermer l'onglet si la session est </w:t>
      </w:r>
      <w:r w:rsidR="006139CA" w:rsidRPr="00E97067">
        <w:rPr>
          <w:lang w:val="fr-FR"/>
        </w:rPr>
        <w:t>terminée</w:t>
      </w:r>
      <w:r w:rsidRPr="00E97067">
        <w:rPr>
          <w:lang w:val="fr-FR"/>
        </w:rPr>
        <w:t>.</w:t>
      </w:r>
    </w:p>
    <w:p w14:paraId="2498EE77" w14:textId="7CFAB11F" w:rsidR="001041B8" w:rsidRPr="00E97067" w:rsidRDefault="00000000" w:rsidP="00833872">
      <w:pPr>
        <w:pStyle w:val="Titre1"/>
      </w:pPr>
      <w:bookmarkStart w:id="17" w:name="_Toc231178412"/>
      <w:r w:rsidRPr="00E97067">
        <w:t>Parcours client : consulter le catalogue</w:t>
      </w:r>
      <w:bookmarkEnd w:id="17"/>
    </w:p>
    <w:p w14:paraId="1A010574" w14:textId="77777777" w:rsidR="001041B8" w:rsidRPr="00E97067" w:rsidRDefault="00000000">
      <w:pPr>
        <w:pStyle w:val="Titre2"/>
        <w:rPr>
          <w:lang w:val="fr-FR"/>
        </w:rPr>
      </w:pPr>
      <w:bookmarkStart w:id="18" w:name="_Toc231178413"/>
      <w:r w:rsidRPr="00E97067">
        <w:rPr>
          <w:lang w:val="fr-FR"/>
        </w:rPr>
        <w:t>Objectif</w:t>
      </w:r>
      <w:bookmarkEnd w:id="18"/>
    </w:p>
    <w:p w14:paraId="53746425" w14:textId="77777777" w:rsidR="001041B8" w:rsidRPr="00E97067" w:rsidRDefault="00000000">
      <w:pPr>
        <w:rPr>
          <w:lang w:val="fr-FR"/>
        </w:rPr>
      </w:pPr>
      <w:r w:rsidRPr="00E97067">
        <w:rPr>
          <w:lang w:val="fr-FR"/>
        </w:rPr>
        <w:t>Trouver un produit disponible dans le catalogue client.</w:t>
      </w:r>
    </w:p>
    <w:p w14:paraId="3F4ACAAD" w14:textId="77777777" w:rsidR="001041B8" w:rsidRPr="00E97067" w:rsidRDefault="00000000">
      <w:pPr>
        <w:pStyle w:val="Titre2"/>
        <w:rPr>
          <w:lang w:val="fr-FR"/>
        </w:rPr>
      </w:pPr>
      <w:bookmarkStart w:id="19" w:name="_Toc231178414"/>
      <w:r w:rsidRPr="00E97067">
        <w:rPr>
          <w:lang w:val="fr-FR"/>
        </w:rPr>
        <w:t>Qui peut le faire</w:t>
      </w:r>
      <w:bookmarkEnd w:id="19"/>
    </w:p>
    <w:p w14:paraId="5A3385D2" w14:textId="77777777" w:rsidR="001041B8" w:rsidRPr="00E97067" w:rsidRDefault="00000000">
      <w:pPr>
        <w:rPr>
          <w:lang w:val="fr-FR"/>
        </w:rPr>
      </w:pPr>
      <w:r w:rsidRPr="00E97067">
        <w:rPr>
          <w:lang w:val="fr-FR"/>
        </w:rPr>
        <w:t>Client connecte.</w:t>
      </w:r>
    </w:p>
    <w:p w14:paraId="05A1B856" w14:textId="77777777" w:rsidR="001041B8" w:rsidRPr="00E97067" w:rsidRDefault="001041B8">
      <w:pPr>
        <w:rPr>
          <w:lang w:val="fr-FR"/>
        </w:rPr>
      </w:pPr>
    </w:p>
    <w:p w14:paraId="28297610" w14:textId="77777777" w:rsidR="001041B8" w:rsidRPr="00E97067" w:rsidRDefault="00000000">
      <w:pPr>
        <w:pStyle w:val="Titre2"/>
        <w:rPr>
          <w:lang w:val="fr-FR"/>
        </w:rPr>
      </w:pPr>
      <w:bookmarkStart w:id="20" w:name="_Toc231178415"/>
      <w:r w:rsidRPr="00E97067">
        <w:rPr>
          <w:lang w:val="fr-FR"/>
        </w:rPr>
        <w:t>Etapes</w:t>
      </w:r>
      <w:bookmarkEnd w:id="20"/>
    </w:p>
    <w:p w14:paraId="5F56DCA0" w14:textId="77777777" w:rsidR="001041B8" w:rsidRDefault="00000000">
      <w:pPr>
        <w:rPr>
          <w:lang w:val="fr-FR"/>
        </w:rPr>
      </w:pPr>
      <w:r w:rsidRPr="00E97067">
        <w:rPr>
          <w:lang w:val="fr-FR"/>
        </w:rPr>
        <w:t>1. Ouvrir le menu `</w:t>
      </w:r>
      <w:proofErr w:type="spellStart"/>
      <w:r w:rsidRPr="00E97067">
        <w:rPr>
          <w:lang w:val="fr-FR"/>
        </w:rPr>
        <w:t>Catalog</w:t>
      </w:r>
      <w:proofErr w:type="spellEnd"/>
      <w:r w:rsidRPr="00E97067">
        <w:rPr>
          <w:lang w:val="fr-FR"/>
        </w:rPr>
        <w:t>`.</w:t>
      </w:r>
    </w:p>
    <w:p w14:paraId="4A15B6C1" w14:textId="276E356A" w:rsidR="005C484E" w:rsidRPr="00E97067" w:rsidRDefault="005C484E">
      <w:pPr>
        <w:rPr>
          <w:lang w:val="fr-FR"/>
        </w:rPr>
      </w:pPr>
      <w:r>
        <w:rPr>
          <w:noProof/>
        </w:rPr>
        <w:lastRenderedPageBreak/>
        <w:drawing>
          <wp:inline distT="0" distB="0" distL="0" distR="0" wp14:anchorId="03D3E155" wp14:editId="7292481B">
            <wp:extent cx="5486400" cy="5269230"/>
            <wp:effectExtent l="0" t="0" r="0" b="7620"/>
            <wp:docPr id="52692692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269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5AD911" w14:textId="260275A9" w:rsidR="001041B8" w:rsidRPr="00E97067" w:rsidRDefault="00000000">
      <w:pPr>
        <w:rPr>
          <w:lang w:val="fr-FR"/>
        </w:rPr>
      </w:pPr>
      <w:r w:rsidRPr="00E97067">
        <w:rPr>
          <w:lang w:val="fr-FR"/>
        </w:rPr>
        <w:t xml:space="preserve">2. Saisir un mot </w:t>
      </w:r>
      <w:r w:rsidR="005C484E" w:rsidRPr="00E97067">
        <w:rPr>
          <w:lang w:val="fr-FR"/>
        </w:rPr>
        <w:t>clé</w:t>
      </w:r>
      <w:r w:rsidRPr="00E97067">
        <w:rPr>
          <w:lang w:val="fr-FR"/>
        </w:rPr>
        <w:t xml:space="preserve"> dans le champ de recherche.</w:t>
      </w:r>
    </w:p>
    <w:p w14:paraId="12462D15" w14:textId="77777777" w:rsidR="001041B8" w:rsidRPr="00E97067" w:rsidRDefault="00000000">
      <w:pPr>
        <w:rPr>
          <w:lang w:val="fr-FR"/>
        </w:rPr>
      </w:pPr>
      <w:r w:rsidRPr="00E97067">
        <w:rPr>
          <w:lang w:val="fr-FR"/>
        </w:rPr>
        <w:t>3. Filtrer par marque si besoin.</w:t>
      </w:r>
    </w:p>
    <w:p w14:paraId="293C322E" w14:textId="77777777" w:rsidR="001041B8" w:rsidRPr="00E97067" w:rsidRDefault="00000000">
      <w:pPr>
        <w:rPr>
          <w:lang w:val="fr-FR"/>
        </w:rPr>
      </w:pPr>
      <w:r w:rsidRPr="00E97067">
        <w:rPr>
          <w:lang w:val="fr-FR"/>
        </w:rPr>
        <w:t>4. Filtrer par type si besoin.</w:t>
      </w:r>
    </w:p>
    <w:p w14:paraId="055DE75B" w14:textId="77777777" w:rsidR="001041B8" w:rsidRPr="00E97067" w:rsidRDefault="00000000">
      <w:pPr>
        <w:rPr>
          <w:lang w:val="fr-FR"/>
        </w:rPr>
      </w:pPr>
      <w:r w:rsidRPr="00E97067">
        <w:rPr>
          <w:lang w:val="fr-FR"/>
        </w:rPr>
        <w:t>5. Renseigner un prix minimum ou maximum si besoin.</w:t>
      </w:r>
    </w:p>
    <w:p w14:paraId="7E813CF6" w14:textId="77777777" w:rsidR="001041B8" w:rsidRPr="00E97067" w:rsidRDefault="00000000">
      <w:pPr>
        <w:rPr>
          <w:lang w:val="fr-FR"/>
        </w:rPr>
      </w:pPr>
      <w:r w:rsidRPr="00E97067">
        <w:rPr>
          <w:lang w:val="fr-FR"/>
        </w:rPr>
        <w:t>6. Choisir le tri.</w:t>
      </w:r>
    </w:p>
    <w:p w14:paraId="3F0C9E55" w14:textId="77777777" w:rsidR="001041B8" w:rsidRPr="00E97067" w:rsidRDefault="00000000">
      <w:pPr>
        <w:rPr>
          <w:lang w:val="fr-FR"/>
        </w:rPr>
      </w:pPr>
      <w:r w:rsidRPr="00E97067">
        <w:rPr>
          <w:lang w:val="fr-FR"/>
        </w:rPr>
        <w:t>7. Choisir l'ordre de tri.</w:t>
      </w:r>
    </w:p>
    <w:p w14:paraId="6222EB2F" w14:textId="0F44A43A" w:rsidR="001041B8" w:rsidRPr="00E97067" w:rsidRDefault="00000000">
      <w:pPr>
        <w:rPr>
          <w:lang w:val="fr-FR"/>
        </w:rPr>
      </w:pPr>
      <w:r w:rsidRPr="00E97067">
        <w:rPr>
          <w:lang w:val="fr-FR"/>
        </w:rPr>
        <w:t xml:space="preserve">8. Consulter les cartes produits </w:t>
      </w:r>
      <w:r w:rsidR="005C484E" w:rsidRPr="00E97067">
        <w:rPr>
          <w:lang w:val="fr-FR"/>
        </w:rPr>
        <w:t>affichées</w:t>
      </w:r>
      <w:r w:rsidRPr="00E97067">
        <w:rPr>
          <w:lang w:val="fr-FR"/>
        </w:rPr>
        <w:t>.</w:t>
      </w:r>
    </w:p>
    <w:p w14:paraId="70A54EC6" w14:textId="7C3665E6" w:rsidR="001041B8" w:rsidRDefault="00000000">
      <w:pPr>
        <w:rPr>
          <w:lang w:val="fr-FR"/>
        </w:rPr>
      </w:pPr>
      <w:r w:rsidRPr="00E97067">
        <w:rPr>
          <w:lang w:val="fr-FR"/>
        </w:rPr>
        <w:t xml:space="preserve">9. Cliquer sur un produit pour ouvrir sa fiche </w:t>
      </w:r>
      <w:r w:rsidR="005C484E" w:rsidRPr="00E97067">
        <w:rPr>
          <w:lang w:val="fr-FR"/>
        </w:rPr>
        <w:t>détail</w:t>
      </w:r>
      <w:r w:rsidRPr="00E97067">
        <w:rPr>
          <w:lang w:val="fr-FR"/>
        </w:rPr>
        <w:t>.</w:t>
      </w:r>
    </w:p>
    <w:p w14:paraId="77F0C314" w14:textId="69DBA6FD" w:rsidR="005C484E" w:rsidRPr="00E97067" w:rsidRDefault="005C484E">
      <w:pPr>
        <w:rPr>
          <w:lang w:val="fr-FR"/>
        </w:rPr>
      </w:pPr>
      <w:r>
        <w:rPr>
          <w:noProof/>
        </w:rPr>
        <w:lastRenderedPageBreak/>
        <w:drawing>
          <wp:inline distT="0" distB="0" distL="0" distR="0" wp14:anchorId="254595D6" wp14:editId="760FF404">
            <wp:extent cx="5486400" cy="3827780"/>
            <wp:effectExtent l="0" t="0" r="0" b="1270"/>
            <wp:docPr id="1238066549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82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329BD1" w14:textId="785D7473" w:rsidR="001041B8" w:rsidRPr="00E97067" w:rsidRDefault="005C484E">
      <w:pPr>
        <w:pStyle w:val="Titre2"/>
        <w:rPr>
          <w:lang w:val="fr-FR"/>
        </w:rPr>
      </w:pPr>
      <w:bookmarkStart w:id="21" w:name="_Toc231178416"/>
      <w:r w:rsidRPr="00E97067">
        <w:rPr>
          <w:lang w:val="fr-FR"/>
        </w:rPr>
        <w:t>Résultat attendu</w:t>
      </w:r>
      <w:bookmarkEnd w:id="21"/>
    </w:p>
    <w:p w14:paraId="27344D49" w14:textId="77777777" w:rsidR="001041B8" w:rsidRPr="00E97067" w:rsidRDefault="00000000">
      <w:pPr>
        <w:rPr>
          <w:lang w:val="fr-FR"/>
        </w:rPr>
      </w:pPr>
      <w:r w:rsidRPr="00E97067">
        <w:rPr>
          <w:lang w:val="fr-FR"/>
        </w:rPr>
        <w:t>La liste se limite aux produits correspondant aux filtres.</w:t>
      </w:r>
    </w:p>
    <w:p w14:paraId="1C85A218" w14:textId="13D77DA8" w:rsidR="001041B8" w:rsidRPr="00E97067" w:rsidRDefault="00000000">
      <w:pPr>
        <w:rPr>
          <w:lang w:val="fr-FR"/>
        </w:rPr>
      </w:pPr>
      <w:r w:rsidRPr="00E97067">
        <w:rPr>
          <w:lang w:val="fr-FR"/>
        </w:rPr>
        <w:t xml:space="preserve">La fiche </w:t>
      </w:r>
      <w:r w:rsidR="005C484E" w:rsidRPr="00E97067">
        <w:rPr>
          <w:lang w:val="fr-FR"/>
        </w:rPr>
        <w:t>détail</w:t>
      </w:r>
      <w:r w:rsidRPr="00E97067">
        <w:rPr>
          <w:lang w:val="fr-FR"/>
        </w:rPr>
        <w:t xml:space="preserve"> affiche les informations du produit, son prix, son stock et sa description.</w:t>
      </w:r>
    </w:p>
    <w:p w14:paraId="479A34A7" w14:textId="77777777" w:rsidR="001041B8" w:rsidRPr="00E97067" w:rsidRDefault="00000000">
      <w:pPr>
        <w:pStyle w:val="Titre2"/>
        <w:rPr>
          <w:lang w:val="fr-FR"/>
        </w:rPr>
      </w:pPr>
      <w:bookmarkStart w:id="22" w:name="_Toc231178417"/>
      <w:r w:rsidRPr="00E97067">
        <w:rPr>
          <w:lang w:val="fr-FR"/>
        </w:rPr>
        <w:t>A savoir</w:t>
      </w:r>
      <w:bookmarkEnd w:id="22"/>
    </w:p>
    <w:p w14:paraId="75AD48F8" w14:textId="060CECDC" w:rsidR="001041B8" w:rsidRPr="00E97067" w:rsidRDefault="00000000">
      <w:pPr>
        <w:rPr>
          <w:lang w:val="fr-FR"/>
        </w:rPr>
      </w:pPr>
      <w:r w:rsidRPr="00E97067">
        <w:rPr>
          <w:lang w:val="fr-FR"/>
        </w:rPr>
        <w:t xml:space="preserve">Un produit sans stock ou avec stock insuffisant peut </w:t>
      </w:r>
      <w:r w:rsidR="005C484E" w:rsidRPr="00E97067">
        <w:rPr>
          <w:lang w:val="fr-FR"/>
        </w:rPr>
        <w:t>être</w:t>
      </w:r>
      <w:r w:rsidRPr="00E97067">
        <w:rPr>
          <w:lang w:val="fr-FR"/>
        </w:rPr>
        <w:t xml:space="preserve"> visible mais non achetable.</w:t>
      </w:r>
    </w:p>
    <w:p w14:paraId="7A6CAEBA" w14:textId="3869F310" w:rsidR="001041B8" w:rsidRPr="00E97067" w:rsidRDefault="00000000" w:rsidP="00833872">
      <w:pPr>
        <w:pStyle w:val="Titre1"/>
      </w:pPr>
      <w:bookmarkStart w:id="23" w:name="_Toc231178418"/>
      <w:r w:rsidRPr="00E97067">
        <w:t>Parcours client : acheter un produit</w:t>
      </w:r>
      <w:bookmarkEnd w:id="23"/>
    </w:p>
    <w:p w14:paraId="3595195F" w14:textId="77777777" w:rsidR="001041B8" w:rsidRPr="00E97067" w:rsidRDefault="00000000">
      <w:pPr>
        <w:pStyle w:val="Titre2"/>
        <w:rPr>
          <w:lang w:val="fr-FR"/>
        </w:rPr>
      </w:pPr>
      <w:bookmarkStart w:id="24" w:name="_Toc231178419"/>
      <w:r w:rsidRPr="00E97067">
        <w:rPr>
          <w:lang w:val="fr-FR"/>
        </w:rPr>
        <w:t>Objectif</w:t>
      </w:r>
      <w:bookmarkEnd w:id="24"/>
    </w:p>
    <w:p w14:paraId="47057E7F" w14:textId="1F4E730D" w:rsidR="001041B8" w:rsidRPr="00E97067" w:rsidRDefault="00000000">
      <w:pPr>
        <w:rPr>
          <w:lang w:val="fr-FR"/>
        </w:rPr>
      </w:pPr>
      <w:r w:rsidRPr="00E97067">
        <w:rPr>
          <w:lang w:val="fr-FR"/>
        </w:rPr>
        <w:t xml:space="preserve">Ajouter un produit au panier puis </w:t>
      </w:r>
      <w:r w:rsidR="005C484E" w:rsidRPr="00E97067">
        <w:rPr>
          <w:lang w:val="fr-FR"/>
        </w:rPr>
        <w:t>préparer</w:t>
      </w:r>
      <w:r w:rsidRPr="00E97067">
        <w:rPr>
          <w:lang w:val="fr-FR"/>
        </w:rPr>
        <w:t xml:space="preserve"> une commande.</w:t>
      </w:r>
    </w:p>
    <w:p w14:paraId="02696BAE" w14:textId="77777777" w:rsidR="001041B8" w:rsidRPr="00E97067" w:rsidRDefault="00000000">
      <w:pPr>
        <w:pStyle w:val="Titre2"/>
        <w:rPr>
          <w:lang w:val="fr-FR"/>
        </w:rPr>
      </w:pPr>
      <w:bookmarkStart w:id="25" w:name="_Toc231178420"/>
      <w:r w:rsidRPr="00E97067">
        <w:rPr>
          <w:lang w:val="fr-FR"/>
        </w:rPr>
        <w:t>Qui peut le faire</w:t>
      </w:r>
      <w:bookmarkEnd w:id="25"/>
    </w:p>
    <w:p w14:paraId="47D53D91" w14:textId="77777777" w:rsidR="001041B8" w:rsidRPr="00E97067" w:rsidRDefault="00000000">
      <w:pPr>
        <w:rPr>
          <w:lang w:val="fr-FR"/>
        </w:rPr>
      </w:pPr>
      <w:r w:rsidRPr="00E97067">
        <w:rPr>
          <w:lang w:val="fr-FR"/>
        </w:rPr>
        <w:t>Client connecte.</w:t>
      </w:r>
    </w:p>
    <w:p w14:paraId="7268A83D" w14:textId="77777777" w:rsidR="001041B8" w:rsidRPr="00E97067" w:rsidRDefault="00000000">
      <w:pPr>
        <w:pStyle w:val="Titre2"/>
        <w:rPr>
          <w:lang w:val="fr-FR"/>
        </w:rPr>
      </w:pPr>
      <w:bookmarkStart w:id="26" w:name="_Toc231178421"/>
      <w:r w:rsidRPr="00E97067">
        <w:rPr>
          <w:lang w:val="fr-FR"/>
        </w:rPr>
        <w:t>Etapes</w:t>
      </w:r>
      <w:bookmarkEnd w:id="26"/>
    </w:p>
    <w:p w14:paraId="2C1EF89E" w14:textId="77777777" w:rsidR="001041B8" w:rsidRDefault="00000000">
      <w:pPr>
        <w:rPr>
          <w:lang w:val="fr-FR"/>
        </w:rPr>
      </w:pPr>
      <w:r w:rsidRPr="00E97067">
        <w:rPr>
          <w:lang w:val="fr-FR"/>
        </w:rPr>
        <w:t>1. Ouvrir le catalogue.</w:t>
      </w:r>
    </w:p>
    <w:p w14:paraId="588FEB04" w14:textId="4FFDAA40" w:rsidR="005C484E" w:rsidRPr="00E97067" w:rsidRDefault="005C484E">
      <w:pPr>
        <w:rPr>
          <w:lang w:val="fr-FR"/>
        </w:rPr>
      </w:pPr>
      <w:r>
        <w:rPr>
          <w:noProof/>
        </w:rPr>
        <w:lastRenderedPageBreak/>
        <w:drawing>
          <wp:inline distT="0" distB="0" distL="0" distR="0" wp14:anchorId="10F2B73C" wp14:editId="629FBCBE">
            <wp:extent cx="5486400" cy="5269230"/>
            <wp:effectExtent l="0" t="0" r="0" b="7620"/>
            <wp:docPr id="726791382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269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34A29C" w14:textId="77777777" w:rsidR="001041B8" w:rsidRPr="00E97067" w:rsidRDefault="00000000">
      <w:pPr>
        <w:rPr>
          <w:lang w:val="fr-FR"/>
        </w:rPr>
      </w:pPr>
      <w:r w:rsidRPr="00E97067">
        <w:rPr>
          <w:lang w:val="fr-FR"/>
        </w:rPr>
        <w:t>2. Rechercher le produit souhaite.</w:t>
      </w:r>
    </w:p>
    <w:p w14:paraId="6D4F1303" w14:textId="77777777" w:rsidR="001041B8" w:rsidRDefault="00000000">
      <w:pPr>
        <w:rPr>
          <w:lang w:val="fr-FR"/>
        </w:rPr>
      </w:pPr>
      <w:r w:rsidRPr="00E97067">
        <w:rPr>
          <w:lang w:val="fr-FR"/>
        </w:rPr>
        <w:t>3. Ouvrir la fiche produit.</w:t>
      </w:r>
    </w:p>
    <w:p w14:paraId="467FB6D4" w14:textId="0027546A" w:rsidR="005C484E" w:rsidRPr="00E97067" w:rsidRDefault="005C484E">
      <w:pPr>
        <w:rPr>
          <w:lang w:val="fr-FR"/>
        </w:rPr>
      </w:pPr>
      <w:r>
        <w:rPr>
          <w:noProof/>
        </w:rPr>
        <w:lastRenderedPageBreak/>
        <w:drawing>
          <wp:inline distT="0" distB="0" distL="0" distR="0" wp14:anchorId="12CC1407" wp14:editId="2480DD48">
            <wp:extent cx="5486400" cy="3827780"/>
            <wp:effectExtent l="0" t="0" r="0" b="1270"/>
            <wp:docPr id="2086464889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82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9939DA" w14:textId="4D1E9743" w:rsidR="001041B8" w:rsidRPr="00E97067" w:rsidRDefault="00000000">
      <w:pPr>
        <w:rPr>
          <w:lang w:val="fr-FR"/>
        </w:rPr>
      </w:pPr>
      <w:r w:rsidRPr="00E97067">
        <w:rPr>
          <w:lang w:val="fr-FR"/>
        </w:rPr>
        <w:t xml:space="preserve">4. </w:t>
      </w:r>
      <w:r w:rsidR="006139CA" w:rsidRPr="00E97067">
        <w:rPr>
          <w:lang w:val="fr-FR"/>
        </w:rPr>
        <w:t>Vérifier</w:t>
      </w:r>
      <w:r w:rsidRPr="00E97067">
        <w:rPr>
          <w:lang w:val="fr-FR"/>
        </w:rPr>
        <w:t xml:space="preserve"> le prix et le stock.</w:t>
      </w:r>
    </w:p>
    <w:p w14:paraId="4A4D1911" w14:textId="23ECF730" w:rsidR="001041B8" w:rsidRPr="00E97067" w:rsidRDefault="00000000">
      <w:pPr>
        <w:rPr>
          <w:lang w:val="fr-FR"/>
        </w:rPr>
      </w:pPr>
      <w:r w:rsidRPr="00E97067">
        <w:rPr>
          <w:lang w:val="fr-FR"/>
        </w:rPr>
        <w:t xml:space="preserve">5. Choisir la </w:t>
      </w:r>
      <w:r w:rsidR="006139CA" w:rsidRPr="00E97067">
        <w:rPr>
          <w:lang w:val="fr-FR"/>
        </w:rPr>
        <w:t>quantité</w:t>
      </w:r>
      <w:r w:rsidRPr="00E97067">
        <w:rPr>
          <w:lang w:val="fr-FR"/>
        </w:rPr>
        <w:t>.</w:t>
      </w:r>
    </w:p>
    <w:p w14:paraId="0AC775D9" w14:textId="77777777" w:rsidR="001041B8" w:rsidRPr="00E97067" w:rsidRDefault="00000000">
      <w:pPr>
        <w:rPr>
          <w:lang w:val="fr-FR"/>
        </w:rPr>
      </w:pPr>
      <w:r w:rsidRPr="00E97067">
        <w:rPr>
          <w:lang w:val="fr-FR"/>
        </w:rPr>
        <w:t>6. Ajouter le produit au panier.</w:t>
      </w:r>
    </w:p>
    <w:p w14:paraId="2100C30D" w14:textId="77777777" w:rsidR="001041B8" w:rsidRDefault="00000000">
      <w:pPr>
        <w:rPr>
          <w:lang w:val="fr-FR"/>
        </w:rPr>
      </w:pPr>
      <w:r w:rsidRPr="00E97067">
        <w:rPr>
          <w:lang w:val="fr-FR"/>
        </w:rPr>
        <w:t>7. Ouvrir le panier.</w:t>
      </w:r>
    </w:p>
    <w:p w14:paraId="4D7CB2E0" w14:textId="4654F161" w:rsidR="00A733F6" w:rsidRPr="00E97067" w:rsidRDefault="00A733F6">
      <w:pPr>
        <w:rPr>
          <w:lang w:val="fr-FR"/>
        </w:rPr>
      </w:pPr>
      <w:r w:rsidRPr="00A733F6">
        <w:rPr>
          <w:lang w:val="fr-FR"/>
        </w:rPr>
        <w:drawing>
          <wp:inline distT="0" distB="0" distL="0" distR="0" wp14:anchorId="43BCE417" wp14:editId="5543167D">
            <wp:extent cx="5486400" cy="2598420"/>
            <wp:effectExtent l="0" t="0" r="0" b="0"/>
            <wp:docPr id="173074116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0741165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98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478C8F" w14:textId="04A70FF6" w:rsidR="001041B8" w:rsidRPr="00E97067" w:rsidRDefault="00000000">
      <w:pPr>
        <w:rPr>
          <w:lang w:val="fr-FR"/>
        </w:rPr>
      </w:pPr>
      <w:r w:rsidRPr="00E97067">
        <w:rPr>
          <w:lang w:val="fr-FR"/>
        </w:rPr>
        <w:t xml:space="preserve">8. </w:t>
      </w:r>
      <w:r w:rsidR="000D67DE" w:rsidRPr="00E97067">
        <w:rPr>
          <w:lang w:val="fr-FR"/>
        </w:rPr>
        <w:t>Vérifier</w:t>
      </w:r>
      <w:r w:rsidRPr="00E97067">
        <w:rPr>
          <w:lang w:val="fr-FR"/>
        </w:rPr>
        <w:t xml:space="preserve"> les lignes du panier.</w:t>
      </w:r>
    </w:p>
    <w:p w14:paraId="14E824B1" w14:textId="0A812BA4" w:rsidR="001041B8" w:rsidRPr="00E97067" w:rsidRDefault="00000000">
      <w:pPr>
        <w:rPr>
          <w:lang w:val="fr-FR"/>
        </w:rPr>
      </w:pPr>
      <w:r w:rsidRPr="00E97067">
        <w:rPr>
          <w:lang w:val="fr-FR"/>
        </w:rPr>
        <w:lastRenderedPageBreak/>
        <w:t xml:space="preserve">9. Modifier les </w:t>
      </w:r>
      <w:r w:rsidR="000D67DE" w:rsidRPr="00E97067">
        <w:rPr>
          <w:lang w:val="fr-FR"/>
        </w:rPr>
        <w:t>quantités</w:t>
      </w:r>
      <w:r w:rsidRPr="00E97067">
        <w:rPr>
          <w:lang w:val="fr-FR"/>
        </w:rPr>
        <w:t xml:space="preserve"> si </w:t>
      </w:r>
      <w:r w:rsidR="000D67DE" w:rsidRPr="00E97067">
        <w:rPr>
          <w:lang w:val="fr-FR"/>
        </w:rPr>
        <w:t>nécessaire</w:t>
      </w:r>
      <w:r w:rsidRPr="00E97067">
        <w:rPr>
          <w:lang w:val="fr-FR"/>
        </w:rPr>
        <w:t>.</w:t>
      </w:r>
    </w:p>
    <w:p w14:paraId="7387BF29" w14:textId="31A3B4E1" w:rsidR="001041B8" w:rsidRPr="00E97067" w:rsidRDefault="00000000">
      <w:pPr>
        <w:rPr>
          <w:lang w:val="fr-FR"/>
        </w:rPr>
      </w:pPr>
      <w:r w:rsidRPr="00E97067">
        <w:rPr>
          <w:lang w:val="fr-FR"/>
        </w:rPr>
        <w:t xml:space="preserve">10. Supprimer une ligne si elle n'est plus </w:t>
      </w:r>
      <w:r w:rsidR="000D67DE" w:rsidRPr="00E97067">
        <w:rPr>
          <w:lang w:val="fr-FR"/>
        </w:rPr>
        <w:t>souhaitée</w:t>
      </w:r>
      <w:r w:rsidRPr="00E97067">
        <w:rPr>
          <w:lang w:val="fr-FR"/>
        </w:rPr>
        <w:t>.</w:t>
      </w:r>
    </w:p>
    <w:p w14:paraId="3609E50A" w14:textId="2B3B1E88" w:rsidR="001041B8" w:rsidRPr="00E97067" w:rsidRDefault="000D67DE" w:rsidP="00A733F6">
      <w:pPr>
        <w:pStyle w:val="Titre2"/>
        <w:rPr>
          <w:lang w:val="fr-FR"/>
        </w:rPr>
      </w:pPr>
      <w:bookmarkStart w:id="27" w:name="_Toc231178422"/>
      <w:r w:rsidRPr="00E97067">
        <w:rPr>
          <w:lang w:val="fr-FR"/>
        </w:rPr>
        <w:t>Résultat</w:t>
      </w:r>
      <w:r w:rsidR="00000000" w:rsidRPr="00E97067">
        <w:rPr>
          <w:lang w:val="fr-FR"/>
        </w:rPr>
        <w:t xml:space="preserve"> attendu</w:t>
      </w:r>
      <w:bookmarkEnd w:id="27"/>
    </w:p>
    <w:p w14:paraId="287DA8D4" w14:textId="3EF67596" w:rsidR="001041B8" w:rsidRPr="00E97067" w:rsidRDefault="00000000">
      <w:pPr>
        <w:rPr>
          <w:lang w:val="fr-FR"/>
        </w:rPr>
      </w:pPr>
      <w:r w:rsidRPr="00E97067">
        <w:rPr>
          <w:lang w:val="fr-FR"/>
        </w:rPr>
        <w:t xml:space="preserve">Le panier contient les produits </w:t>
      </w:r>
      <w:r w:rsidR="000D67DE" w:rsidRPr="00E97067">
        <w:rPr>
          <w:lang w:val="fr-FR"/>
        </w:rPr>
        <w:t>sélectionnes</w:t>
      </w:r>
      <w:r w:rsidRPr="00E97067">
        <w:rPr>
          <w:lang w:val="fr-FR"/>
        </w:rPr>
        <w:t xml:space="preserve"> avec les </w:t>
      </w:r>
      <w:r w:rsidR="000D67DE" w:rsidRPr="00E97067">
        <w:rPr>
          <w:lang w:val="fr-FR"/>
        </w:rPr>
        <w:t>quantités</w:t>
      </w:r>
      <w:r w:rsidRPr="00E97067">
        <w:rPr>
          <w:lang w:val="fr-FR"/>
        </w:rPr>
        <w:t xml:space="preserve"> </w:t>
      </w:r>
      <w:r w:rsidR="000D67DE" w:rsidRPr="00E97067">
        <w:rPr>
          <w:lang w:val="fr-FR"/>
        </w:rPr>
        <w:t>souhaitées</w:t>
      </w:r>
      <w:r w:rsidRPr="00E97067">
        <w:rPr>
          <w:lang w:val="fr-FR"/>
        </w:rPr>
        <w:t>.</w:t>
      </w:r>
    </w:p>
    <w:p w14:paraId="7DD07C09" w14:textId="57F2AE6C" w:rsidR="001041B8" w:rsidRPr="00E97067" w:rsidRDefault="00000000" w:rsidP="00A733F6">
      <w:pPr>
        <w:pStyle w:val="Titre2"/>
        <w:rPr>
          <w:lang w:val="fr-FR"/>
        </w:rPr>
      </w:pPr>
      <w:bookmarkStart w:id="28" w:name="_Toc231178423"/>
      <w:r w:rsidRPr="00E97067">
        <w:rPr>
          <w:lang w:val="fr-FR"/>
        </w:rPr>
        <w:t>A savoir</w:t>
      </w:r>
      <w:bookmarkEnd w:id="28"/>
    </w:p>
    <w:p w14:paraId="42335417" w14:textId="65BF9EBD" w:rsidR="001041B8" w:rsidRPr="00E97067" w:rsidRDefault="00000000">
      <w:pPr>
        <w:rPr>
          <w:lang w:val="fr-FR"/>
        </w:rPr>
      </w:pPr>
      <w:r w:rsidRPr="00E97067">
        <w:rPr>
          <w:lang w:val="fr-FR"/>
        </w:rPr>
        <w:t xml:space="preserve">Le total du panier se met </w:t>
      </w:r>
      <w:proofErr w:type="spellStart"/>
      <w:proofErr w:type="gramStart"/>
      <w:r w:rsidRPr="00E97067">
        <w:rPr>
          <w:lang w:val="fr-FR"/>
        </w:rPr>
        <w:t>a</w:t>
      </w:r>
      <w:proofErr w:type="spellEnd"/>
      <w:proofErr w:type="gramEnd"/>
      <w:r w:rsidRPr="00E97067">
        <w:rPr>
          <w:lang w:val="fr-FR"/>
        </w:rPr>
        <w:t xml:space="preserve"> jour </w:t>
      </w:r>
      <w:r w:rsidR="000D67DE" w:rsidRPr="00E97067">
        <w:rPr>
          <w:lang w:val="fr-FR"/>
        </w:rPr>
        <w:t>après</w:t>
      </w:r>
      <w:r w:rsidRPr="00E97067">
        <w:rPr>
          <w:lang w:val="fr-FR"/>
        </w:rPr>
        <w:t xml:space="preserve"> chaque modification.</w:t>
      </w:r>
    </w:p>
    <w:p w14:paraId="6493771D" w14:textId="63E6E24C" w:rsidR="001041B8" w:rsidRPr="00E97067" w:rsidRDefault="00000000">
      <w:pPr>
        <w:rPr>
          <w:lang w:val="fr-FR"/>
        </w:rPr>
      </w:pPr>
      <w:r w:rsidRPr="00E97067">
        <w:rPr>
          <w:lang w:val="fr-FR"/>
        </w:rPr>
        <w:t xml:space="preserve">Si la </w:t>
      </w:r>
      <w:r w:rsidR="000D67DE" w:rsidRPr="00E97067">
        <w:rPr>
          <w:lang w:val="fr-FR"/>
        </w:rPr>
        <w:t>quantité</w:t>
      </w:r>
      <w:r w:rsidRPr="00E97067">
        <w:rPr>
          <w:lang w:val="fr-FR"/>
        </w:rPr>
        <w:t xml:space="preserve"> </w:t>
      </w:r>
      <w:r w:rsidR="000D67DE" w:rsidRPr="00E97067">
        <w:rPr>
          <w:lang w:val="fr-FR"/>
        </w:rPr>
        <w:t>demandée</w:t>
      </w:r>
      <w:r w:rsidRPr="00E97067">
        <w:rPr>
          <w:lang w:val="fr-FR"/>
        </w:rPr>
        <w:t xml:space="preserve"> </w:t>
      </w:r>
      <w:r w:rsidR="000D67DE" w:rsidRPr="00E97067">
        <w:rPr>
          <w:lang w:val="fr-FR"/>
        </w:rPr>
        <w:t>dépasse</w:t>
      </w:r>
      <w:r w:rsidRPr="00E97067">
        <w:rPr>
          <w:lang w:val="fr-FR"/>
        </w:rPr>
        <w:t xml:space="preserve"> le stock, l'action peut </w:t>
      </w:r>
      <w:r w:rsidR="000D67DE" w:rsidRPr="00E97067">
        <w:rPr>
          <w:lang w:val="fr-FR"/>
        </w:rPr>
        <w:t>être</w:t>
      </w:r>
      <w:r w:rsidRPr="00E97067">
        <w:rPr>
          <w:lang w:val="fr-FR"/>
        </w:rPr>
        <w:t xml:space="preserve"> </w:t>
      </w:r>
      <w:r w:rsidR="000D67DE" w:rsidRPr="00E97067">
        <w:rPr>
          <w:lang w:val="fr-FR"/>
        </w:rPr>
        <w:t>refusée</w:t>
      </w:r>
      <w:r w:rsidRPr="00E97067">
        <w:rPr>
          <w:lang w:val="fr-FR"/>
        </w:rPr>
        <w:t>.</w:t>
      </w:r>
    </w:p>
    <w:p w14:paraId="084D79D1" w14:textId="539E8FF1" w:rsidR="001041B8" w:rsidRPr="00E97067" w:rsidRDefault="00000000" w:rsidP="00833872">
      <w:pPr>
        <w:pStyle w:val="Titre1"/>
      </w:pPr>
      <w:bookmarkStart w:id="29" w:name="_Toc231178424"/>
      <w:r w:rsidRPr="00E97067">
        <w:t>Parcours client : utiliser ou acheter un bon cadeau</w:t>
      </w:r>
      <w:bookmarkEnd w:id="29"/>
    </w:p>
    <w:p w14:paraId="00A7F71A" w14:textId="77777777" w:rsidR="001041B8" w:rsidRPr="00E97067" w:rsidRDefault="00000000">
      <w:pPr>
        <w:pStyle w:val="Titre2"/>
        <w:rPr>
          <w:lang w:val="fr-FR"/>
        </w:rPr>
      </w:pPr>
      <w:bookmarkStart w:id="30" w:name="_Toc231178425"/>
      <w:r w:rsidRPr="00E97067">
        <w:rPr>
          <w:lang w:val="fr-FR"/>
        </w:rPr>
        <w:t>Objectif</w:t>
      </w:r>
      <w:bookmarkEnd w:id="30"/>
    </w:p>
    <w:p w14:paraId="36D7E154" w14:textId="77777777" w:rsidR="001041B8" w:rsidRPr="00E97067" w:rsidRDefault="00000000">
      <w:pPr>
        <w:rPr>
          <w:lang w:val="fr-FR"/>
        </w:rPr>
      </w:pPr>
      <w:r w:rsidRPr="00E97067">
        <w:rPr>
          <w:lang w:val="fr-FR"/>
        </w:rPr>
        <w:t>Acheter un bon cadeau ou appliquer un bon cadeau existant.</w:t>
      </w:r>
    </w:p>
    <w:p w14:paraId="084D1C7A" w14:textId="77777777" w:rsidR="001041B8" w:rsidRPr="00E97067" w:rsidRDefault="00000000">
      <w:pPr>
        <w:pStyle w:val="Titre2"/>
        <w:rPr>
          <w:lang w:val="fr-FR"/>
        </w:rPr>
      </w:pPr>
      <w:bookmarkStart w:id="31" w:name="_Toc231178426"/>
      <w:r w:rsidRPr="00E97067">
        <w:rPr>
          <w:lang w:val="fr-FR"/>
        </w:rPr>
        <w:t>Qui peut le faire</w:t>
      </w:r>
      <w:bookmarkEnd w:id="31"/>
    </w:p>
    <w:p w14:paraId="663E7F43" w14:textId="77777777" w:rsidR="001041B8" w:rsidRPr="00E97067" w:rsidRDefault="00000000">
      <w:pPr>
        <w:rPr>
          <w:lang w:val="fr-FR"/>
        </w:rPr>
      </w:pPr>
      <w:r w:rsidRPr="00E97067">
        <w:rPr>
          <w:lang w:val="fr-FR"/>
        </w:rPr>
        <w:t>Client connecte.</w:t>
      </w:r>
    </w:p>
    <w:p w14:paraId="04A0FAEC" w14:textId="77777777" w:rsidR="001041B8" w:rsidRPr="00E97067" w:rsidRDefault="00000000">
      <w:pPr>
        <w:pStyle w:val="Titre2"/>
        <w:rPr>
          <w:lang w:val="fr-FR"/>
        </w:rPr>
      </w:pPr>
      <w:bookmarkStart w:id="32" w:name="_Toc231178427"/>
      <w:r w:rsidRPr="00E97067">
        <w:rPr>
          <w:lang w:val="fr-FR"/>
        </w:rPr>
        <w:t>Etapes pour acheter un bon cadeau</w:t>
      </w:r>
      <w:bookmarkEnd w:id="32"/>
    </w:p>
    <w:p w14:paraId="1CD3F9A4" w14:textId="77777777" w:rsidR="001041B8" w:rsidRPr="00E97067" w:rsidRDefault="00000000">
      <w:pPr>
        <w:rPr>
          <w:lang w:val="fr-FR"/>
        </w:rPr>
      </w:pPr>
      <w:r w:rsidRPr="00E97067">
        <w:rPr>
          <w:lang w:val="fr-FR"/>
        </w:rPr>
        <w:t>1. Ouvrir le catalogue.</w:t>
      </w:r>
    </w:p>
    <w:p w14:paraId="2EB59595" w14:textId="073835B9" w:rsidR="000D67DE" w:rsidRDefault="00000000">
      <w:pPr>
        <w:rPr>
          <w:lang w:val="fr-FR"/>
        </w:rPr>
      </w:pPr>
      <w:r w:rsidRPr="00E97067">
        <w:rPr>
          <w:lang w:val="fr-FR"/>
        </w:rPr>
        <w:t>2. Ouvrir le bloc ou bouton de bon cadeau.</w:t>
      </w:r>
    </w:p>
    <w:p w14:paraId="1251C377" w14:textId="2E187238" w:rsidR="000D67DE" w:rsidRPr="00E97067" w:rsidRDefault="000D67DE">
      <w:pPr>
        <w:rPr>
          <w:lang w:val="fr-FR"/>
        </w:rPr>
      </w:pPr>
      <w:r>
        <w:rPr>
          <w:noProof/>
          <w:lang w:val="fr-FR"/>
        </w:rPr>
        <mc:AlternateContent>
          <mc:Choice Requires="wps">
            <w:drawing>
              <wp:anchor distT="0" distB="0" distL="114300" distR="114300" simplePos="0" relativeHeight="251423232" behindDoc="0" locked="0" layoutInCell="1" allowOverlap="1" wp14:anchorId="7AE299DE" wp14:editId="4B288806">
                <wp:simplePos x="0" y="0"/>
                <wp:positionH relativeFrom="column">
                  <wp:posOffset>166421</wp:posOffset>
                </wp:positionH>
                <wp:positionV relativeFrom="paragraph">
                  <wp:posOffset>1937537</wp:posOffset>
                </wp:positionV>
                <wp:extent cx="431597" cy="14631"/>
                <wp:effectExtent l="38100" t="57150" r="26035" b="137795"/>
                <wp:wrapNone/>
                <wp:docPr id="1236611712" name="Connecteur droit avec flèch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1597" cy="14631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AF4904B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3" o:spid="_x0000_s1026" type="#_x0000_t32" style="position:absolute;margin-left:13.1pt;margin-top:152.55pt;width:34pt;height:1.15pt;z-index:25142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" strokecolor="#c00000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  <w:r w:rsidRPr="000D67DE">
        <w:rPr>
          <w:lang w:val="fr-FR"/>
        </w:rPr>
        <w:drawing>
          <wp:inline distT="0" distB="0" distL="0" distR="0" wp14:anchorId="36203FB4" wp14:editId="6C62B5F1">
            <wp:extent cx="5486400" cy="2602865"/>
            <wp:effectExtent l="0" t="0" r="0" b="6985"/>
            <wp:docPr id="171485949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4859497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02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A673E9" w14:textId="77777777" w:rsidR="001041B8" w:rsidRPr="00E97067" w:rsidRDefault="00000000">
      <w:pPr>
        <w:rPr>
          <w:lang w:val="fr-FR"/>
        </w:rPr>
      </w:pPr>
      <w:r w:rsidRPr="00E97067">
        <w:rPr>
          <w:lang w:val="fr-FR"/>
        </w:rPr>
        <w:t>3. Renseigner le nom du destinataire.</w:t>
      </w:r>
    </w:p>
    <w:p w14:paraId="54B9A376" w14:textId="77777777" w:rsidR="001041B8" w:rsidRPr="00E97067" w:rsidRDefault="00000000">
      <w:pPr>
        <w:rPr>
          <w:lang w:val="fr-FR"/>
        </w:rPr>
      </w:pPr>
      <w:r w:rsidRPr="00E97067">
        <w:rPr>
          <w:lang w:val="fr-FR"/>
        </w:rPr>
        <w:t xml:space="preserve">4. Renseigner </w:t>
      </w:r>
      <w:proofErr w:type="gramStart"/>
      <w:r w:rsidRPr="00E97067">
        <w:rPr>
          <w:lang w:val="fr-FR"/>
        </w:rPr>
        <w:t>l'email</w:t>
      </w:r>
      <w:proofErr w:type="gramEnd"/>
      <w:r w:rsidRPr="00E97067">
        <w:rPr>
          <w:lang w:val="fr-FR"/>
        </w:rPr>
        <w:t xml:space="preserve"> du destinataire.</w:t>
      </w:r>
    </w:p>
    <w:p w14:paraId="70C0BC55" w14:textId="77777777" w:rsidR="001041B8" w:rsidRPr="00E97067" w:rsidRDefault="00000000">
      <w:pPr>
        <w:rPr>
          <w:lang w:val="fr-FR"/>
        </w:rPr>
      </w:pPr>
      <w:r w:rsidRPr="00E97067">
        <w:rPr>
          <w:lang w:val="fr-FR"/>
        </w:rPr>
        <w:t>5. Renseigner le montant.</w:t>
      </w:r>
    </w:p>
    <w:p w14:paraId="2D05FA3F" w14:textId="77777777" w:rsidR="001041B8" w:rsidRDefault="00000000">
      <w:pPr>
        <w:rPr>
          <w:lang w:val="fr-FR"/>
        </w:rPr>
      </w:pPr>
      <w:r w:rsidRPr="00E97067">
        <w:rPr>
          <w:lang w:val="fr-FR"/>
        </w:rPr>
        <w:lastRenderedPageBreak/>
        <w:t>6. Valider l'achat.</w:t>
      </w:r>
    </w:p>
    <w:p w14:paraId="6B61D5C8" w14:textId="4D4AAE37" w:rsidR="00064F3F" w:rsidRPr="00E97067" w:rsidRDefault="00064F3F">
      <w:pPr>
        <w:rPr>
          <w:lang w:val="fr-FR"/>
        </w:rPr>
      </w:pPr>
      <w:r w:rsidRPr="00064F3F">
        <w:rPr>
          <w:lang w:val="fr-FR"/>
        </w:rPr>
        <w:drawing>
          <wp:inline distT="0" distB="0" distL="0" distR="0" wp14:anchorId="450A625A" wp14:editId="0D3BD4C9">
            <wp:extent cx="5486400" cy="2586990"/>
            <wp:effectExtent l="0" t="0" r="0" b="3810"/>
            <wp:docPr id="27552282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52282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86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5E15FB" w14:textId="77777777" w:rsidR="001041B8" w:rsidRDefault="00000000">
      <w:pPr>
        <w:rPr>
          <w:lang w:val="fr-FR"/>
        </w:rPr>
      </w:pPr>
      <w:r w:rsidRPr="00E97067">
        <w:rPr>
          <w:lang w:val="fr-FR"/>
        </w:rPr>
        <w:t>7. Finaliser le paiement si le flux le demande.</w:t>
      </w:r>
    </w:p>
    <w:p w14:paraId="2AE9A018" w14:textId="0DE99E67" w:rsidR="00AA7266" w:rsidRPr="00E97067" w:rsidRDefault="00AA7266">
      <w:pPr>
        <w:rPr>
          <w:lang w:val="fr-FR"/>
        </w:rPr>
      </w:pPr>
      <w:r w:rsidRPr="00AA7266">
        <w:rPr>
          <w:lang w:val="fr-FR"/>
        </w:rPr>
        <w:drawing>
          <wp:inline distT="0" distB="0" distL="0" distR="0" wp14:anchorId="566E7DF4" wp14:editId="748CB4AA">
            <wp:extent cx="5486400" cy="2587625"/>
            <wp:effectExtent l="0" t="0" r="0" b="3175"/>
            <wp:docPr id="105200674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006749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8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F332C1" w14:textId="77777777" w:rsidR="001041B8" w:rsidRPr="00E97067" w:rsidRDefault="00000000">
      <w:pPr>
        <w:pStyle w:val="Titre2"/>
        <w:rPr>
          <w:lang w:val="fr-FR"/>
        </w:rPr>
      </w:pPr>
      <w:bookmarkStart w:id="33" w:name="_Toc231178428"/>
      <w:r w:rsidRPr="00E97067">
        <w:rPr>
          <w:lang w:val="fr-FR"/>
        </w:rPr>
        <w:t>Etapes pour appliquer un bon cadeau au panier</w:t>
      </w:r>
      <w:bookmarkEnd w:id="33"/>
    </w:p>
    <w:p w14:paraId="036CE158" w14:textId="77777777" w:rsidR="001041B8" w:rsidRPr="00E97067" w:rsidRDefault="00000000">
      <w:pPr>
        <w:rPr>
          <w:lang w:val="fr-FR"/>
        </w:rPr>
      </w:pPr>
      <w:r w:rsidRPr="00E97067">
        <w:rPr>
          <w:lang w:val="fr-FR"/>
        </w:rPr>
        <w:t>1. Ouvrir le panier.</w:t>
      </w:r>
    </w:p>
    <w:p w14:paraId="030D9FA0" w14:textId="77777777" w:rsidR="001041B8" w:rsidRDefault="00000000">
      <w:pPr>
        <w:rPr>
          <w:lang w:val="fr-FR"/>
        </w:rPr>
      </w:pPr>
      <w:r w:rsidRPr="00E97067">
        <w:rPr>
          <w:lang w:val="fr-FR"/>
        </w:rPr>
        <w:t>2. Ouvrir la section ou modale `Gift voucher`.</w:t>
      </w:r>
    </w:p>
    <w:p w14:paraId="0FF937DC" w14:textId="393A5041" w:rsidR="000D67DE" w:rsidRPr="00E97067" w:rsidRDefault="000D67DE">
      <w:pPr>
        <w:rPr>
          <w:lang w:val="fr-FR"/>
        </w:rPr>
      </w:pPr>
      <w:r>
        <w:rPr>
          <w:noProof/>
          <w:lang w:val="fr-FR"/>
        </w:rPr>
        <w:lastRenderedPageBreak/>
        <mc:AlternateContent>
          <mc:Choice Requires="wps">
            <w:drawing>
              <wp:anchor distT="0" distB="0" distL="114300" distR="114300" simplePos="0" relativeHeight="251431424" behindDoc="0" locked="0" layoutInCell="1" allowOverlap="1" wp14:anchorId="0D259852" wp14:editId="6CF72D1D">
                <wp:simplePos x="0" y="0"/>
                <wp:positionH relativeFrom="column">
                  <wp:posOffset>159665</wp:posOffset>
                </wp:positionH>
                <wp:positionV relativeFrom="paragraph">
                  <wp:posOffset>1997050</wp:posOffset>
                </wp:positionV>
                <wp:extent cx="431597" cy="14631"/>
                <wp:effectExtent l="38100" t="57150" r="26035" b="137795"/>
                <wp:wrapNone/>
                <wp:docPr id="2096928044" name="Connecteur droit avec flèch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1597" cy="14631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35D2F6F" id="Connecteur droit avec flèche 3" o:spid="_x0000_s1026" type="#_x0000_t32" style="position:absolute;margin-left:12.55pt;margin-top:157.25pt;width:34pt;height:1.15pt;z-index:25143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" strokecolor="#c00000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  <w:r w:rsidRPr="000D67DE">
        <w:rPr>
          <w:lang w:val="fr-FR"/>
        </w:rPr>
        <w:drawing>
          <wp:inline distT="0" distB="0" distL="0" distR="0" wp14:anchorId="45AC43BB" wp14:editId="06198B2B">
            <wp:extent cx="5486400" cy="2611120"/>
            <wp:effectExtent l="0" t="0" r="0" b="0"/>
            <wp:docPr id="111475041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4750417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11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6A970B" w14:textId="1C6AF90E" w:rsidR="00FE617D" w:rsidRPr="00E97067" w:rsidRDefault="00000000">
      <w:pPr>
        <w:rPr>
          <w:lang w:val="fr-FR"/>
        </w:rPr>
      </w:pPr>
      <w:r w:rsidRPr="00E97067">
        <w:rPr>
          <w:lang w:val="fr-FR"/>
        </w:rPr>
        <w:t>3. Saisir le code du bon cadeau.</w:t>
      </w:r>
    </w:p>
    <w:p w14:paraId="7D032395" w14:textId="77777777" w:rsidR="001041B8" w:rsidRDefault="00000000">
      <w:pPr>
        <w:rPr>
          <w:lang w:val="fr-FR"/>
        </w:rPr>
      </w:pPr>
      <w:r w:rsidRPr="00E97067">
        <w:rPr>
          <w:lang w:val="fr-FR"/>
        </w:rPr>
        <w:t>4. Valider.</w:t>
      </w:r>
    </w:p>
    <w:p w14:paraId="3326FCC7" w14:textId="6581AD49" w:rsidR="00FE617D" w:rsidRPr="00E97067" w:rsidRDefault="00FE617D">
      <w:pPr>
        <w:rPr>
          <w:lang w:val="fr-FR"/>
        </w:rPr>
      </w:pPr>
      <w:r w:rsidRPr="00FE617D">
        <w:rPr>
          <w:lang w:val="fr-FR"/>
        </w:rPr>
        <w:drawing>
          <wp:inline distT="0" distB="0" distL="0" distR="0" wp14:anchorId="3AE1A71B" wp14:editId="0AFF3C65">
            <wp:extent cx="5486400" cy="2595245"/>
            <wp:effectExtent l="0" t="0" r="0" b="0"/>
            <wp:docPr id="45060167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60167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95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CB6101" w14:textId="348D4355" w:rsidR="001041B8" w:rsidRDefault="00000000">
      <w:pPr>
        <w:rPr>
          <w:lang w:val="fr-FR"/>
        </w:rPr>
      </w:pPr>
      <w:r w:rsidRPr="00E97067">
        <w:rPr>
          <w:lang w:val="fr-FR"/>
        </w:rPr>
        <w:t xml:space="preserve">5. </w:t>
      </w:r>
      <w:r w:rsidR="000D67DE" w:rsidRPr="00E97067">
        <w:rPr>
          <w:lang w:val="fr-FR"/>
        </w:rPr>
        <w:t>Vérifier</w:t>
      </w:r>
      <w:r w:rsidRPr="00E97067">
        <w:rPr>
          <w:lang w:val="fr-FR"/>
        </w:rPr>
        <w:t xml:space="preserve"> que le montant est </w:t>
      </w:r>
      <w:r w:rsidR="000D67DE" w:rsidRPr="00E97067">
        <w:rPr>
          <w:lang w:val="fr-FR"/>
        </w:rPr>
        <w:t>déduit</w:t>
      </w:r>
      <w:r w:rsidRPr="00E97067">
        <w:rPr>
          <w:lang w:val="fr-FR"/>
        </w:rPr>
        <w:t xml:space="preserve"> du total.</w:t>
      </w:r>
    </w:p>
    <w:p w14:paraId="59D07D3A" w14:textId="3209EC19" w:rsidR="00960B03" w:rsidRPr="00E97067" w:rsidRDefault="00960B03">
      <w:pPr>
        <w:rPr>
          <w:lang w:val="fr-FR"/>
        </w:rPr>
      </w:pPr>
      <w:r>
        <w:rPr>
          <w:noProof/>
          <w:lang w:val="fr-FR"/>
        </w:rPr>
        <w:lastRenderedPageBreak/>
        <mc:AlternateContent>
          <mc:Choice Requires="wps">
            <w:drawing>
              <wp:anchor distT="0" distB="0" distL="114300" distR="114300" simplePos="0" relativeHeight="251449856" behindDoc="0" locked="0" layoutInCell="1" allowOverlap="1" wp14:anchorId="41B336CD" wp14:editId="618A90B1">
                <wp:simplePos x="0" y="0"/>
                <wp:positionH relativeFrom="column">
                  <wp:posOffset>3883635</wp:posOffset>
                </wp:positionH>
                <wp:positionV relativeFrom="paragraph">
                  <wp:posOffset>1468958</wp:posOffset>
                </wp:positionV>
                <wp:extent cx="510971" cy="45719"/>
                <wp:effectExtent l="57150" t="57150" r="60960" b="107315"/>
                <wp:wrapNone/>
                <wp:docPr id="270239713" name="Connecteur droit avec flèch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10971" cy="4571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0ED757" id="Connecteur droit avec flèche 3" o:spid="_x0000_s1026" type="#_x0000_t32" style="position:absolute;margin-left:305.8pt;margin-top:115.65pt;width:40.25pt;height:3.6pt;flip:x y;z-index:25144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" strokecolor="#c00000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  <w:r w:rsidRPr="00960B03">
        <w:rPr>
          <w:lang w:val="fr-FR"/>
        </w:rPr>
        <w:drawing>
          <wp:inline distT="0" distB="0" distL="0" distR="0" wp14:anchorId="0310072C" wp14:editId="0DF20B96">
            <wp:extent cx="5486400" cy="2621280"/>
            <wp:effectExtent l="0" t="0" r="0" b="7620"/>
            <wp:docPr id="157763723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7637235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2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555315" w14:textId="47C57849" w:rsidR="001041B8" w:rsidRPr="00E97067" w:rsidRDefault="000D67DE">
      <w:pPr>
        <w:pStyle w:val="Titre2"/>
        <w:rPr>
          <w:lang w:val="fr-FR"/>
        </w:rPr>
      </w:pPr>
      <w:bookmarkStart w:id="34" w:name="_Toc231178429"/>
      <w:r w:rsidRPr="00E97067">
        <w:rPr>
          <w:lang w:val="fr-FR"/>
        </w:rPr>
        <w:t>Résultat</w:t>
      </w:r>
      <w:r w:rsidR="00000000" w:rsidRPr="00E97067">
        <w:rPr>
          <w:lang w:val="fr-FR"/>
        </w:rPr>
        <w:t xml:space="preserve"> attendu</w:t>
      </w:r>
      <w:bookmarkEnd w:id="34"/>
    </w:p>
    <w:p w14:paraId="710DC6C6" w14:textId="4C15CAEB" w:rsidR="001041B8" w:rsidRDefault="00000000">
      <w:pPr>
        <w:rPr>
          <w:lang w:val="fr-FR"/>
        </w:rPr>
      </w:pPr>
      <w:r w:rsidRPr="00E97067">
        <w:rPr>
          <w:lang w:val="fr-FR"/>
        </w:rPr>
        <w:t xml:space="preserve">Le bon cadeau </w:t>
      </w:r>
      <w:r w:rsidR="000D67DE" w:rsidRPr="00E97067">
        <w:rPr>
          <w:lang w:val="fr-FR"/>
        </w:rPr>
        <w:t>acheté</w:t>
      </w:r>
      <w:r w:rsidRPr="00E97067">
        <w:rPr>
          <w:lang w:val="fr-FR"/>
        </w:rPr>
        <w:t xml:space="preserve"> est </w:t>
      </w:r>
      <w:r w:rsidR="000D67DE" w:rsidRPr="00E97067">
        <w:rPr>
          <w:lang w:val="fr-FR"/>
        </w:rPr>
        <w:t>créé</w:t>
      </w:r>
      <w:r w:rsidRPr="00E97067">
        <w:rPr>
          <w:lang w:val="fr-FR"/>
        </w:rPr>
        <w:t>.</w:t>
      </w:r>
    </w:p>
    <w:p w14:paraId="0B3F4135" w14:textId="11090B36" w:rsidR="00973D08" w:rsidRPr="00E97067" w:rsidRDefault="00973D08">
      <w:pPr>
        <w:rPr>
          <w:lang w:val="fr-FR"/>
        </w:rPr>
      </w:pPr>
      <w:r>
        <w:rPr>
          <w:noProof/>
          <w:lang w:val="fr-FR"/>
        </w:rPr>
        <mc:AlternateContent>
          <mc:Choice Requires="wps">
            <w:drawing>
              <wp:anchor distT="0" distB="0" distL="114300" distR="114300" simplePos="0" relativeHeight="251460096" behindDoc="0" locked="0" layoutInCell="1" allowOverlap="1" wp14:anchorId="7C043317" wp14:editId="10A6E875">
                <wp:simplePos x="0" y="0"/>
                <wp:positionH relativeFrom="column">
                  <wp:posOffset>174498</wp:posOffset>
                </wp:positionH>
                <wp:positionV relativeFrom="paragraph">
                  <wp:posOffset>533984</wp:posOffset>
                </wp:positionV>
                <wp:extent cx="108636" cy="389102"/>
                <wp:effectExtent l="76200" t="38100" r="62865" b="87630"/>
                <wp:wrapNone/>
                <wp:docPr id="1437304815" name="Connecteur droit avec flèch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8636" cy="389102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483764" id="Connecteur droit avec flèche 3" o:spid="_x0000_s1026" type="#_x0000_t32" style="position:absolute;margin-left:13.75pt;margin-top:42.05pt;width:8.55pt;height:30.65pt;flip:x y;z-index:25146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" strokecolor="#c00000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val="fr-FR"/>
        </w:rPr>
        <mc:AlternateContent>
          <mc:Choice Requires="wps">
            <w:drawing>
              <wp:anchor distT="0" distB="0" distL="114300" distR="114300" simplePos="0" relativeHeight="251441664" behindDoc="0" locked="0" layoutInCell="1" allowOverlap="1" wp14:anchorId="425A75F1" wp14:editId="10470C13">
                <wp:simplePos x="0" y="0"/>
                <wp:positionH relativeFrom="column">
                  <wp:posOffset>3341776</wp:posOffset>
                </wp:positionH>
                <wp:positionV relativeFrom="paragraph">
                  <wp:posOffset>2239722</wp:posOffset>
                </wp:positionV>
                <wp:extent cx="431597" cy="14631"/>
                <wp:effectExtent l="38100" t="57150" r="26035" b="137795"/>
                <wp:wrapNone/>
                <wp:docPr id="1039919509" name="Connecteur droit avec flèch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1597" cy="14631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3C80196" id="Connecteur droit avec flèche 3" o:spid="_x0000_s1026" type="#_x0000_t32" style="position:absolute;margin-left:263.15pt;margin-top:176.35pt;width:34pt;height:1.15pt;z-index:25144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" strokecolor="#c00000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  <w:r w:rsidRPr="00973D08">
        <w:rPr>
          <w:lang w:val="fr-FR"/>
        </w:rPr>
        <w:drawing>
          <wp:inline distT="0" distB="0" distL="0" distR="0" wp14:anchorId="1BD21610" wp14:editId="73DE1DD3">
            <wp:extent cx="5486400" cy="2597150"/>
            <wp:effectExtent l="0" t="0" r="0" b="0"/>
            <wp:docPr id="61360155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3601553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9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8F88D3" w14:textId="4D379404" w:rsidR="001041B8" w:rsidRPr="00E97067" w:rsidRDefault="00000000">
      <w:pPr>
        <w:rPr>
          <w:lang w:val="fr-FR"/>
        </w:rPr>
      </w:pPr>
      <w:r w:rsidRPr="00E97067">
        <w:rPr>
          <w:lang w:val="fr-FR"/>
        </w:rPr>
        <w:t xml:space="preserve">Un bon cadeau applique </w:t>
      </w:r>
      <w:r w:rsidR="000D67DE" w:rsidRPr="00E97067">
        <w:rPr>
          <w:lang w:val="fr-FR"/>
        </w:rPr>
        <w:t>réduit</w:t>
      </w:r>
      <w:r w:rsidRPr="00E97067">
        <w:rPr>
          <w:lang w:val="fr-FR"/>
        </w:rPr>
        <w:t xml:space="preserve"> le total selon sa valeur et les </w:t>
      </w:r>
      <w:r w:rsidR="000D67DE" w:rsidRPr="00E97067">
        <w:rPr>
          <w:lang w:val="fr-FR"/>
        </w:rPr>
        <w:t>règles</w:t>
      </w:r>
      <w:r w:rsidRPr="00E97067">
        <w:rPr>
          <w:lang w:val="fr-FR"/>
        </w:rPr>
        <w:t xml:space="preserve"> de cumul.</w:t>
      </w:r>
    </w:p>
    <w:p w14:paraId="6B341ED3" w14:textId="77777777" w:rsidR="001041B8" w:rsidRPr="00E97067" w:rsidRDefault="00000000">
      <w:pPr>
        <w:pStyle w:val="Titre2"/>
        <w:rPr>
          <w:lang w:val="fr-FR"/>
        </w:rPr>
      </w:pPr>
      <w:bookmarkStart w:id="35" w:name="_Toc231178430"/>
      <w:r w:rsidRPr="00E97067">
        <w:rPr>
          <w:lang w:val="fr-FR"/>
        </w:rPr>
        <w:t>A savoir</w:t>
      </w:r>
      <w:bookmarkEnd w:id="35"/>
    </w:p>
    <w:p w14:paraId="1EB83C09" w14:textId="797EB8D9" w:rsidR="001041B8" w:rsidRPr="00E97067" w:rsidRDefault="00000000">
      <w:pPr>
        <w:rPr>
          <w:lang w:val="fr-FR"/>
        </w:rPr>
      </w:pPr>
      <w:r w:rsidRPr="00E97067">
        <w:rPr>
          <w:lang w:val="fr-FR"/>
        </w:rPr>
        <w:t xml:space="preserve">Un bon cadeau expire ou </w:t>
      </w:r>
      <w:r w:rsidR="000D67DE" w:rsidRPr="00E97067">
        <w:rPr>
          <w:lang w:val="fr-FR"/>
        </w:rPr>
        <w:t>déjà</w:t>
      </w:r>
      <w:r w:rsidRPr="00E97067">
        <w:rPr>
          <w:lang w:val="fr-FR"/>
        </w:rPr>
        <w:t xml:space="preserve"> utilise </w:t>
      </w:r>
      <w:r w:rsidR="00D34341" w:rsidRPr="00E97067">
        <w:rPr>
          <w:lang w:val="fr-FR"/>
        </w:rPr>
        <w:t>peut-être</w:t>
      </w:r>
      <w:r w:rsidRPr="00E97067">
        <w:rPr>
          <w:lang w:val="fr-FR"/>
        </w:rPr>
        <w:t xml:space="preserve"> refuse.</w:t>
      </w:r>
    </w:p>
    <w:p w14:paraId="6FE45C2E" w14:textId="71174B26" w:rsidR="001041B8" w:rsidRPr="00E97067" w:rsidRDefault="00000000">
      <w:pPr>
        <w:rPr>
          <w:lang w:val="fr-FR"/>
        </w:rPr>
      </w:pPr>
      <w:r w:rsidRPr="00E97067">
        <w:rPr>
          <w:lang w:val="fr-FR"/>
        </w:rPr>
        <w:t xml:space="preserve">Les bons cadeaux non expires lies au client ou </w:t>
      </w:r>
      <w:r w:rsidR="00D34341" w:rsidRPr="00E97067">
        <w:rPr>
          <w:lang w:val="fr-FR"/>
        </w:rPr>
        <w:t>à</w:t>
      </w:r>
      <w:r w:rsidRPr="00E97067">
        <w:rPr>
          <w:lang w:val="fr-FR"/>
        </w:rPr>
        <w:t xml:space="preserve"> son </w:t>
      </w:r>
      <w:proofErr w:type="gramStart"/>
      <w:r w:rsidRPr="00E97067">
        <w:rPr>
          <w:lang w:val="fr-FR"/>
        </w:rPr>
        <w:t>email</w:t>
      </w:r>
      <w:proofErr w:type="gramEnd"/>
      <w:r w:rsidRPr="00E97067">
        <w:rPr>
          <w:lang w:val="fr-FR"/>
        </w:rPr>
        <w:t xml:space="preserve"> sont visibles dans le profil client.</w:t>
      </w:r>
    </w:p>
    <w:p w14:paraId="26B145E7" w14:textId="0504F64F" w:rsidR="001041B8" w:rsidRPr="00E97067" w:rsidRDefault="00000000" w:rsidP="00833872">
      <w:pPr>
        <w:pStyle w:val="Titre1"/>
      </w:pPr>
      <w:bookmarkStart w:id="36" w:name="_Toc231178431"/>
      <w:r w:rsidRPr="00E97067">
        <w:t xml:space="preserve">Parcours client : </w:t>
      </w:r>
      <w:r w:rsidR="005C59DE" w:rsidRPr="00E97067">
        <w:t>réserver</w:t>
      </w:r>
      <w:r w:rsidRPr="00E97067">
        <w:t xml:space="preserve"> un produit</w:t>
      </w:r>
      <w:bookmarkEnd w:id="36"/>
    </w:p>
    <w:p w14:paraId="79D365B0" w14:textId="77777777" w:rsidR="001041B8" w:rsidRPr="00E97067" w:rsidRDefault="001041B8">
      <w:pPr>
        <w:rPr>
          <w:lang w:val="fr-FR"/>
        </w:rPr>
      </w:pPr>
    </w:p>
    <w:p w14:paraId="3DF108AC" w14:textId="77777777" w:rsidR="001041B8" w:rsidRPr="00E97067" w:rsidRDefault="00000000">
      <w:pPr>
        <w:pStyle w:val="Titre2"/>
        <w:rPr>
          <w:lang w:val="fr-FR"/>
        </w:rPr>
      </w:pPr>
      <w:bookmarkStart w:id="37" w:name="_Toc231178432"/>
      <w:r w:rsidRPr="00E97067">
        <w:rPr>
          <w:lang w:val="fr-FR"/>
        </w:rPr>
        <w:lastRenderedPageBreak/>
        <w:t>Objectif</w:t>
      </w:r>
      <w:bookmarkEnd w:id="37"/>
    </w:p>
    <w:p w14:paraId="19D01E2D" w14:textId="669E8602" w:rsidR="001041B8" w:rsidRPr="00E97067" w:rsidRDefault="00000000">
      <w:pPr>
        <w:rPr>
          <w:lang w:val="fr-FR"/>
        </w:rPr>
      </w:pPr>
      <w:r w:rsidRPr="00E97067">
        <w:rPr>
          <w:lang w:val="fr-FR"/>
        </w:rPr>
        <w:t xml:space="preserve">Mettre un produit de cote pour un retrait </w:t>
      </w:r>
      <w:r w:rsidR="005C59DE" w:rsidRPr="00E97067">
        <w:rPr>
          <w:lang w:val="fr-FR"/>
        </w:rPr>
        <w:t>ultérieur</w:t>
      </w:r>
      <w:r w:rsidRPr="00E97067">
        <w:rPr>
          <w:lang w:val="fr-FR"/>
        </w:rPr>
        <w:t>.</w:t>
      </w:r>
    </w:p>
    <w:p w14:paraId="20B569A5" w14:textId="55612BAE" w:rsidR="001041B8" w:rsidRPr="00E97067" w:rsidRDefault="00000000" w:rsidP="005C59DE">
      <w:pPr>
        <w:pStyle w:val="Titre2"/>
        <w:rPr>
          <w:lang w:val="fr-FR"/>
        </w:rPr>
      </w:pPr>
      <w:bookmarkStart w:id="38" w:name="_Toc231178433"/>
      <w:r w:rsidRPr="00E97067">
        <w:rPr>
          <w:lang w:val="fr-FR"/>
        </w:rPr>
        <w:t>Qui peut le faire</w:t>
      </w:r>
      <w:bookmarkEnd w:id="38"/>
    </w:p>
    <w:p w14:paraId="7D3EDD5B" w14:textId="0BD5A5FB" w:rsidR="001041B8" w:rsidRPr="00E97067" w:rsidRDefault="00000000">
      <w:pPr>
        <w:rPr>
          <w:lang w:val="fr-FR"/>
        </w:rPr>
      </w:pPr>
      <w:r w:rsidRPr="00E97067">
        <w:rPr>
          <w:lang w:val="fr-FR"/>
        </w:rPr>
        <w:t>Client connecte.</w:t>
      </w:r>
    </w:p>
    <w:p w14:paraId="07419D22" w14:textId="1E4D33A6" w:rsidR="001041B8" w:rsidRPr="00E97067" w:rsidRDefault="00000000" w:rsidP="005C59DE">
      <w:pPr>
        <w:pStyle w:val="Titre2"/>
        <w:rPr>
          <w:lang w:val="fr-FR"/>
        </w:rPr>
      </w:pPr>
      <w:bookmarkStart w:id="39" w:name="_Toc231178434"/>
      <w:r w:rsidRPr="00E97067">
        <w:rPr>
          <w:lang w:val="fr-FR"/>
        </w:rPr>
        <w:t>Etapes</w:t>
      </w:r>
      <w:bookmarkEnd w:id="39"/>
    </w:p>
    <w:p w14:paraId="7B35CDEE" w14:textId="7CF496AA" w:rsidR="001041B8" w:rsidRPr="00E97067" w:rsidRDefault="00000000">
      <w:pPr>
        <w:rPr>
          <w:lang w:val="fr-FR"/>
        </w:rPr>
      </w:pPr>
      <w:r w:rsidRPr="00E97067">
        <w:rPr>
          <w:lang w:val="fr-FR"/>
        </w:rPr>
        <w:t xml:space="preserve">1. Ouvrir le catalogue ou le </w:t>
      </w:r>
      <w:r w:rsidR="005C59DE" w:rsidRPr="00E97067">
        <w:rPr>
          <w:lang w:val="fr-FR"/>
        </w:rPr>
        <w:t>détail</w:t>
      </w:r>
      <w:r w:rsidRPr="00E97067">
        <w:rPr>
          <w:lang w:val="fr-FR"/>
        </w:rPr>
        <w:t xml:space="preserve"> produit.</w:t>
      </w:r>
    </w:p>
    <w:p w14:paraId="5A2A2696" w14:textId="475C64F1" w:rsidR="001041B8" w:rsidRPr="00E97067" w:rsidRDefault="00000000">
      <w:pPr>
        <w:rPr>
          <w:lang w:val="fr-FR"/>
        </w:rPr>
      </w:pPr>
      <w:r w:rsidRPr="00E97067">
        <w:rPr>
          <w:lang w:val="fr-FR"/>
        </w:rPr>
        <w:t xml:space="preserve">2. </w:t>
      </w:r>
      <w:r w:rsidR="005C59DE" w:rsidRPr="00E97067">
        <w:rPr>
          <w:lang w:val="fr-FR"/>
        </w:rPr>
        <w:t>Vérifier</w:t>
      </w:r>
      <w:r w:rsidRPr="00E97067">
        <w:rPr>
          <w:lang w:val="fr-FR"/>
        </w:rPr>
        <w:t xml:space="preserve"> que le produit est disponible.</w:t>
      </w:r>
    </w:p>
    <w:p w14:paraId="1E171D8A" w14:textId="4F1D775F" w:rsidR="001041B8" w:rsidRDefault="00000000">
      <w:pPr>
        <w:rPr>
          <w:lang w:val="fr-FR"/>
        </w:rPr>
      </w:pPr>
      <w:r w:rsidRPr="00E97067">
        <w:rPr>
          <w:lang w:val="fr-FR"/>
        </w:rPr>
        <w:t xml:space="preserve">3. Utiliser l'action de </w:t>
      </w:r>
      <w:r w:rsidR="005C59DE" w:rsidRPr="00E97067">
        <w:rPr>
          <w:lang w:val="fr-FR"/>
        </w:rPr>
        <w:t>réservation</w:t>
      </w:r>
      <w:r w:rsidRPr="00E97067">
        <w:rPr>
          <w:lang w:val="fr-FR"/>
        </w:rPr>
        <w:t xml:space="preserve"> si elle est </w:t>
      </w:r>
      <w:r w:rsidR="005C59DE" w:rsidRPr="00E97067">
        <w:rPr>
          <w:lang w:val="fr-FR"/>
        </w:rPr>
        <w:t>proposée</w:t>
      </w:r>
      <w:r w:rsidRPr="00E97067">
        <w:rPr>
          <w:lang w:val="fr-FR"/>
        </w:rPr>
        <w:t>.</w:t>
      </w:r>
    </w:p>
    <w:p w14:paraId="181CD6B3" w14:textId="22408191" w:rsidR="005C59DE" w:rsidRDefault="005C59DE">
      <w:pPr>
        <w:rPr>
          <w:lang w:val="fr-FR"/>
        </w:rPr>
      </w:pPr>
      <w:r>
        <w:rPr>
          <w:noProof/>
          <w:lang w:val="fr-FR"/>
        </w:rPr>
        <mc:AlternateContent>
          <mc:Choice Requires="wps">
            <w:drawing>
              <wp:anchor distT="0" distB="0" distL="114300" distR="114300" simplePos="0" relativeHeight="251468288" behindDoc="0" locked="0" layoutInCell="1" allowOverlap="1" wp14:anchorId="1FB7544C" wp14:editId="26AEF93B">
                <wp:simplePos x="0" y="0"/>
                <wp:positionH relativeFrom="column">
                  <wp:posOffset>3369106</wp:posOffset>
                </wp:positionH>
                <wp:positionV relativeFrom="paragraph">
                  <wp:posOffset>1357832</wp:posOffset>
                </wp:positionV>
                <wp:extent cx="272034" cy="298399"/>
                <wp:effectExtent l="57150" t="38100" r="71120" b="83185"/>
                <wp:wrapNone/>
                <wp:docPr id="1411103743" name="Connecteur droit avec flèch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72034" cy="29839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163DDF" id="Connecteur droit avec flèche 4" o:spid="_x0000_s1026" type="#_x0000_t32" style="position:absolute;margin-left:265.3pt;margin-top:106.9pt;width:21.4pt;height:23.5pt;flip:x y;z-index:25146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" strokecolor="#c00000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  <w:r w:rsidRPr="005C59DE">
        <w:rPr>
          <w:lang w:val="fr-FR"/>
        </w:rPr>
        <w:drawing>
          <wp:inline distT="0" distB="0" distL="0" distR="0" wp14:anchorId="1250CA50" wp14:editId="19CD6AAA">
            <wp:extent cx="5486400" cy="2589530"/>
            <wp:effectExtent l="0" t="0" r="0" b="1270"/>
            <wp:docPr id="93629090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629090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89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349D48" w14:textId="6F99E294" w:rsidR="00093179" w:rsidRPr="00E97067" w:rsidRDefault="00093179">
      <w:pPr>
        <w:rPr>
          <w:lang w:val="fr-FR"/>
        </w:rPr>
      </w:pPr>
      <w:r>
        <w:rPr>
          <w:noProof/>
          <w:lang w:val="fr-FR"/>
        </w:rPr>
        <mc:AlternateContent>
          <mc:Choice Requires="wps">
            <w:drawing>
              <wp:anchor distT="0" distB="0" distL="114300" distR="114300" simplePos="0" relativeHeight="251485696" behindDoc="0" locked="0" layoutInCell="1" allowOverlap="1" wp14:anchorId="7D96287F" wp14:editId="219C06A8">
                <wp:simplePos x="0" y="0"/>
                <wp:positionH relativeFrom="column">
                  <wp:posOffset>1569567</wp:posOffset>
                </wp:positionH>
                <wp:positionV relativeFrom="paragraph">
                  <wp:posOffset>663523</wp:posOffset>
                </wp:positionV>
                <wp:extent cx="535381" cy="45719"/>
                <wp:effectExtent l="57150" t="57150" r="55245" b="107315"/>
                <wp:wrapNone/>
                <wp:docPr id="2030663530" name="Connecteur droit avec flèch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35381" cy="4571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1739FE" id="Connecteur droit avec flèche 4" o:spid="_x0000_s1026" type="#_x0000_t32" style="position:absolute;margin-left:123.6pt;margin-top:52.25pt;width:42.15pt;height:3.6pt;flip:x y;z-index:25148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" strokecolor="#c00000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  <w:r w:rsidRPr="00093179">
        <w:rPr>
          <w:lang w:val="fr-FR"/>
        </w:rPr>
        <w:drawing>
          <wp:inline distT="0" distB="0" distL="0" distR="0" wp14:anchorId="15FD8C2B" wp14:editId="18DDE69F">
            <wp:extent cx="5486400" cy="758825"/>
            <wp:effectExtent l="0" t="0" r="0" b="3175"/>
            <wp:docPr id="165016542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0165425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5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D4F0D3" w14:textId="24A533AB" w:rsidR="001041B8" w:rsidRPr="00E97067" w:rsidRDefault="00000000">
      <w:pPr>
        <w:rPr>
          <w:lang w:val="fr-FR"/>
        </w:rPr>
      </w:pPr>
      <w:r w:rsidRPr="00E97067">
        <w:rPr>
          <w:lang w:val="fr-FR"/>
        </w:rPr>
        <w:t xml:space="preserve">4. Choisir les informations </w:t>
      </w:r>
      <w:r w:rsidR="005C59DE" w:rsidRPr="00E97067">
        <w:rPr>
          <w:lang w:val="fr-FR"/>
        </w:rPr>
        <w:t>demandées</w:t>
      </w:r>
      <w:r w:rsidRPr="00E97067">
        <w:rPr>
          <w:lang w:val="fr-FR"/>
        </w:rPr>
        <w:t>.</w:t>
      </w:r>
    </w:p>
    <w:p w14:paraId="3F27C99C" w14:textId="71CC509B" w:rsidR="001041B8" w:rsidRPr="00E97067" w:rsidRDefault="00000000">
      <w:pPr>
        <w:rPr>
          <w:lang w:val="fr-FR"/>
        </w:rPr>
      </w:pPr>
      <w:r w:rsidRPr="00E97067">
        <w:rPr>
          <w:lang w:val="fr-FR"/>
        </w:rPr>
        <w:t xml:space="preserve">5. Confirmer la </w:t>
      </w:r>
      <w:r w:rsidR="005C59DE" w:rsidRPr="00E97067">
        <w:rPr>
          <w:lang w:val="fr-FR"/>
        </w:rPr>
        <w:t>réservation</w:t>
      </w:r>
      <w:r w:rsidRPr="00E97067">
        <w:rPr>
          <w:lang w:val="fr-FR"/>
        </w:rPr>
        <w:t>.</w:t>
      </w:r>
    </w:p>
    <w:p w14:paraId="746E425B" w14:textId="785DB946" w:rsidR="001041B8" w:rsidRDefault="00000000">
      <w:pPr>
        <w:rPr>
          <w:lang w:val="fr-FR"/>
        </w:rPr>
      </w:pPr>
      <w:r w:rsidRPr="00E97067">
        <w:rPr>
          <w:lang w:val="fr-FR"/>
        </w:rPr>
        <w:t xml:space="preserve">6. Ouvrir le panier ou la zone </w:t>
      </w:r>
      <w:r w:rsidR="005C59DE" w:rsidRPr="00E97067">
        <w:rPr>
          <w:lang w:val="fr-FR"/>
        </w:rPr>
        <w:t>réservations</w:t>
      </w:r>
      <w:r w:rsidRPr="00E97067">
        <w:rPr>
          <w:lang w:val="fr-FR"/>
        </w:rPr>
        <w:t xml:space="preserve"> pour consulter les </w:t>
      </w:r>
      <w:r w:rsidR="005C59DE" w:rsidRPr="00E97067">
        <w:rPr>
          <w:lang w:val="fr-FR"/>
        </w:rPr>
        <w:t>réservations</w:t>
      </w:r>
      <w:r w:rsidRPr="00E97067">
        <w:rPr>
          <w:lang w:val="fr-FR"/>
        </w:rPr>
        <w:t xml:space="preserve"> actives.</w:t>
      </w:r>
    </w:p>
    <w:p w14:paraId="432EDE78" w14:textId="4F9EF1B2" w:rsidR="00093179" w:rsidRPr="00E97067" w:rsidRDefault="00774DC7">
      <w:pPr>
        <w:rPr>
          <w:lang w:val="fr-FR"/>
        </w:rPr>
      </w:pPr>
      <w:r>
        <w:rPr>
          <w:noProof/>
          <w:lang w:val="fr-FR"/>
        </w:rPr>
        <w:lastRenderedPageBreak/>
        <mc:AlternateContent>
          <mc:Choice Requires="wps">
            <w:drawing>
              <wp:anchor distT="0" distB="0" distL="114300" distR="114300" simplePos="0" relativeHeight="251503104" behindDoc="0" locked="0" layoutInCell="1" allowOverlap="1" wp14:anchorId="1FAB195A" wp14:editId="79B813AD">
                <wp:simplePos x="0" y="0"/>
                <wp:positionH relativeFrom="column">
                  <wp:posOffset>3274009</wp:posOffset>
                </wp:positionH>
                <wp:positionV relativeFrom="paragraph">
                  <wp:posOffset>772515</wp:posOffset>
                </wp:positionV>
                <wp:extent cx="162306" cy="295503"/>
                <wp:effectExtent l="57150" t="19050" r="66675" b="85725"/>
                <wp:wrapNone/>
                <wp:docPr id="610621086" name="Connecteur droit avec flèch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2306" cy="295503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B88846" id="Connecteur droit avec flèche 4" o:spid="_x0000_s1026" type="#_x0000_t32" style="position:absolute;margin-left:257.8pt;margin-top:60.85pt;width:12.8pt;height:23.25pt;z-index:25150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" strokecolor="#c00000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val="fr-FR"/>
        </w:rPr>
        <mc:AlternateContent>
          <mc:Choice Requires="wps">
            <w:drawing>
              <wp:anchor distT="0" distB="0" distL="114300" distR="114300" simplePos="0" relativeHeight="251477504" behindDoc="0" locked="0" layoutInCell="1" allowOverlap="1" wp14:anchorId="7B3AAECC" wp14:editId="6E3082C7">
                <wp:simplePos x="0" y="0"/>
                <wp:positionH relativeFrom="column">
                  <wp:posOffset>667969</wp:posOffset>
                </wp:positionH>
                <wp:positionV relativeFrom="paragraph">
                  <wp:posOffset>1556765</wp:posOffset>
                </wp:positionV>
                <wp:extent cx="45719" cy="374447"/>
                <wp:effectExtent l="57150" t="38100" r="50165" b="83185"/>
                <wp:wrapNone/>
                <wp:docPr id="272597699" name="Connecteur droit avec flèch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374447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7F91A6" id="Connecteur droit avec flèche 4" o:spid="_x0000_s1026" type="#_x0000_t32" style="position:absolute;margin-left:52.6pt;margin-top:122.6pt;width:3.6pt;height:29.5pt;flip:y;z-index:25147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" strokecolor="#c00000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  <w:r w:rsidRPr="00774DC7">
        <w:rPr>
          <w:lang w:val="fr-FR"/>
        </w:rPr>
        <w:drawing>
          <wp:inline distT="0" distB="0" distL="0" distR="0" wp14:anchorId="28A0EC28" wp14:editId="77C76774">
            <wp:extent cx="5486400" cy="2590800"/>
            <wp:effectExtent l="0" t="0" r="0" b="0"/>
            <wp:docPr id="185976405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9764058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78D992" w14:textId="35F4F5DA" w:rsidR="001041B8" w:rsidRPr="00E97067" w:rsidRDefault="00A15081">
      <w:pPr>
        <w:pStyle w:val="Titre2"/>
        <w:rPr>
          <w:lang w:val="fr-FR"/>
        </w:rPr>
      </w:pPr>
      <w:bookmarkStart w:id="40" w:name="_Toc231178435"/>
      <w:r w:rsidRPr="00E97067">
        <w:rPr>
          <w:lang w:val="fr-FR"/>
        </w:rPr>
        <w:t>Résultat</w:t>
      </w:r>
      <w:r w:rsidR="00000000" w:rsidRPr="00E97067">
        <w:rPr>
          <w:lang w:val="fr-FR"/>
        </w:rPr>
        <w:t xml:space="preserve"> attendu</w:t>
      </w:r>
      <w:bookmarkEnd w:id="40"/>
    </w:p>
    <w:p w14:paraId="7FA3D5D1" w14:textId="3F2605C8" w:rsidR="001041B8" w:rsidRPr="00E97067" w:rsidRDefault="00000000">
      <w:pPr>
        <w:rPr>
          <w:lang w:val="fr-FR"/>
        </w:rPr>
      </w:pPr>
      <w:r w:rsidRPr="00E97067">
        <w:rPr>
          <w:lang w:val="fr-FR"/>
        </w:rPr>
        <w:t xml:space="preserve">La </w:t>
      </w:r>
      <w:r w:rsidR="00A15081" w:rsidRPr="00E97067">
        <w:rPr>
          <w:lang w:val="fr-FR"/>
        </w:rPr>
        <w:t>réservation</w:t>
      </w:r>
      <w:r w:rsidRPr="00E97067">
        <w:rPr>
          <w:lang w:val="fr-FR"/>
        </w:rPr>
        <w:t xml:space="preserve"> apparait dans la liste des </w:t>
      </w:r>
      <w:r w:rsidR="00A15081" w:rsidRPr="00E97067">
        <w:rPr>
          <w:lang w:val="fr-FR"/>
        </w:rPr>
        <w:t>réservations</w:t>
      </w:r>
      <w:r w:rsidRPr="00E97067">
        <w:rPr>
          <w:lang w:val="fr-FR"/>
        </w:rPr>
        <w:t xml:space="preserve"> du client.</w:t>
      </w:r>
    </w:p>
    <w:p w14:paraId="4B4EA378" w14:textId="67090CB8" w:rsidR="001041B8" w:rsidRPr="00E97067" w:rsidRDefault="00A15081">
      <w:pPr>
        <w:rPr>
          <w:lang w:val="fr-FR"/>
        </w:rPr>
      </w:pPr>
      <w:r w:rsidRPr="00A15081">
        <w:rPr>
          <w:lang w:val="fr-FR"/>
        </w:rPr>
        <w:drawing>
          <wp:inline distT="0" distB="0" distL="0" distR="0" wp14:anchorId="6139E095" wp14:editId="45B912FE">
            <wp:extent cx="5486400" cy="4081882"/>
            <wp:effectExtent l="0" t="0" r="0" b="0"/>
            <wp:docPr id="36981807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818077" name=""/>
                    <pic:cNvPicPr/>
                  </pic:nvPicPr>
                  <pic:blipFill rotWithShape="1">
                    <a:blip r:embed="rId22"/>
                    <a:srcRect b="219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0818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E205D7" w14:textId="5783E99F" w:rsidR="001041B8" w:rsidRPr="00E97067" w:rsidRDefault="00000000">
      <w:pPr>
        <w:pStyle w:val="Titre2"/>
        <w:rPr>
          <w:lang w:val="fr-FR"/>
        </w:rPr>
      </w:pPr>
      <w:bookmarkStart w:id="41" w:name="_Toc231178436"/>
      <w:r w:rsidRPr="00E97067">
        <w:rPr>
          <w:lang w:val="fr-FR"/>
        </w:rPr>
        <w:t xml:space="preserve">Etapes pour annuler une </w:t>
      </w:r>
      <w:r w:rsidR="00A15081" w:rsidRPr="00E97067">
        <w:rPr>
          <w:lang w:val="fr-FR"/>
        </w:rPr>
        <w:t>réservation</w:t>
      </w:r>
      <w:bookmarkEnd w:id="41"/>
    </w:p>
    <w:p w14:paraId="5406DB60" w14:textId="77777777" w:rsidR="001041B8" w:rsidRPr="00E97067" w:rsidRDefault="001041B8">
      <w:pPr>
        <w:rPr>
          <w:lang w:val="fr-FR"/>
        </w:rPr>
      </w:pPr>
    </w:p>
    <w:p w14:paraId="261ADCA6" w14:textId="5E1CBD2E" w:rsidR="001041B8" w:rsidRPr="00E97067" w:rsidRDefault="00000000">
      <w:pPr>
        <w:rPr>
          <w:lang w:val="fr-FR"/>
        </w:rPr>
      </w:pPr>
      <w:r w:rsidRPr="00E97067">
        <w:rPr>
          <w:lang w:val="fr-FR"/>
        </w:rPr>
        <w:lastRenderedPageBreak/>
        <w:t xml:space="preserve">1. Ouvrir la liste des </w:t>
      </w:r>
      <w:r w:rsidR="00A15081" w:rsidRPr="00E97067">
        <w:rPr>
          <w:lang w:val="fr-FR"/>
        </w:rPr>
        <w:t>réservations</w:t>
      </w:r>
      <w:r w:rsidRPr="00E97067">
        <w:rPr>
          <w:lang w:val="fr-FR"/>
        </w:rPr>
        <w:t xml:space="preserve"> actives.</w:t>
      </w:r>
    </w:p>
    <w:p w14:paraId="6F8F9FEC" w14:textId="1875732A" w:rsidR="001041B8" w:rsidRPr="00E97067" w:rsidRDefault="00000000">
      <w:pPr>
        <w:rPr>
          <w:lang w:val="fr-FR"/>
        </w:rPr>
      </w:pPr>
      <w:r w:rsidRPr="00E97067">
        <w:rPr>
          <w:lang w:val="fr-FR"/>
        </w:rPr>
        <w:t xml:space="preserve">2. </w:t>
      </w:r>
      <w:r w:rsidR="00A15081" w:rsidRPr="00E97067">
        <w:rPr>
          <w:lang w:val="fr-FR"/>
        </w:rPr>
        <w:t>Sélectionner</w:t>
      </w:r>
      <w:r w:rsidRPr="00E97067">
        <w:rPr>
          <w:lang w:val="fr-FR"/>
        </w:rPr>
        <w:t xml:space="preserve"> la </w:t>
      </w:r>
      <w:r w:rsidR="00A15081" w:rsidRPr="00E97067">
        <w:rPr>
          <w:lang w:val="fr-FR"/>
        </w:rPr>
        <w:t>réservation</w:t>
      </w:r>
      <w:r w:rsidRPr="00E97067">
        <w:rPr>
          <w:lang w:val="fr-FR"/>
        </w:rPr>
        <w:t>.</w:t>
      </w:r>
    </w:p>
    <w:p w14:paraId="73F715D8" w14:textId="7C3A53F0" w:rsidR="001041B8" w:rsidRDefault="00000000">
      <w:pPr>
        <w:rPr>
          <w:lang w:val="fr-FR"/>
        </w:rPr>
      </w:pPr>
      <w:r w:rsidRPr="00E97067">
        <w:rPr>
          <w:lang w:val="fr-FR"/>
        </w:rPr>
        <w:t xml:space="preserve">3. Cliquer sur `Cancel </w:t>
      </w:r>
      <w:r w:rsidR="00A15081" w:rsidRPr="00E97067">
        <w:rPr>
          <w:lang w:val="fr-FR"/>
        </w:rPr>
        <w:t>réservation</w:t>
      </w:r>
      <w:r w:rsidRPr="00E97067">
        <w:rPr>
          <w:lang w:val="fr-FR"/>
        </w:rPr>
        <w:t>`.</w:t>
      </w:r>
    </w:p>
    <w:p w14:paraId="3B1B19A1" w14:textId="77777777" w:rsidR="00A15081" w:rsidRPr="00E97067" w:rsidRDefault="00A15081" w:rsidP="00A15081">
      <w:pPr>
        <w:rPr>
          <w:lang w:val="fr-FR"/>
        </w:rPr>
      </w:pPr>
      <w:r>
        <w:rPr>
          <w:noProof/>
          <w:lang w:val="fr-FR"/>
        </w:rPr>
        <mc:AlternateContent>
          <mc:Choice Requires="wps">
            <w:drawing>
              <wp:anchor distT="0" distB="0" distL="114300" distR="114300" simplePos="0" relativeHeight="251512320" behindDoc="0" locked="0" layoutInCell="1" allowOverlap="1" wp14:anchorId="19B2FD0C" wp14:editId="263ADDD9">
                <wp:simplePos x="0" y="0"/>
                <wp:positionH relativeFrom="column">
                  <wp:posOffset>3085187</wp:posOffset>
                </wp:positionH>
                <wp:positionV relativeFrom="paragraph">
                  <wp:posOffset>1379855</wp:posOffset>
                </wp:positionV>
                <wp:extent cx="387324" cy="45719"/>
                <wp:effectExtent l="38100" t="57150" r="32385" b="107315"/>
                <wp:wrapNone/>
                <wp:docPr id="486430422" name="Connecteur droit avec flèch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87324" cy="4571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818777" id="Connecteur droit avec flèche 4" o:spid="_x0000_s1026" type="#_x0000_t32" style="position:absolute;margin-left:242.95pt;margin-top:108.65pt;width:30.5pt;height:3.6pt;flip:y;z-index:25151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" strokecolor="#c00000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val="fr-FR"/>
        </w:rPr>
        <mc:AlternateContent>
          <mc:Choice Requires="wps">
            <w:drawing>
              <wp:anchor distT="0" distB="0" distL="114300" distR="114300" simplePos="0" relativeHeight="251494912" behindDoc="0" locked="0" layoutInCell="1" allowOverlap="1" wp14:anchorId="2E4BAC82" wp14:editId="561607EC">
                <wp:simplePos x="0" y="0"/>
                <wp:positionH relativeFrom="column">
                  <wp:posOffset>667969</wp:posOffset>
                </wp:positionH>
                <wp:positionV relativeFrom="paragraph">
                  <wp:posOffset>1556765</wp:posOffset>
                </wp:positionV>
                <wp:extent cx="45719" cy="374447"/>
                <wp:effectExtent l="57150" t="38100" r="50165" b="83185"/>
                <wp:wrapNone/>
                <wp:docPr id="1105497198" name="Connecteur droit avec flèch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374447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96DE32" id="Connecteur droit avec flèche 4" o:spid="_x0000_s1026" type="#_x0000_t32" style="position:absolute;margin-left:52.6pt;margin-top:122.6pt;width:3.6pt;height:29.5pt;flip:y;z-index:25149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" strokecolor="#c00000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  <w:r w:rsidRPr="00774DC7">
        <w:rPr>
          <w:lang w:val="fr-FR"/>
        </w:rPr>
        <w:drawing>
          <wp:inline distT="0" distB="0" distL="0" distR="0" wp14:anchorId="49E16F3E" wp14:editId="687588E5">
            <wp:extent cx="5486400" cy="2590800"/>
            <wp:effectExtent l="0" t="0" r="0" b="0"/>
            <wp:docPr id="15359012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9764058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8C4170" w14:textId="64B30CB4" w:rsidR="001041B8" w:rsidRPr="00E97067" w:rsidRDefault="00000000">
      <w:pPr>
        <w:rPr>
          <w:lang w:val="fr-FR"/>
        </w:rPr>
      </w:pPr>
      <w:r w:rsidRPr="00E97067">
        <w:rPr>
          <w:lang w:val="fr-FR"/>
        </w:rPr>
        <w:t>4. Confirmer.</w:t>
      </w:r>
    </w:p>
    <w:p w14:paraId="17B74C0B" w14:textId="77777777" w:rsidR="001041B8" w:rsidRPr="00E97067" w:rsidRDefault="00000000">
      <w:pPr>
        <w:pStyle w:val="Titre2"/>
        <w:rPr>
          <w:lang w:val="fr-FR"/>
        </w:rPr>
      </w:pPr>
      <w:bookmarkStart w:id="42" w:name="_Toc231178437"/>
      <w:r w:rsidRPr="00E97067">
        <w:rPr>
          <w:lang w:val="fr-FR"/>
        </w:rPr>
        <w:t>A savoir</w:t>
      </w:r>
      <w:bookmarkEnd w:id="42"/>
    </w:p>
    <w:p w14:paraId="37442C9D" w14:textId="3E720D49" w:rsidR="001041B8" w:rsidRPr="00E97067" w:rsidRDefault="00000000">
      <w:pPr>
        <w:rPr>
          <w:lang w:val="fr-FR"/>
        </w:rPr>
      </w:pPr>
      <w:r w:rsidRPr="00E97067">
        <w:rPr>
          <w:lang w:val="fr-FR"/>
        </w:rPr>
        <w:t xml:space="preserve">Une </w:t>
      </w:r>
      <w:r w:rsidR="00A15081" w:rsidRPr="00E97067">
        <w:rPr>
          <w:lang w:val="fr-FR"/>
        </w:rPr>
        <w:t>réservation</w:t>
      </w:r>
      <w:r w:rsidRPr="00E97067">
        <w:rPr>
          <w:lang w:val="fr-FR"/>
        </w:rPr>
        <w:t xml:space="preserve"> </w:t>
      </w:r>
      <w:r w:rsidR="00A15081" w:rsidRPr="00E97067">
        <w:rPr>
          <w:lang w:val="fr-FR"/>
        </w:rPr>
        <w:t>déjà</w:t>
      </w:r>
      <w:r w:rsidRPr="00E97067">
        <w:rPr>
          <w:lang w:val="fr-FR"/>
        </w:rPr>
        <w:t xml:space="preserve"> </w:t>
      </w:r>
      <w:r w:rsidR="00A15081" w:rsidRPr="00E97067">
        <w:rPr>
          <w:lang w:val="fr-FR"/>
        </w:rPr>
        <w:t>récupérée</w:t>
      </w:r>
      <w:r w:rsidRPr="00E97067">
        <w:rPr>
          <w:lang w:val="fr-FR"/>
        </w:rPr>
        <w:t xml:space="preserve"> ou </w:t>
      </w:r>
      <w:r w:rsidR="00A15081" w:rsidRPr="00E97067">
        <w:rPr>
          <w:lang w:val="fr-FR"/>
        </w:rPr>
        <w:t>finalisée</w:t>
      </w:r>
      <w:r w:rsidRPr="00E97067">
        <w:rPr>
          <w:lang w:val="fr-FR"/>
        </w:rPr>
        <w:t xml:space="preserve"> ne suit plus le </w:t>
      </w:r>
      <w:r w:rsidR="00A15081" w:rsidRPr="00E97067">
        <w:rPr>
          <w:lang w:val="fr-FR"/>
        </w:rPr>
        <w:t>même</w:t>
      </w:r>
      <w:r w:rsidRPr="00E97067">
        <w:rPr>
          <w:lang w:val="fr-FR"/>
        </w:rPr>
        <w:t xml:space="preserve"> processus d'annulation.</w:t>
      </w:r>
    </w:p>
    <w:p w14:paraId="66CAFB88" w14:textId="2A69DB70" w:rsidR="001041B8" w:rsidRPr="00E97067" w:rsidRDefault="00000000" w:rsidP="00833872">
      <w:pPr>
        <w:pStyle w:val="Titre1"/>
      </w:pPr>
      <w:bookmarkStart w:id="43" w:name="_Toc231178438"/>
      <w:r w:rsidRPr="00E97067">
        <w:t>Parcours client : passer commande</w:t>
      </w:r>
      <w:bookmarkEnd w:id="43"/>
    </w:p>
    <w:p w14:paraId="40024639" w14:textId="77777777" w:rsidR="001041B8" w:rsidRPr="00E97067" w:rsidRDefault="00000000">
      <w:pPr>
        <w:pStyle w:val="Titre2"/>
        <w:rPr>
          <w:lang w:val="fr-FR"/>
        </w:rPr>
      </w:pPr>
      <w:bookmarkStart w:id="44" w:name="_Toc231178439"/>
      <w:r w:rsidRPr="00E97067">
        <w:rPr>
          <w:lang w:val="fr-FR"/>
        </w:rPr>
        <w:t>Objectif</w:t>
      </w:r>
      <w:bookmarkEnd w:id="44"/>
    </w:p>
    <w:p w14:paraId="496C8890" w14:textId="77777777" w:rsidR="001041B8" w:rsidRPr="00E97067" w:rsidRDefault="00000000">
      <w:pPr>
        <w:rPr>
          <w:lang w:val="fr-FR"/>
        </w:rPr>
      </w:pPr>
      <w:r w:rsidRPr="00E97067">
        <w:rPr>
          <w:lang w:val="fr-FR"/>
        </w:rPr>
        <w:t>Transformer un panier en commande.</w:t>
      </w:r>
    </w:p>
    <w:p w14:paraId="53C08E3B" w14:textId="77777777" w:rsidR="001041B8" w:rsidRPr="00E97067" w:rsidRDefault="00000000">
      <w:pPr>
        <w:pStyle w:val="Titre2"/>
        <w:rPr>
          <w:lang w:val="fr-FR"/>
        </w:rPr>
      </w:pPr>
      <w:bookmarkStart w:id="45" w:name="_Toc231178440"/>
      <w:r w:rsidRPr="00E97067">
        <w:rPr>
          <w:lang w:val="fr-FR"/>
        </w:rPr>
        <w:t>Qui peut le faire</w:t>
      </w:r>
      <w:bookmarkEnd w:id="45"/>
    </w:p>
    <w:p w14:paraId="0B65EA83" w14:textId="77777777" w:rsidR="001041B8" w:rsidRPr="00E97067" w:rsidRDefault="00000000">
      <w:pPr>
        <w:rPr>
          <w:lang w:val="fr-FR"/>
        </w:rPr>
      </w:pPr>
      <w:r w:rsidRPr="00E97067">
        <w:rPr>
          <w:lang w:val="fr-FR"/>
        </w:rPr>
        <w:t>Client connecte avec au moins une ligne dans son panier.</w:t>
      </w:r>
    </w:p>
    <w:p w14:paraId="0BD39A97" w14:textId="77777777" w:rsidR="001041B8" w:rsidRPr="00E97067" w:rsidRDefault="00000000">
      <w:pPr>
        <w:pStyle w:val="Titre2"/>
        <w:rPr>
          <w:lang w:val="fr-FR"/>
        </w:rPr>
      </w:pPr>
      <w:bookmarkStart w:id="46" w:name="_Toc231178441"/>
      <w:r w:rsidRPr="00E97067">
        <w:rPr>
          <w:lang w:val="fr-FR"/>
        </w:rPr>
        <w:t>Etapes pour un retrait boutique</w:t>
      </w:r>
      <w:bookmarkEnd w:id="46"/>
    </w:p>
    <w:p w14:paraId="1C628662" w14:textId="77777777" w:rsidR="001041B8" w:rsidRDefault="00000000">
      <w:pPr>
        <w:rPr>
          <w:lang w:val="fr-FR"/>
        </w:rPr>
      </w:pPr>
      <w:r w:rsidRPr="00E97067">
        <w:rPr>
          <w:lang w:val="fr-FR"/>
        </w:rPr>
        <w:t>1. Ouvrir le panier.</w:t>
      </w:r>
    </w:p>
    <w:p w14:paraId="2E96B9DD" w14:textId="1B8A6D11" w:rsidR="00146E53" w:rsidRPr="00E97067" w:rsidRDefault="00146E53">
      <w:pPr>
        <w:rPr>
          <w:lang w:val="fr-FR"/>
        </w:rPr>
      </w:pPr>
      <w:r w:rsidRPr="00146E53">
        <w:rPr>
          <w:lang w:val="fr-FR"/>
        </w:rPr>
        <w:lastRenderedPageBreak/>
        <w:drawing>
          <wp:inline distT="0" distB="0" distL="0" distR="0" wp14:anchorId="2886D847" wp14:editId="27D2BCF3">
            <wp:extent cx="5486400" cy="2588260"/>
            <wp:effectExtent l="0" t="0" r="0" b="2540"/>
            <wp:docPr id="127183025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1830257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88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CA16ED" w14:textId="5015634F" w:rsidR="001041B8" w:rsidRPr="00E97067" w:rsidRDefault="00000000">
      <w:pPr>
        <w:rPr>
          <w:lang w:val="fr-FR"/>
        </w:rPr>
      </w:pPr>
      <w:r w:rsidRPr="00E97067">
        <w:rPr>
          <w:lang w:val="fr-FR"/>
        </w:rPr>
        <w:t xml:space="preserve">2. </w:t>
      </w:r>
      <w:r w:rsidR="00C632DD" w:rsidRPr="00E97067">
        <w:rPr>
          <w:lang w:val="fr-FR"/>
        </w:rPr>
        <w:t>Vérifier</w:t>
      </w:r>
      <w:r w:rsidRPr="00E97067">
        <w:rPr>
          <w:lang w:val="fr-FR"/>
        </w:rPr>
        <w:t xml:space="preserve"> les produits, </w:t>
      </w:r>
      <w:r w:rsidR="00C632DD" w:rsidRPr="00E97067">
        <w:rPr>
          <w:lang w:val="fr-FR"/>
        </w:rPr>
        <w:t>quantités</w:t>
      </w:r>
      <w:r w:rsidRPr="00E97067">
        <w:rPr>
          <w:lang w:val="fr-FR"/>
        </w:rPr>
        <w:t xml:space="preserve"> et bons cadeaux.</w:t>
      </w:r>
    </w:p>
    <w:p w14:paraId="05DE33DB" w14:textId="16610875" w:rsidR="001041B8" w:rsidRDefault="00000000">
      <w:pPr>
        <w:rPr>
          <w:lang w:val="fr-FR"/>
        </w:rPr>
      </w:pPr>
      <w:r w:rsidRPr="00E97067">
        <w:rPr>
          <w:lang w:val="fr-FR"/>
        </w:rPr>
        <w:t xml:space="preserve">3. Cliquer sur l'action de </w:t>
      </w:r>
      <w:r w:rsidR="00361589">
        <w:rPr>
          <w:lang w:val="fr-FR"/>
        </w:rPr>
        <w:t>`</w:t>
      </w:r>
      <w:proofErr w:type="spellStart"/>
      <w:r w:rsidR="00361589" w:rsidRPr="00361589">
        <w:rPr>
          <w:lang w:val="fr-FR"/>
        </w:rPr>
        <w:t>Proceed</w:t>
      </w:r>
      <w:proofErr w:type="spellEnd"/>
      <w:r w:rsidR="00361589" w:rsidRPr="00361589">
        <w:rPr>
          <w:lang w:val="fr-FR"/>
        </w:rPr>
        <w:t xml:space="preserve"> to </w:t>
      </w:r>
      <w:proofErr w:type="spellStart"/>
      <w:r w:rsidR="00361589" w:rsidRPr="00361589">
        <w:rPr>
          <w:lang w:val="fr-FR"/>
        </w:rPr>
        <w:t>payment</w:t>
      </w:r>
      <w:proofErr w:type="spellEnd"/>
      <w:r w:rsidR="00361589">
        <w:rPr>
          <w:lang w:val="fr-FR"/>
        </w:rPr>
        <w:t>`</w:t>
      </w:r>
      <w:r w:rsidRPr="00E97067">
        <w:rPr>
          <w:lang w:val="fr-FR"/>
        </w:rPr>
        <w:t>.</w:t>
      </w:r>
    </w:p>
    <w:p w14:paraId="7BDDB176" w14:textId="5BF98A32" w:rsidR="00146E53" w:rsidRPr="00E97067" w:rsidRDefault="00146E53">
      <w:pPr>
        <w:rPr>
          <w:lang w:val="fr-FR"/>
        </w:rPr>
      </w:pPr>
      <w:r w:rsidRPr="00146E53">
        <w:rPr>
          <w:lang w:val="fr-FR"/>
        </w:rPr>
        <w:drawing>
          <wp:inline distT="0" distB="0" distL="0" distR="0" wp14:anchorId="0F3778BC" wp14:editId="10371265">
            <wp:extent cx="5486400" cy="2597785"/>
            <wp:effectExtent l="0" t="0" r="0" b="0"/>
            <wp:docPr id="85559791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5597917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9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77FD0D" w14:textId="77777777" w:rsidR="001041B8" w:rsidRPr="00E97067" w:rsidRDefault="00000000">
      <w:pPr>
        <w:rPr>
          <w:lang w:val="fr-FR"/>
        </w:rPr>
      </w:pPr>
      <w:r w:rsidRPr="00E97067">
        <w:rPr>
          <w:lang w:val="fr-FR"/>
        </w:rPr>
        <w:t>4. Choisir le mode `Pickup`.</w:t>
      </w:r>
    </w:p>
    <w:p w14:paraId="6E33A0CE" w14:textId="77777777" w:rsidR="001041B8" w:rsidRPr="00E97067" w:rsidRDefault="00000000">
      <w:pPr>
        <w:rPr>
          <w:lang w:val="fr-FR"/>
        </w:rPr>
      </w:pPr>
      <w:r w:rsidRPr="00E97067">
        <w:rPr>
          <w:lang w:val="fr-FR"/>
        </w:rPr>
        <w:t>5. Choisir la boutique de retrait.</w:t>
      </w:r>
    </w:p>
    <w:p w14:paraId="4DACEACF" w14:textId="77777777" w:rsidR="001041B8" w:rsidRPr="00E97067" w:rsidRDefault="00000000">
      <w:pPr>
        <w:rPr>
          <w:lang w:val="fr-FR"/>
        </w:rPr>
      </w:pPr>
      <w:r w:rsidRPr="00E97067">
        <w:rPr>
          <w:lang w:val="fr-FR"/>
        </w:rPr>
        <w:t>6. Choisir la date de retrait.</w:t>
      </w:r>
    </w:p>
    <w:p w14:paraId="7DB8D74B" w14:textId="77777777" w:rsidR="001041B8" w:rsidRPr="00E97067" w:rsidRDefault="00000000">
      <w:pPr>
        <w:rPr>
          <w:lang w:val="fr-FR"/>
        </w:rPr>
      </w:pPr>
      <w:r w:rsidRPr="00E97067">
        <w:rPr>
          <w:lang w:val="fr-FR"/>
        </w:rPr>
        <w:t>7. Choisir l'horaire de retrait.</w:t>
      </w:r>
    </w:p>
    <w:p w14:paraId="37285F1E" w14:textId="68E552FF" w:rsidR="001041B8" w:rsidRPr="00E97067" w:rsidRDefault="00000000">
      <w:pPr>
        <w:rPr>
          <w:lang w:val="fr-FR"/>
        </w:rPr>
      </w:pPr>
      <w:r w:rsidRPr="00E97067">
        <w:rPr>
          <w:lang w:val="fr-FR"/>
        </w:rPr>
        <w:t xml:space="preserve">8. Ajouter une note si </w:t>
      </w:r>
      <w:r w:rsidR="00146E53" w:rsidRPr="00E97067">
        <w:rPr>
          <w:lang w:val="fr-FR"/>
        </w:rPr>
        <w:t>nécessaire</w:t>
      </w:r>
      <w:r w:rsidRPr="00E97067">
        <w:rPr>
          <w:lang w:val="fr-FR"/>
        </w:rPr>
        <w:t>.</w:t>
      </w:r>
    </w:p>
    <w:p w14:paraId="22D5D9F1" w14:textId="33F87F1A" w:rsidR="001041B8" w:rsidRPr="00E97067" w:rsidRDefault="00000000">
      <w:pPr>
        <w:rPr>
          <w:lang w:val="fr-FR"/>
        </w:rPr>
      </w:pPr>
      <w:r w:rsidRPr="00E97067">
        <w:rPr>
          <w:lang w:val="fr-FR"/>
        </w:rPr>
        <w:t xml:space="preserve">9. </w:t>
      </w:r>
      <w:r w:rsidR="00146E53" w:rsidRPr="00E97067">
        <w:rPr>
          <w:lang w:val="fr-FR"/>
        </w:rPr>
        <w:t>Vérifier</w:t>
      </w:r>
      <w:r w:rsidRPr="00E97067">
        <w:rPr>
          <w:lang w:val="fr-FR"/>
        </w:rPr>
        <w:t xml:space="preserve"> le </w:t>
      </w:r>
      <w:r w:rsidR="00146E53" w:rsidRPr="00E97067">
        <w:rPr>
          <w:lang w:val="fr-FR"/>
        </w:rPr>
        <w:t>récapitulatif</w:t>
      </w:r>
      <w:r w:rsidRPr="00E97067">
        <w:rPr>
          <w:lang w:val="fr-FR"/>
        </w:rPr>
        <w:t>.</w:t>
      </w:r>
    </w:p>
    <w:p w14:paraId="0116B671" w14:textId="77777777" w:rsidR="001041B8" w:rsidRPr="00E97067" w:rsidRDefault="00000000">
      <w:pPr>
        <w:rPr>
          <w:lang w:val="fr-FR"/>
        </w:rPr>
      </w:pPr>
      <w:r w:rsidRPr="00E97067">
        <w:rPr>
          <w:lang w:val="fr-FR"/>
        </w:rPr>
        <w:t>10. Valider la commande.</w:t>
      </w:r>
    </w:p>
    <w:p w14:paraId="5F61AFE4" w14:textId="77777777" w:rsidR="001041B8" w:rsidRPr="00E97067" w:rsidRDefault="00000000">
      <w:pPr>
        <w:rPr>
          <w:lang w:val="fr-FR"/>
        </w:rPr>
      </w:pPr>
      <w:r w:rsidRPr="00E97067">
        <w:rPr>
          <w:lang w:val="fr-FR"/>
        </w:rPr>
        <w:lastRenderedPageBreak/>
        <w:t>11. Effectuer le paiement si demande.</w:t>
      </w:r>
    </w:p>
    <w:p w14:paraId="0B61999C" w14:textId="77777777" w:rsidR="001041B8" w:rsidRPr="00E97067" w:rsidRDefault="00000000">
      <w:pPr>
        <w:pStyle w:val="Titre2"/>
        <w:rPr>
          <w:lang w:val="fr-FR"/>
        </w:rPr>
      </w:pPr>
      <w:bookmarkStart w:id="47" w:name="_Toc231178442"/>
      <w:r w:rsidRPr="00E97067">
        <w:rPr>
          <w:lang w:val="fr-FR"/>
        </w:rPr>
        <w:t>Etapes pour une livraison</w:t>
      </w:r>
      <w:bookmarkEnd w:id="47"/>
    </w:p>
    <w:p w14:paraId="78935344" w14:textId="77777777" w:rsidR="001041B8" w:rsidRPr="00E97067" w:rsidRDefault="00000000">
      <w:pPr>
        <w:rPr>
          <w:lang w:val="fr-FR"/>
        </w:rPr>
      </w:pPr>
      <w:r w:rsidRPr="00E97067">
        <w:rPr>
          <w:lang w:val="fr-FR"/>
        </w:rPr>
        <w:t>1. Ouvrir le panier.</w:t>
      </w:r>
    </w:p>
    <w:p w14:paraId="46EE3FC7" w14:textId="47E2B512" w:rsidR="001041B8" w:rsidRDefault="00000000">
      <w:pPr>
        <w:rPr>
          <w:lang w:val="fr-FR"/>
        </w:rPr>
      </w:pPr>
      <w:r w:rsidRPr="00E97067">
        <w:rPr>
          <w:lang w:val="fr-FR"/>
        </w:rPr>
        <w:t>2. Cliquer sur l'action de</w:t>
      </w:r>
      <w:r w:rsidR="00361589">
        <w:rPr>
          <w:lang w:val="fr-FR"/>
        </w:rPr>
        <w:t xml:space="preserve"> `</w:t>
      </w:r>
      <w:proofErr w:type="spellStart"/>
      <w:r w:rsidR="00361589" w:rsidRPr="00361589">
        <w:rPr>
          <w:lang w:val="fr-FR"/>
        </w:rPr>
        <w:t>Proceed</w:t>
      </w:r>
      <w:proofErr w:type="spellEnd"/>
      <w:r w:rsidR="00361589" w:rsidRPr="00361589">
        <w:rPr>
          <w:lang w:val="fr-FR"/>
        </w:rPr>
        <w:t xml:space="preserve"> to </w:t>
      </w:r>
      <w:proofErr w:type="spellStart"/>
      <w:r w:rsidR="00361589" w:rsidRPr="00361589">
        <w:rPr>
          <w:lang w:val="fr-FR"/>
        </w:rPr>
        <w:t>payment</w:t>
      </w:r>
      <w:proofErr w:type="spellEnd"/>
      <w:r w:rsidR="00361589">
        <w:rPr>
          <w:lang w:val="fr-FR"/>
        </w:rPr>
        <w:t>`</w:t>
      </w:r>
      <w:r w:rsidRPr="00E97067">
        <w:rPr>
          <w:lang w:val="fr-FR"/>
        </w:rPr>
        <w:t>.</w:t>
      </w:r>
    </w:p>
    <w:p w14:paraId="23B6BF6A" w14:textId="36ACDB01" w:rsidR="00361589" w:rsidRPr="00E97067" w:rsidRDefault="00361589">
      <w:pPr>
        <w:rPr>
          <w:lang w:val="fr-FR"/>
        </w:rPr>
      </w:pPr>
      <w:r w:rsidRPr="00361589">
        <w:rPr>
          <w:lang w:val="fr-FR"/>
        </w:rPr>
        <w:drawing>
          <wp:inline distT="0" distB="0" distL="0" distR="0" wp14:anchorId="205A926D" wp14:editId="04E4D4FF">
            <wp:extent cx="5486400" cy="2586990"/>
            <wp:effectExtent l="0" t="0" r="0" b="3810"/>
            <wp:docPr id="127300381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3003816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86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119AAC" w14:textId="77777777" w:rsidR="001041B8" w:rsidRPr="00E97067" w:rsidRDefault="00000000">
      <w:pPr>
        <w:rPr>
          <w:lang w:val="fr-FR"/>
        </w:rPr>
      </w:pPr>
      <w:r w:rsidRPr="00E97067">
        <w:rPr>
          <w:lang w:val="fr-FR"/>
        </w:rPr>
        <w:t>3. Choisir le mode `Delivery`.</w:t>
      </w:r>
    </w:p>
    <w:p w14:paraId="6767891B" w14:textId="62BA9238" w:rsidR="001041B8" w:rsidRPr="00E97067" w:rsidRDefault="00000000">
      <w:pPr>
        <w:rPr>
          <w:lang w:val="fr-FR"/>
        </w:rPr>
      </w:pPr>
      <w:r w:rsidRPr="00E97067">
        <w:rPr>
          <w:lang w:val="fr-FR"/>
        </w:rPr>
        <w:t xml:space="preserve">4. Renseigner le </w:t>
      </w:r>
      <w:r w:rsidR="006139CA" w:rsidRPr="00E97067">
        <w:rPr>
          <w:lang w:val="fr-FR"/>
        </w:rPr>
        <w:t>prénom</w:t>
      </w:r>
      <w:r w:rsidRPr="00E97067">
        <w:rPr>
          <w:lang w:val="fr-FR"/>
        </w:rPr>
        <w:t>.</w:t>
      </w:r>
    </w:p>
    <w:p w14:paraId="0A03BBBC" w14:textId="77777777" w:rsidR="001041B8" w:rsidRPr="00E97067" w:rsidRDefault="00000000">
      <w:pPr>
        <w:rPr>
          <w:lang w:val="fr-FR"/>
        </w:rPr>
      </w:pPr>
      <w:r w:rsidRPr="00E97067">
        <w:rPr>
          <w:lang w:val="fr-FR"/>
        </w:rPr>
        <w:t>5. Renseigner le nom.</w:t>
      </w:r>
    </w:p>
    <w:p w14:paraId="4C45D67D" w14:textId="77777777" w:rsidR="001041B8" w:rsidRPr="00E97067" w:rsidRDefault="00000000">
      <w:pPr>
        <w:rPr>
          <w:lang w:val="fr-FR"/>
        </w:rPr>
      </w:pPr>
      <w:r w:rsidRPr="00E97067">
        <w:rPr>
          <w:lang w:val="fr-FR"/>
        </w:rPr>
        <w:t>6. Renseigner l'adresse.</w:t>
      </w:r>
    </w:p>
    <w:p w14:paraId="2E426648" w14:textId="4937A564" w:rsidR="001041B8" w:rsidRPr="00E97067" w:rsidRDefault="00000000">
      <w:pPr>
        <w:rPr>
          <w:lang w:val="fr-FR"/>
        </w:rPr>
      </w:pPr>
      <w:r w:rsidRPr="00E97067">
        <w:rPr>
          <w:lang w:val="fr-FR"/>
        </w:rPr>
        <w:t xml:space="preserve">7. </w:t>
      </w:r>
      <w:r w:rsidR="006139CA" w:rsidRPr="00E97067">
        <w:rPr>
          <w:lang w:val="fr-FR"/>
        </w:rPr>
        <w:t>Compléter</w:t>
      </w:r>
      <w:r w:rsidRPr="00E97067">
        <w:rPr>
          <w:lang w:val="fr-FR"/>
        </w:rPr>
        <w:t xml:space="preserve"> les informations </w:t>
      </w:r>
      <w:r w:rsidR="006139CA" w:rsidRPr="00E97067">
        <w:rPr>
          <w:lang w:val="fr-FR"/>
        </w:rPr>
        <w:t>demandées</w:t>
      </w:r>
      <w:r w:rsidRPr="00E97067">
        <w:rPr>
          <w:lang w:val="fr-FR"/>
        </w:rPr>
        <w:t>.</w:t>
      </w:r>
    </w:p>
    <w:p w14:paraId="445AAF13" w14:textId="2ADA2C00" w:rsidR="001041B8" w:rsidRPr="00E97067" w:rsidRDefault="00000000">
      <w:pPr>
        <w:rPr>
          <w:lang w:val="fr-FR"/>
        </w:rPr>
      </w:pPr>
      <w:r w:rsidRPr="00E97067">
        <w:rPr>
          <w:lang w:val="fr-FR"/>
        </w:rPr>
        <w:t xml:space="preserve">8. </w:t>
      </w:r>
      <w:r w:rsidR="006139CA" w:rsidRPr="00E97067">
        <w:rPr>
          <w:lang w:val="fr-FR"/>
        </w:rPr>
        <w:t>Vérifier</w:t>
      </w:r>
      <w:r w:rsidRPr="00E97067">
        <w:rPr>
          <w:lang w:val="fr-FR"/>
        </w:rPr>
        <w:t xml:space="preserve"> le </w:t>
      </w:r>
      <w:r w:rsidR="006139CA" w:rsidRPr="00E97067">
        <w:rPr>
          <w:lang w:val="fr-FR"/>
        </w:rPr>
        <w:t>récapitulatif</w:t>
      </w:r>
      <w:r w:rsidRPr="00E97067">
        <w:rPr>
          <w:lang w:val="fr-FR"/>
        </w:rPr>
        <w:t>.</w:t>
      </w:r>
    </w:p>
    <w:p w14:paraId="65FB3A5A" w14:textId="77777777" w:rsidR="001041B8" w:rsidRPr="00E97067" w:rsidRDefault="00000000">
      <w:pPr>
        <w:rPr>
          <w:lang w:val="fr-FR"/>
        </w:rPr>
      </w:pPr>
      <w:r w:rsidRPr="00E97067">
        <w:rPr>
          <w:lang w:val="fr-FR"/>
        </w:rPr>
        <w:t>9. Valider la commande.</w:t>
      </w:r>
    </w:p>
    <w:p w14:paraId="2F8EB5AD" w14:textId="5F30CFC7" w:rsidR="001041B8" w:rsidRPr="00E97067" w:rsidRDefault="00000000">
      <w:pPr>
        <w:rPr>
          <w:lang w:val="fr-FR"/>
        </w:rPr>
      </w:pPr>
      <w:r w:rsidRPr="00E97067">
        <w:rPr>
          <w:lang w:val="fr-FR"/>
        </w:rPr>
        <w:t>10. Effectuer le paiement si demande.</w:t>
      </w:r>
    </w:p>
    <w:p w14:paraId="72CAB098" w14:textId="4EE87466" w:rsidR="001041B8" w:rsidRPr="00E97067" w:rsidRDefault="00146E53" w:rsidP="00146E53">
      <w:pPr>
        <w:pStyle w:val="Titre2"/>
        <w:rPr>
          <w:lang w:val="fr-FR"/>
        </w:rPr>
      </w:pPr>
      <w:bookmarkStart w:id="48" w:name="_Toc231178443"/>
      <w:r w:rsidRPr="00E97067">
        <w:rPr>
          <w:lang w:val="fr-FR"/>
        </w:rPr>
        <w:t>Résultat</w:t>
      </w:r>
      <w:r w:rsidR="00000000" w:rsidRPr="00E97067">
        <w:rPr>
          <w:lang w:val="fr-FR"/>
        </w:rPr>
        <w:t xml:space="preserve"> attendu</w:t>
      </w:r>
      <w:bookmarkEnd w:id="48"/>
    </w:p>
    <w:p w14:paraId="5CB77099" w14:textId="62BE5EE5" w:rsidR="001041B8" w:rsidRDefault="00000000">
      <w:pPr>
        <w:rPr>
          <w:lang w:val="fr-FR"/>
        </w:rPr>
      </w:pPr>
      <w:r w:rsidRPr="00E97067">
        <w:rPr>
          <w:lang w:val="fr-FR"/>
        </w:rPr>
        <w:t xml:space="preserve">La commande est </w:t>
      </w:r>
      <w:r w:rsidR="00146E53" w:rsidRPr="00E97067">
        <w:rPr>
          <w:lang w:val="fr-FR"/>
        </w:rPr>
        <w:t>créée</w:t>
      </w:r>
      <w:r w:rsidRPr="00E97067">
        <w:rPr>
          <w:lang w:val="fr-FR"/>
        </w:rPr>
        <w:t xml:space="preserve"> et visible dans la page `Orders`.</w:t>
      </w:r>
    </w:p>
    <w:p w14:paraId="30F4ABA1" w14:textId="5541E6BC" w:rsidR="00146E53" w:rsidRDefault="00146E53">
      <w:pPr>
        <w:rPr>
          <w:lang w:val="fr-FR"/>
        </w:rPr>
      </w:pPr>
      <w:r>
        <w:rPr>
          <w:noProof/>
          <w:lang w:val="fr-FR"/>
        </w:rPr>
        <w:lastRenderedPageBreak/>
        <mc:AlternateContent>
          <mc:Choice Requires="wps">
            <w:drawing>
              <wp:anchor distT="0" distB="0" distL="114300" distR="114300" simplePos="0" relativeHeight="251520512" behindDoc="0" locked="0" layoutInCell="1" allowOverlap="1" wp14:anchorId="5C3DAB23" wp14:editId="25D7B9FA">
                <wp:simplePos x="0" y="0"/>
                <wp:positionH relativeFrom="column">
                  <wp:posOffset>4101542</wp:posOffset>
                </wp:positionH>
                <wp:positionV relativeFrom="paragraph">
                  <wp:posOffset>1809115</wp:posOffset>
                </wp:positionV>
                <wp:extent cx="14631" cy="351129"/>
                <wp:effectExtent l="76200" t="38100" r="80645" b="87630"/>
                <wp:wrapNone/>
                <wp:docPr id="130396374" name="Connecteur droit avec flèch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631" cy="35112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978DD8C" id="Connecteur droit avec flèche 5" o:spid="_x0000_s1026" type="#_x0000_t32" style="position:absolute;margin-left:322.95pt;margin-top:142.45pt;width:1.15pt;height:27.65pt;flip:y;z-index:25152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" strokecolor="#c00000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  <w:r w:rsidRPr="00146E53">
        <w:rPr>
          <w:lang w:val="fr-FR"/>
        </w:rPr>
        <w:drawing>
          <wp:inline distT="0" distB="0" distL="0" distR="0" wp14:anchorId="4FB0BE1A" wp14:editId="23207504">
            <wp:extent cx="5486400" cy="2624455"/>
            <wp:effectExtent l="0" t="0" r="0" b="4445"/>
            <wp:docPr id="59016270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0162704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24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8D5473" w14:textId="351CA4EA" w:rsidR="00146E53" w:rsidRPr="00E97067" w:rsidRDefault="00146E53">
      <w:pPr>
        <w:rPr>
          <w:lang w:val="fr-FR"/>
        </w:rPr>
      </w:pPr>
      <w:r w:rsidRPr="00146E53">
        <w:rPr>
          <w:lang w:val="fr-FR"/>
        </w:rPr>
        <w:drawing>
          <wp:inline distT="0" distB="0" distL="0" distR="0" wp14:anchorId="26EF630D" wp14:editId="2E86C99C">
            <wp:extent cx="5486400" cy="2582545"/>
            <wp:effectExtent l="0" t="0" r="0" b="8255"/>
            <wp:docPr id="76050322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0503223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82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6792EC" w14:textId="77777777" w:rsidR="001041B8" w:rsidRPr="00E97067" w:rsidRDefault="00000000">
      <w:pPr>
        <w:pStyle w:val="Titre2"/>
        <w:rPr>
          <w:lang w:val="fr-FR"/>
        </w:rPr>
      </w:pPr>
      <w:bookmarkStart w:id="49" w:name="_Toc231178444"/>
      <w:r w:rsidRPr="00E97067">
        <w:rPr>
          <w:lang w:val="fr-FR"/>
        </w:rPr>
        <w:t>A savoir</w:t>
      </w:r>
      <w:bookmarkEnd w:id="49"/>
    </w:p>
    <w:p w14:paraId="7AC1DA8A" w14:textId="77777777" w:rsidR="001041B8" w:rsidRPr="00E97067" w:rsidRDefault="00000000">
      <w:pPr>
        <w:rPr>
          <w:lang w:val="fr-FR"/>
        </w:rPr>
      </w:pPr>
      <w:r w:rsidRPr="00E97067">
        <w:rPr>
          <w:lang w:val="fr-FR"/>
        </w:rPr>
        <w:t>Le stock est pris en compte pendant le processus.</w:t>
      </w:r>
    </w:p>
    <w:p w14:paraId="1DEE025E" w14:textId="520685B1" w:rsidR="001041B8" w:rsidRPr="00E97067" w:rsidRDefault="00000000">
      <w:pPr>
        <w:rPr>
          <w:lang w:val="fr-FR"/>
        </w:rPr>
      </w:pPr>
      <w:r w:rsidRPr="00E97067">
        <w:rPr>
          <w:lang w:val="fr-FR"/>
        </w:rPr>
        <w:t xml:space="preserve">Selon la configuration, le paiement peut </w:t>
      </w:r>
      <w:r w:rsidR="00E96BD5" w:rsidRPr="00E97067">
        <w:rPr>
          <w:lang w:val="fr-FR"/>
        </w:rPr>
        <w:t>être</w:t>
      </w:r>
      <w:r w:rsidRPr="00E97067">
        <w:rPr>
          <w:lang w:val="fr-FR"/>
        </w:rPr>
        <w:t xml:space="preserve"> simule ou passe par Stripe.</w:t>
      </w:r>
    </w:p>
    <w:p w14:paraId="4EDD9E99" w14:textId="3335BFCB" w:rsidR="001041B8" w:rsidRPr="00E97067" w:rsidRDefault="00833872" w:rsidP="00833872">
      <w:pPr>
        <w:pStyle w:val="Titre1"/>
      </w:pPr>
      <w:r>
        <w:t xml:space="preserve"> </w:t>
      </w:r>
      <w:bookmarkStart w:id="50" w:name="_Toc231178445"/>
      <w:r w:rsidR="00000000" w:rsidRPr="00E97067">
        <w:t>Parcours client : suivre ou annuler une commande</w:t>
      </w:r>
      <w:bookmarkEnd w:id="50"/>
    </w:p>
    <w:p w14:paraId="3352EE23" w14:textId="77777777" w:rsidR="001041B8" w:rsidRPr="00E97067" w:rsidRDefault="00000000">
      <w:pPr>
        <w:pStyle w:val="Titre2"/>
        <w:rPr>
          <w:lang w:val="fr-FR"/>
        </w:rPr>
      </w:pPr>
      <w:bookmarkStart w:id="51" w:name="_Toc231178446"/>
      <w:r w:rsidRPr="00E97067">
        <w:rPr>
          <w:lang w:val="fr-FR"/>
        </w:rPr>
        <w:t>Objectif</w:t>
      </w:r>
      <w:bookmarkEnd w:id="51"/>
    </w:p>
    <w:p w14:paraId="39510129" w14:textId="46A99596" w:rsidR="001041B8" w:rsidRPr="00E97067" w:rsidRDefault="00000000">
      <w:pPr>
        <w:rPr>
          <w:lang w:val="fr-FR"/>
        </w:rPr>
      </w:pPr>
      <w:r w:rsidRPr="00E97067">
        <w:rPr>
          <w:lang w:val="fr-FR"/>
        </w:rPr>
        <w:t>Consulter l'</w:t>
      </w:r>
      <w:r w:rsidR="00361589" w:rsidRPr="00E97067">
        <w:rPr>
          <w:lang w:val="fr-FR"/>
        </w:rPr>
        <w:t>état</w:t>
      </w:r>
      <w:r w:rsidRPr="00E97067">
        <w:rPr>
          <w:lang w:val="fr-FR"/>
        </w:rPr>
        <w:t xml:space="preserve"> d'une commande ou l'annuler si elle n'est pas </w:t>
      </w:r>
      <w:r w:rsidR="00361589" w:rsidRPr="00E97067">
        <w:rPr>
          <w:lang w:val="fr-FR"/>
        </w:rPr>
        <w:t>expédiée</w:t>
      </w:r>
      <w:r w:rsidRPr="00E97067">
        <w:rPr>
          <w:lang w:val="fr-FR"/>
        </w:rPr>
        <w:t>.</w:t>
      </w:r>
    </w:p>
    <w:p w14:paraId="51B51A79" w14:textId="77777777" w:rsidR="001041B8" w:rsidRPr="00E97067" w:rsidRDefault="00000000">
      <w:pPr>
        <w:pStyle w:val="Titre2"/>
        <w:rPr>
          <w:lang w:val="fr-FR"/>
        </w:rPr>
      </w:pPr>
      <w:bookmarkStart w:id="52" w:name="_Toc231178447"/>
      <w:r w:rsidRPr="00E97067">
        <w:rPr>
          <w:lang w:val="fr-FR"/>
        </w:rPr>
        <w:t>Qui peut le faire</w:t>
      </w:r>
      <w:bookmarkEnd w:id="52"/>
    </w:p>
    <w:p w14:paraId="53AF9323" w14:textId="77777777" w:rsidR="001041B8" w:rsidRPr="00E97067" w:rsidRDefault="00000000">
      <w:pPr>
        <w:rPr>
          <w:lang w:val="fr-FR"/>
        </w:rPr>
      </w:pPr>
      <w:r w:rsidRPr="00E97067">
        <w:rPr>
          <w:lang w:val="fr-FR"/>
        </w:rPr>
        <w:t>Client connecte.</w:t>
      </w:r>
    </w:p>
    <w:p w14:paraId="11AC8ED8" w14:textId="77777777" w:rsidR="001041B8" w:rsidRPr="00E97067" w:rsidRDefault="001041B8">
      <w:pPr>
        <w:rPr>
          <w:lang w:val="fr-FR"/>
        </w:rPr>
      </w:pPr>
    </w:p>
    <w:p w14:paraId="617EEB0F" w14:textId="7412C97E" w:rsidR="001041B8" w:rsidRPr="00E97067" w:rsidRDefault="00000000" w:rsidP="001D64E8">
      <w:pPr>
        <w:pStyle w:val="Titre2"/>
        <w:rPr>
          <w:lang w:val="fr-FR"/>
        </w:rPr>
      </w:pPr>
      <w:bookmarkStart w:id="53" w:name="_Toc231178448"/>
      <w:r w:rsidRPr="00E97067">
        <w:rPr>
          <w:lang w:val="fr-FR"/>
        </w:rPr>
        <w:lastRenderedPageBreak/>
        <w:t>Etapes pour consulter une commande</w:t>
      </w:r>
      <w:bookmarkEnd w:id="53"/>
    </w:p>
    <w:p w14:paraId="5D0C92BD" w14:textId="77777777" w:rsidR="001041B8" w:rsidRPr="00E97067" w:rsidRDefault="00000000">
      <w:pPr>
        <w:rPr>
          <w:lang w:val="fr-FR"/>
        </w:rPr>
      </w:pPr>
      <w:r w:rsidRPr="00E97067">
        <w:rPr>
          <w:lang w:val="fr-FR"/>
        </w:rPr>
        <w:t>1. Ouvrir la page `Orders`.</w:t>
      </w:r>
    </w:p>
    <w:p w14:paraId="466632E7" w14:textId="77777777" w:rsidR="001041B8" w:rsidRPr="00E97067" w:rsidRDefault="00000000">
      <w:pPr>
        <w:rPr>
          <w:lang w:val="fr-FR"/>
        </w:rPr>
      </w:pPr>
      <w:r w:rsidRPr="00E97067">
        <w:rPr>
          <w:lang w:val="fr-FR"/>
        </w:rPr>
        <w:t>2. Repérer la commande dans la liste.</w:t>
      </w:r>
    </w:p>
    <w:p w14:paraId="59BBA461" w14:textId="0DB2E306" w:rsidR="001041B8" w:rsidRPr="00E97067" w:rsidRDefault="00000000">
      <w:pPr>
        <w:rPr>
          <w:lang w:val="fr-FR"/>
        </w:rPr>
      </w:pPr>
      <w:r w:rsidRPr="00E97067">
        <w:rPr>
          <w:lang w:val="fr-FR"/>
        </w:rPr>
        <w:t xml:space="preserve">3. Ouvrir le </w:t>
      </w:r>
      <w:r w:rsidR="001D64E8" w:rsidRPr="00E97067">
        <w:rPr>
          <w:lang w:val="fr-FR"/>
        </w:rPr>
        <w:t>détail</w:t>
      </w:r>
      <w:r w:rsidRPr="00E97067">
        <w:rPr>
          <w:lang w:val="fr-FR"/>
        </w:rPr>
        <w:t xml:space="preserve"> de la commande.</w:t>
      </w:r>
    </w:p>
    <w:p w14:paraId="5DF1425E" w14:textId="0FC8D585" w:rsidR="001041B8" w:rsidRPr="00E97067" w:rsidRDefault="00000000">
      <w:pPr>
        <w:rPr>
          <w:lang w:val="fr-FR"/>
        </w:rPr>
      </w:pPr>
      <w:r w:rsidRPr="00E97067">
        <w:rPr>
          <w:lang w:val="fr-FR"/>
        </w:rPr>
        <w:t>4. Consulter les lignes, le total, le statut et le paiement.</w:t>
      </w:r>
    </w:p>
    <w:p w14:paraId="11D5DE00" w14:textId="26B414C7" w:rsidR="001041B8" w:rsidRPr="00E97067" w:rsidRDefault="00000000" w:rsidP="001D64E8">
      <w:pPr>
        <w:pStyle w:val="Titre2"/>
        <w:rPr>
          <w:lang w:val="fr-FR"/>
        </w:rPr>
      </w:pPr>
      <w:bookmarkStart w:id="54" w:name="_Toc231178449"/>
      <w:r w:rsidRPr="00E97067">
        <w:rPr>
          <w:lang w:val="fr-FR"/>
        </w:rPr>
        <w:t>Etapes pour annuler une commande</w:t>
      </w:r>
      <w:bookmarkEnd w:id="54"/>
    </w:p>
    <w:p w14:paraId="54B25355" w14:textId="457ACB81" w:rsidR="001041B8" w:rsidRPr="001D64E8" w:rsidRDefault="00000000" w:rsidP="001D64E8">
      <w:pPr>
        <w:pStyle w:val="Paragraphedeliste"/>
        <w:numPr>
          <w:ilvl w:val="0"/>
          <w:numId w:val="10"/>
        </w:numPr>
        <w:rPr>
          <w:lang w:val="fr-FR"/>
        </w:rPr>
      </w:pPr>
      <w:r w:rsidRPr="001D64E8">
        <w:rPr>
          <w:lang w:val="fr-FR"/>
        </w:rPr>
        <w:t xml:space="preserve">Ouvrir le </w:t>
      </w:r>
      <w:r w:rsidR="006139CA" w:rsidRPr="001D64E8">
        <w:rPr>
          <w:lang w:val="fr-FR"/>
        </w:rPr>
        <w:t>détail</w:t>
      </w:r>
      <w:r w:rsidRPr="001D64E8">
        <w:rPr>
          <w:lang w:val="fr-FR"/>
        </w:rPr>
        <w:t xml:space="preserve"> de la commande.</w:t>
      </w:r>
    </w:p>
    <w:p w14:paraId="24142BFD" w14:textId="21B09FEA" w:rsidR="001D64E8" w:rsidRPr="001D64E8" w:rsidRDefault="001D64E8" w:rsidP="001D64E8">
      <w:pPr>
        <w:rPr>
          <w:lang w:val="fr-FR"/>
        </w:rPr>
      </w:pPr>
      <w:r>
        <w:rPr>
          <w:noProof/>
          <w:lang w:val="fr-FR"/>
        </w:rPr>
        <mc:AlternateContent>
          <mc:Choice Requires="wps">
            <w:drawing>
              <wp:anchor distT="0" distB="0" distL="114300" distR="114300" simplePos="0" relativeHeight="251547136" behindDoc="0" locked="0" layoutInCell="1" allowOverlap="1" wp14:anchorId="0FF3AB85" wp14:editId="72D591FF">
                <wp:simplePos x="0" y="0"/>
                <wp:positionH relativeFrom="column">
                  <wp:posOffset>1701240</wp:posOffset>
                </wp:positionH>
                <wp:positionV relativeFrom="paragraph">
                  <wp:posOffset>2173300</wp:posOffset>
                </wp:positionV>
                <wp:extent cx="213513" cy="261976"/>
                <wp:effectExtent l="57150" t="19050" r="72390" b="100330"/>
                <wp:wrapNone/>
                <wp:docPr id="521829436" name="Connecteur droit avec flèch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3513" cy="261976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8602D8" id="Connecteur droit avec flèche 6" o:spid="_x0000_s1026" type="#_x0000_t32" style="position:absolute;margin-left:133.95pt;margin-top:171.15pt;width:16.8pt;height:20.65pt;flip:x;z-index:25154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" strokecolor="#c00000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val="fr-FR"/>
        </w:rPr>
        <mc:AlternateContent>
          <mc:Choice Requires="wps">
            <w:drawing>
              <wp:anchor distT="0" distB="0" distL="114300" distR="114300" simplePos="0" relativeHeight="251529728" behindDoc="0" locked="0" layoutInCell="1" allowOverlap="1" wp14:anchorId="0F91E8C4" wp14:editId="3B5DA400">
                <wp:simplePos x="0" y="0"/>
                <wp:positionH relativeFrom="column">
                  <wp:posOffset>137160</wp:posOffset>
                </wp:positionH>
                <wp:positionV relativeFrom="paragraph">
                  <wp:posOffset>542011</wp:posOffset>
                </wp:positionV>
                <wp:extent cx="65837" cy="277977"/>
                <wp:effectExtent l="76200" t="38100" r="67945" b="84455"/>
                <wp:wrapNone/>
                <wp:docPr id="1553492988" name="Connecteur droit avec flèch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5837" cy="277977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840B04F" id="Connecteur droit avec flèche 6" o:spid="_x0000_s1026" type="#_x0000_t32" style="position:absolute;margin-left:10.8pt;margin-top:42.7pt;width:5.2pt;height:21.9pt;flip:x y;z-index:25152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" strokecolor="#c00000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  <w:r w:rsidRPr="001D64E8">
        <w:rPr>
          <w:lang w:val="fr-FR"/>
        </w:rPr>
        <w:drawing>
          <wp:inline distT="0" distB="0" distL="0" distR="0" wp14:anchorId="7F0F49BA" wp14:editId="29C8FFBA">
            <wp:extent cx="5486400" cy="2626995"/>
            <wp:effectExtent l="0" t="0" r="0" b="1905"/>
            <wp:docPr id="150735559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7355593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26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33B999" w14:textId="62E05BAD" w:rsidR="001041B8" w:rsidRPr="00E97067" w:rsidRDefault="00000000">
      <w:pPr>
        <w:rPr>
          <w:lang w:val="fr-FR"/>
        </w:rPr>
      </w:pPr>
      <w:r w:rsidRPr="00E97067">
        <w:rPr>
          <w:lang w:val="fr-FR"/>
        </w:rPr>
        <w:t xml:space="preserve">2. </w:t>
      </w:r>
      <w:r w:rsidR="001D64E8" w:rsidRPr="00E97067">
        <w:rPr>
          <w:lang w:val="fr-FR"/>
        </w:rPr>
        <w:t>Vérifier</w:t>
      </w:r>
      <w:r w:rsidRPr="00E97067">
        <w:rPr>
          <w:lang w:val="fr-FR"/>
        </w:rPr>
        <w:t xml:space="preserve"> que la commande n'est pas </w:t>
      </w:r>
      <w:r w:rsidR="001D64E8" w:rsidRPr="00E97067">
        <w:rPr>
          <w:lang w:val="fr-FR"/>
        </w:rPr>
        <w:t>expédiée</w:t>
      </w:r>
      <w:r w:rsidRPr="00E97067">
        <w:rPr>
          <w:lang w:val="fr-FR"/>
        </w:rPr>
        <w:t>.</w:t>
      </w:r>
    </w:p>
    <w:p w14:paraId="5363F4A1" w14:textId="77777777" w:rsidR="001041B8" w:rsidRPr="00E97067" w:rsidRDefault="00000000">
      <w:pPr>
        <w:rPr>
          <w:lang w:val="fr-FR"/>
        </w:rPr>
      </w:pPr>
      <w:r w:rsidRPr="00E97067">
        <w:rPr>
          <w:lang w:val="fr-FR"/>
        </w:rPr>
        <w:t>3. Cliquer sur l'action d'annulation si elle est disponible.</w:t>
      </w:r>
    </w:p>
    <w:p w14:paraId="3CAC9A5B" w14:textId="77777777" w:rsidR="001041B8" w:rsidRPr="00E97067" w:rsidRDefault="00000000">
      <w:pPr>
        <w:rPr>
          <w:lang w:val="fr-FR"/>
        </w:rPr>
      </w:pPr>
      <w:r w:rsidRPr="00E97067">
        <w:rPr>
          <w:lang w:val="fr-FR"/>
        </w:rPr>
        <w:t>4. Confirmer.</w:t>
      </w:r>
    </w:p>
    <w:p w14:paraId="5A58F49F" w14:textId="2EF38401" w:rsidR="001041B8" w:rsidRPr="00E97067" w:rsidRDefault="00000000">
      <w:pPr>
        <w:rPr>
          <w:lang w:val="fr-FR"/>
        </w:rPr>
      </w:pPr>
      <w:r w:rsidRPr="00E97067">
        <w:rPr>
          <w:lang w:val="fr-FR"/>
        </w:rPr>
        <w:t xml:space="preserve">5. </w:t>
      </w:r>
      <w:r w:rsidR="001D64E8" w:rsidRPr="00E97067">
        <w:rPr>
          <w:lang w:val="fr-FR"/>
        </w:rPr>
        <w:t>Vérifier</w:t>
      </w:r>
      <w:r w:rsidRPr="00E97067">
        <w:rPr>
          <w:lang w:val="fr-FR"/>
        </w:rPr>
        <w:t xml:space="preserve"> que le statut change.</w:t>
      </w:r>
    </w:p>
    <w:p w14:paraId="1228C6B9" w14:textId="17EF2597" w:rsidR="001041B8" w:rsidRPr="00E97067" w:rsidRDefault="0087609D" w:rsidP="0087609D">
      <w:pPr>
        <w:pStyle w:val="Titre2"/>
        <w:rPr>
          <w:lang w:val="fr-FR"/>
        </w:rPr>
      </w:pPr>
      <w:bookmarkStart w:id="55" w:name="_Toc231178450"/>
      <w:r w:rsidRPr="00E97067">
        <w:rPr>
          <w:lang w:val="fr-FR"/>
        </w:rPr>
        <w:t>Résultat</w:t>
      </w:r>
      <w:r w:rsidR="00000000" w:rsidRPr="00E97067">
        <w:rPr>
          <w:lang w:val="fr-FR"/>
        </w:rPr>
        <w:t xml:space="preserve"> attendu</w:t>
      </w:r>
      <w:bookmarkEnd w:id="55"/>
    </w:p>
    <w:p w14:paraId="0FAAF644" w14:textId="4D1E81FF" w:rsidR="001041B8" w:rsidRPr="00E97067" w:rsidRDefault="00000000">
      <w:pPr>
        <w:rPr>
          <w:lang w:val="fr-FR"/>
        </w:rPr>
      </w:pPr>
      <w:r w:rsidRPr="00E97067">
        <w:rPr>
          <w:lang w:val="fr-FR"/>
        </w:rPr>
        <w:t xml:space="preserve">Une commande non </w:t>
      </w:r>
      <w:r w:rsidR="0087609D" w:rsidRPr="00E97067">
        <w:rPr>
          <w:lang w:val="fr-FR"/>
        </w:rPr>
        <w:t>expédiée</w:t>
      </w:r>
      <w:r w:rsidRPr="00E97067">
        <w:rPr>
          <w:lang w:val="fr-FR"/>
        </w:rPr>
        <w:t xml:space="preserve"> peut </w:t>
      </w:r>
      <w:r w:rsidR="0087609D" w:rsidRPr="00E97067">
        <w:rPr>
          <w:lang w:val="fr-FR"/>
        </w:rPr>
        <w:t>être</w:t>
      </w:r>
      <w:r w:rsidRPr="00E97067">
        <w:rPr>
          <w:lang w:val="fr-FR"/>
        </w:rPr>
        <w:t xml:space="preserve"> </w:t>
      </w:r>
      <w:r w:rsidR="0087609D" w:rsidRPr="00E97067">
        <w:rPr>
          <w:lang w:val="fr-FR"/>
        </w:rPr>
        <w:t>annulée</w:t>
      </w:r>
      <w:r w:rsidRPr="00E97067">
        <w:rPr>
          <w:lang w:val="fr-FR"/>
        </w:rPr>
        <w:t xml:space="preserve"> par le client.</w:t>
      </w:r>
    </w:p>
    <w:p w14:paraId="2CB64960" w14:textId="77777777" w:rsidR="001041B8" w:rsidRPr="00E97067" w:rsidRDefault="00000000">
      <w:pPr>
        <w:pStyle w:val="Titre2"/>
        <w:rPr>
          <w:lang w:val="fr-FR"/>
        </w:rPr>
      </w:pPr>
      <w:bookmarkStart w:id="56" w:name="_Toc231178451"/>
      <w:r w:rsidRPr="00E97067">
        <w:rPr>
          <w:lang w:val="fr-FR"/>
        </w:rPr>
        <w:t>A savoir</w:t>
      </w:r>
      <w:bookmarkEnd w:id="56"/>
    </w:p>
    <w:p w14:paraId="20842E7F" w14:textId="655B4F0A" w:rsidR="001041B8" w:rsidRPr="00E97067" w:rsidRDefault="00000000">
      <w:pPr>
        <w:rPr>
          <w:lang w:val="fr-FR"/>
        </w:rPr>
      </w:pPr>
      <w:r w:rsidRPr="00E97067">
        <w:rPr>
          <w:lang w:val="fr-FR"/>
        </w:rPr>
        <w:t xml:space="preserve">Une commande </w:t>
      </w:r>
      <w:r w:rsidR="0087609D" w:rsidRPr="00E97067">
        <w:rPr>
          <w:lang w:val="fr-FR"/>
        </w:rPr>
        <w:t>expédiée</w:t>
      </w:r>
      <w:r w:rsidRPr="00E97067">
        <w:rPr>
          <w:lang w:val="fr-FR"/>
        </w:rPr>
        <w:t xml:space="preserve"> n'est plus annulable depuis l'espace client.</w:t>
      </w:r>
    </w:p>
    <w:p w14:paraId="1ED19BAE" w14:textId="4A85F1B5" w:rsidR="001041B8" w:rsidRPr="00E97067" w:rsidRDefault="00833872" w:rsidP="00833872">
      <w:pPr>
        <w:pStyle w:val="Titre1"/>
      </w:pPr>
      <w:r>
        <w:t xml:space="preserve"> </w:t>
      </w:r>
      <w:bookmarkStart w:id="57" w:name="_Toc231178452"/>
      <w:r w:rsidR="00000000" w:rsidRPr="00E97067">
        <w:t xml:space="preserve">Parcours client : </w:t>
      </w:r>
      <w:r w:rsidR="0087609D" w:rsidRPr="00E97067">
        <w:t>réserver</w:t>
      </w:r>
      <w:r w:rsidR="00000000" w:rsidRPr="00E97067">
        <w:t xml:space="preserve"> un rendez-vous</w:t>
      </w:r>
      <w:bookmarkEnd w:id="57"/>
    </w:p>
    <w:p w14:paraId="6A4E189B" w14:textId="77777777" w:rsidR="001041B8" w:rsidRPr="00E97067" w:rsidRDefault="001041B8">
      <w:pPr>
        <w:rPr>
          <w:lang w:val="fr-FR"/>
        </w:rPr>
      </w:pPr>
    </w:p>
    <w:p w14:paraId="5112ED91" w14:textId="77777777" w:rsidR="001041B8" w:rsidRPr="00E97067" w:rsidRDefault="00000000">
      <w:pPr>
        <w:pStyle w:val="Titre2"/>
        <w:rPr>
          <w:lang w:val="fr-FR"/>
        </w:rPr>
      </w:pPr>
      <w:bookmarkStart w:id="58" w:name="_Toc231178453"/>
      <w:r w:rsidRPr="00E97067">
        <w:rPr>
          <w:lang w:val="fr-FR"/>
        </w:rPr>
        <w:lastRenderedPageBreak/>
        <w:t>Objectif</w:t>
      </w:r>
      <w:bookmarkEnd w:id="58"/>
    </w:p>
    <w:p w14:paraId="0B555FF3" w14:textId="0FE289DA" w:rsidR="001041B8" w:rsidRPr="00E97067" w:rsidRDefault="00000000">
      <w:pPr>
        <w:rPr>
          <w:lang w:val="fr-FR"/>
        </w:rPr>
      </w:pPr>
      <w:r w:rsidRPr="00E97067">
        <w:rPr>
          <w:lang w:val="fr-FR"/>
        </w:rPr>
        <w:t xml:space="preserve">Trouver un </w:t>
      </w:r>
      <w:r w:rsidR="006139CA" w:rsidRPr="00E97067">
        <w:rPr>
          <w:lang w:val="fr-FR"/>
        </w:rPr>
        <w:t>créneau</w:t>
      </w:r>
      <w:r w:rsidRPr="00E97067">
        <w:rPr>
          <w:lang w:val="fr-FR"/>
        </w:rPr>
        <w:t xml:space="preserve"> compatible avec la boutique, l'</w:t>
      </w:r>
      <w:r w:rsidR="006139CA" w:rsidRPr="00E97067">
        <w:rPr>
          <w:lang w:val="fr-FR"/>
        </w:rPr>
        <w:t>employé</w:t>
      </w:r>
      <w:r w:rsidRPr="00E97067">
        <w:rPr>
          <w:lang w:val="fr-FR"/>
        </w:rPr>
        <w:t xml:space="preserve"> et la prestation.</w:t>
      </w:r>
    </w:p>
    <w:p w14:paraId="14C77A4C" w14:textId="77777777" w:rsidR="001041B8" w:rsidRPr="00E97067" w:rsidRDefault="00000000">
      <w:pPr>
        <w:pStyle w:val="Titre2"/>
        <w:rPr>
          <w:lang w:val="fr-FR"/>
        </w:rPr>
      </w:pPr>
      <w:bookmarkStart w:id="59" w:name="_Toc231178454"/>
      <w:r w:rsidRPr="00E97067">
        <w:rPr>
          <w:lang w:val="fr-FR"/>
        </w:rPr>
        <w:t>Qui peut le faire</w:t>
      </w:r>
      <w:bookmarkEnd w:id="59"/>
    </w:p>
    <w:p w14:paraId="226C9CD9" w14:textId="77777777" w:rsidR="001041B8" w:rsidRPr="00E97067" w:rsidRDefault="00000000">
      <w:pPr>
        <w:rPr>
          <w:lang w:val="fr-FR"/>
        </w:rPr>
      </w:pPr>
      <w:r w:rsidRPr="00E97067">
        <w:rPr>
          <w:lang w:val="fr-FR"/>
        </w:rPr>
        <w:t>Client connecte.</w:t>
      </w:r>
    </w:p>
    <w:p w14:paraId="4C2B9227" w14:textId="77777777" w:rsidR="001041B8" w:rsidRPr="00E97067" w:rsidRDefault="00000000">
      <w:pPr>
        <w:pStyle w:val="Titre2"/>
        <w:rPr>
          <w:lang w:val="fr-FR"/>
        </w:rPr>
      </w:pPr>
      <w:bookmarkStart w:id="60" w:name="_Toc231178455"/>
      <w:r w:rsidRPr="00E97067">
        <w:rPr>
          <w:lang w:val="fr-FR"/>
        </w:rPr>
        <w:t>Etapes</w:t>
      </w:r>
      <w:bookmarkEnd w:id="60"/>
    </w:p>
    <w:p w14:paraId="2126292A" w14:textId="41DE0216" w:rsidR="001041B8" w:rsidRPr="0087609D" w:rsidRDefault="00000000" w:rsidP="0087609D">
      <w:pPr>
        <w:pStyle w:val="Paragraphedeliste"/>
        <w:numPr>
          <w:ilvl w:val="0"/>
          <w:numId w:val="11"/>
        </w:numPr>
        <w:rPr>
          <w:lang w:val="fr-FR"/>
        </w:rPr>
      </w:pPr>
      <w:r w:rsidRPr="0087609D">
        <w:rPr>
          <w:lang w:val="fr-FR"/>
        </w:rPr>
        <w:t>Ouvrir la page `</w:t>
      </w:r>
      <w:r w:rsidR="00F95FFF" w:rsidRPr="00F95FFF">
        <w:rPr>
          <w:lang w:val="fr-FR"/>
        </w:rPr>
        <w:t xml:space="preserve"> </w:t>
      </w:r>
      <w:proofErr w:type="spellStart"/>
      <w:r w:rsidR="00F95FFF" w:rsidRPr="00E97067">
        <w:rPr>
          <w:lang w:val="fr-FR"/>
        </w:rPr>
        <w:t>Booking</w:t>
      </w:r>
      <w:proofErr w:type="spellEnd"/>
      <w:r w:rsidR="00F95FFF" w:rsidRPr="0087609D">
        <w:rPr>
          <w:lang w:val="fr-FR"/>
        </w:rPr>
        <w:t xml:space="preserve"> </w:t>
      </w:r>
      <w:r w:rsidRPr="0087609D">
        <w:rPr>
          <w:lang w:val="fr-FR"/>
        </w:rPr>
        <w:t>`.</w:t>
      </w:r>
    </w:p>
    <w:p w14:paraId="03F0A0D9" w14:textId="291F9077" w:rsidR="0087609D" w:rsidRPr="0087609D" w:rsidRDefault="0087609D" w:rsidP="0087609D">
      <w:pPr>
        <w:rPr>
          <w:lang w:val="fr-FR"/>
        </w:rPr>
      </w:pPr>
      <w:r w:rsidRPr="0087609D">
        <w:rPr>
          <w:lang w:val="fr-FR"/>
        </w:rPr>
        <w:drawing>
          <wp:inline distT="0" distB="0" distL="0" distR="0" wp14:anchorId="3AF5E2BF" wp14:editId="23A78609">
            <wp:extent cx="5486400" cy="2595245"/>
            <wp:effectExtent l="0" t="0" r="0" b="0"/>
            <wp:docPr id="125083961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0839617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95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05F258" w14:textId="77777777" w:rsidR="001041B8" w:rsidRPr="00E97067" w:rsidRDefault="00000000">
      <w:pPr>
        <w:rPr>
          <w:lang w:val="fr-FR"/>
        </w:rPr>
      </w:pPr>
      <w:r w:rsidRPr="00E97067">
        <w:rPr>
          <w:lang w:val="fr-FR"/>
        </w:rPr>
        <w:t>2. Choisir une boutique.</w:t>
      </w:r>
    </w:p>
    <w:p w14:paraId="0F2EFBC1" w14:textId="77777777" w:rsidR="001041B8" w:rsidRPr="00E97067" w:rsidRDefault="00000000">
      <w:pPr>
        <w:rPr>
          <w:lang w:val="fr-FR"/>
        </w:rPr>
      </w:pPr>
      <w:r w:rsidRPr="00E97067">
        <w:rPr>
          <w:lang w:val="fr-FR"/>
        </w:rPr>
        <w:t>3. Choisir une prestation.</w:t>
      </w:r>
    </w:p>
    <w:p w14:paraId="187CD02A" w14:textId="3A804102" w:rsidR="001041B8" w:rsidRPr="00E97067" w:rsidRDefault="00000000">
      <w:pPr>
        <w:rPr>
          <w:lang w:val="fr-FR"/>
        </w:rPr>
      </w:pPr>
      <w:r w:rsidRPr="00E97067">
        <w:rPr>
          <w:lang w:val="fr-FR"/>
        </w:rPr>
        <w:t xml:space="preserve">4. Choisir un </w:t>
      </w:r>
      <w:r w:rsidR="00140BAD" w:rsidRPr="00E97067">
        <w:rPr>
          <w:lang w:val="fr-FR"/>
        </w:rPr>
        <w:t>employé</w:t>
      </w:r>
      <w:r w:rsidRPr="00E97067">
        <w:rPr>
          <w:lang w:val="fr-FR"/>
        </w:rPr>
        <w:t xml:space="preserve"> ou laisser le choix ouvert si l'option existe.</w:t>
      </w:r>
    </w:p>
    <w:p w14:paraId="074AA5D1" w14:textId="77777777" w:rsidR="001041B8" w:rsidRPr="00E97067" w:rsidRDefault="00000000">
      <w:pPr>
        <w:rPr>
          <w:lang w:val="fr-FR"/>
        </w:rPr>
      </w:pPr>
      <w:r w:rsidRPr="00E97067">
        <w:rPr>
          <w:lang w:val="fr-FR"/>
        </w:rPr>
        <w:t>5. Choisir une date.</w:t>
      </w:r>
    </w:p>
    <w:p w14:paraId="55C7EC23" w14:textId="7FB089AE" w:rsidR="001041B8" w:rsidRPr="00E97067" w:rsidRDefault="00000000">
      <w:pPr>
        <w:rPr>
          <w:lang w:val="fr-FR"/>
        </w:rPr>
      </w:pPr>
      <w:r w:rsidRPr="00E97067">
        <w:rPr>
          <w:lang w:val="fr-FR"/>
        </w:rPr>
        <w:t xml:space="preserve">6. Lancer la recherche de </w:t>
      </w:r>
      <w:r w:rsidR="00140BAD" w:rsidRPr="00E97067">
        <w:rPr>
          <w:lang w:val="fr-FR"/>
        </w:rPr>
        <w:t>disponibilité</w:t>
      </w:r>
      <w:r w:rsidRPr="00E97067">
        <w:rPr>
          <w:lang w:val="fr-FR"/>
        </w:rPr>
        <w:t>.</w:t>
      </w:r>
    </w:p>
    <w:p w14:paraId="71BAD0CE" w14:textId="1453FB80" w:rsidR="001041B8" w:rsidRPr="00E97067" w:rsidRDefault="00000000">
      <w:pPr>
        <w:rPr>
          <w:lang w:val="fr-FR"/>
        </w:rPr>
      </w:pPr>
      <w:r w:rsidRPr="00E97067">
        <w:rPr>
          <w:lang w:val="fr-FR"/>
        </w:rPr>
        <w:t xml:space="preserve">7. Consulter les </w:t>
      </w:r>
      <w:r w:rsidR="00140BAD" w:rsidRPr="00E97067">
        <w:rPr>
          <w:lang w:val="fr-FR"/>
        </w:rPr>
        <w:t>créneaux</w:t>
      </w:r>
      <w:r w:rsidRPr="00E97067">
        <w:rPr>
          <w:lang w:val="fr-FR"/>
        </w:rPr>
        <w:t xml:space="preserve"> proposes.</w:t>
      </w:r>
    </w:p>
    <w:p w14:paraId="26E963BA" w14:textId="5EEEBE03" w:rsidR="001041B8" w:rsidRDefault="00000000">
      <w:pPr>
        <w:rPr>
          <w:lang w:val="fr-FR"/>
        </w:rPr>
      </w:pPr>
      <w:r w:rsidRPr="00E97067">
        <w:rPr>
          <w:lang w:val="fr-FR"/>
        </w:rPr>
        <w:t xml:space="preserve">8. </w:t>
      </w:r>
      <w:r w:rsidR="00140BAD" w:rsidRPr="00E97067">
        <w:rPr>
          <w:lang w:val="fr-FR"/>
        </w:rPr>
        <w:t>Sélectionner</w:t>
      </w:r>
      <w:r w:rsidRPr="00E97067">
        <w:rPr>
          <w:lang w:val="fr-FR"/>
        </w:rPr>
        <w:t xml:space="preserve"> un </w:t>
      </w:r>
      <w:r w:rsidR="00140BAD" w:rsidRPr="00E97067">
        <w:rPr>
          <w:lang w:val="fr-FR"/>
        </w:rPr>
        <w:t>créneau</w:t>
      </w:r>
      <w:r w:rsidRPr="00E97067">
        <w:rPr>
          <w:lang w:val="fr-FR"/>
        </w:rPr>
        <w:t>.</w:t>
      </w:r>
    </w:p>
    <w:p w14:paraId="3BBFC87C" w14:textId="1277BE20" w:rsidR="0087609D" w:rsidRPr="00E97067" w:rsidRDefault="0087609D">
      <w:pPr>
        <w:rPr>
          <w:lang w:val="fr-FR"/>
        </w:rPr>
      </w:pPr>
      <w:r w:rsidRPr="0087609D">
        <w:rPr>
          <w:lang w:val="fr-FR"/>
        </w:rPr>
        <w:lastRenderedPageBreak/>
        <w:drawing>
          <wp:inline distT="0" distB="0" distL="0" distR="0" wp14:anchorId="16C597D6" wp14:editId="45809CAF">
            <wp:extent cx="5486400" cy="2600960"/>
            <wp:effectExtent l="0" t="0" r="0" b="8890"/>
            <wp:docPr id="210915094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9150947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0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A397D5" w14:textId="02F2101A" w:rsidR="001041B8" w:rsidRPr="00E97067" w:rsidRDefault="00000000">
      <w:pPr>
        <w:rPr>
          <w:lang w:val="fr-FR"/>
        </w:rPr>
      </w:pPr>
      <w:r w:rsidRPr="00E97067">
        <w:rPr>
          <w:lang w:val="fr-FR"/>
        </w:rPr>
        <w:t xml:space="preserve">9. </w:t>
      </w:r>
      <w:r w:rsidR="00140BAD" w:rsidRPr="00E97067">
        <w:rPr>
          <w:lang w:val="fr-FR"/>
        </w:rPr>
        <w:t>Vérifier</w:t>
      </w:r>
      <w:r w:rsidRPr="00E97067">
        <w:rPr>
          <w:lang w:val="fr-FR"/>
        </w:rPr>
        <w:t xml:space="preserve"> le </w:t>
      </w:r>
      <w:r w:rsidR="00140BAD" w:rsidRPr="00E97067">
        <w:rPr>
          <w:lang w:val="fr-FR"/>
        </w:rPr>
        <w:t>résume</w:t>
      </w:r>
      <w:r w:rsidRPr="00E97067">
        <w:rPr>
          <w:lang w:val="fr-FR"/>
        </w:rPr>
        <w:t xml:space="preserve"> du rendez-vous.</w:t>
      </w:r>
    </w:p>
    <w:p w14:paraId="3904A83C" w14:textId="5CABB726" w:rsidR="001041B8" w:rsidRPr="00E97067" w:rsidRDefault="00000000">
      <w:pPr>
        <w:rPr>
          <w:lang w:val="fr-FR"/>
        </w:rPr>
      </w:pPr>
      <w:r w:rsidRPr="00E97067">
        <w:rPr>
          <w:lang w:val="fr-FR"/>
        </w:rPr>
        <w:t xml:space="preserve">10. Ajouter une note si </w:t>
      </w:r>
      <w:r w:rsidR="00140BAD" w:rsidRPr="00E97067">
        <w:rPr>
          <w:lang w:val="fr-FR"/>
        </w:rPr>
        <w:t>nécessaire</w:t>
      </w:r>
      <w:r w:rsidRPr="00E97067">
        <w:rPr>
          <w:lang w:val="fr-FR"/>
        </w:rPr>
        <w:t>.</w:t>
      </w:r>
    </w:p>
    <w:p w14:paraId="02B6E82F" w14:textId="1E107338" w:rsidR="001041B8" w:rsidRDefault="00000000">
      <w:pPr>
        <w:rPr>
          <w:lang w:val="fr-FR"/>
        </w:rPr>
      </w:pPr>
      <w:r w:rsidRPr="00E97067">
        <w:rPr>
          <w:lang w:val="fr-FR"/>
        </w:rPr>
        <w:t xml:space="preserve">11. Confirmer la </w:t>
      </w:r>
      <w:r w:rsidR="00140BAD" w:rsidRPr="00E97067">
        <w:rPr>
          <w:lang w:val="fr-FR"/>
        </w:rPr>
        <w:t>réservation</w:t>
      </w:r>
      <w:r w:rsidRPr="00E97067">
        <w:rPr>
          <w:lang w:val="fr-FR"/>
        </w:rPr>
        <w:t>.</w:t>
      </w:r>
    </w:p>
    <w:p w14:paraId="79398146" w14:textId="3F72A90D" w:rsidR="00140BAD" w:rsidRPr="00E97067" w:rsidRDefault="00140BAD">
      <w:pPr>
        <w:rPr>
          <w:lang w:val="fr-FR"/>
        </w:rPr>
      </w:pPr>
      <w:r w:rsidRPr="00140BAD">
        <w:rPr>
          <w:lang w:val="fr-FR"/>
        </w:rPr>
        <w:drawing>
          <wp:inline distT="0" distB="0" distL="0" distR="0" wp14:anchorId="2CCC2CC5" wp14:editId="711ADD4D">
            <wp:extent cx="5486400" cy="2588260"/>
            <wp:effectExtent l="0" t="0" r="0" b="2540"/>
            <wp:docPr id="7590297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90297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88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CBBFE7" w14:textId="692B8335" w:rsidR="001041B8" w:rsidRPr="00E97067" w:rsidRDefault="00140BAD" w:rsidP="00140BAD">
      <w:pPr>
        <w:pStyle w:val="Titre2"/>
        <w:rPr>
          <w:lang w:val="fr-FR"/>
        </w:rPr>
      </w:pPr>
      <w:bookmarkStart w:id="61" w:name="_Toc231178456"/>
      <w:r w:rsidRPr="00E97067">
        <w:rPr>
          <w:lang w:val="fr-FR"/>
        </w:rPr>
        <w:t>Résultat</w:t>
      </w:r>
      <w:r w:rsidR="00000000" w:rsidRPr="00E97067">
        <w:rPr>
          <w:lang w:val="fr-FR"/>
        </w:rPr>
        <w:t xml:space="preserve"> attendu</w:t>
      </w:r>
      <w:bookmarkEnd w:id="61"/>
    </w:p>
    <w:p w14:paraId="0CA97AAE" w14:textId="72161E0C" w:rsidR="001041B8" w:rsidRDefault="00000000">
      <w:pPr>
        <w:rPr>
          <w:lang w:val="fr-FR"/>
        </w:rPr>
      </w:pPr>
      <w:r w:rsidRPr="00E97067">
        <w:rPr>
          <w:lang w:val="fr-FR"/>
        </w:rPr>
        <w:t xml:space="preserve">Le rendez-vous est </w:t>
      </w:r>
      <w:r w:rsidR="00140BAD" w:rsidRPr="00E97067">
        <w:rPr>
          <w:lang w:val="fr-FR"/>
        </w:rPr>
        <w:t>créé</w:t>
      </w:r>
      <w:r w:rsidRPr="00E97067">
        <w:rPr>
          <w:lang w:val="fr-FR"/>
        </w:rPr>
        <w:t xml:space="preserve"> et apparait dans la liste des rendez-vous </w:t>
      </w:r>
      <w:proofErr w:type="spellStart"/>
      <w:proofErr w:type="gramStart"/>
      <w:r w:rsidRPr="00E97067">
        <w:rPr>
          <w:lang w:val="fr-FR"/>
        </w:rPr>
        <w:t>a</w:t>
      </w:r>
      <w:proofErr w:type="spellEnd"/>
      <w:proofErr w:type="gramEnd"/>
      <w:r w:rsidRPr="00E97067">
        <w:rPr>
          <w:lang w:val="fr-FR"/>
        </w:rPr>
        <w:t xml:space="preserve"> venir.</w:t>
      </w:r>
    </w:p>
    <w:p w14:paraId="321FFEB6" w14:textId="441FDB21" w:rsidR="00F95FFF" w:rsidRPr="00E97067" w:rsidRDefault="00F95FFF">
      <w:pPr>
        <w:rPr>
          <w:lang w:val="fr-FR"/>
        </w:rPr>
      </w:pPr>
      <w:r w:rsidRPr="00F95FFF">
        <w:rPr>
          <w:lang w:val="fr-FR"/>
        </w:rPr>
        <w:lastRenderedPageBreak/>
        <w:drawing>
          <wp:inline distT="0" distB="0" distL="0" distR="0" wp14:anchorId="152657FC" wp14:editId="5BC236B7">
            <wp:extent cx="5486400" cy="2598420"/>
            <wp:effectExtent l="0" t="0" r="0" b="0"/>
            <wp:docPr id="198340164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3401644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98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53FA2A" w14:textId="66E381E5" w:rsidR="001041B8" w:rsidRPr="00E97067" w:rsidRDefault="00000000" w:rsidP="00140BAD">
      <w:pPr>
        <w:pStyle w:val="Titre2"/>
        <w:rPr>
          <w:lang w:val="fr-FR"/>
        </w:rPr>
      </w:pPr>
      <w:bookmarkStart w:id="62" w:name="_Toc231178457"/>
      <w:r w:rsidRPr="00E97067">
        <w:rPr>
          <w:lang w:val="fr-FR"/>
        </w:rPr>
        <w:t>A savoir</w:t>
      </w:r>
      <w:bookmarkEnd w:id="62"/>
    </w:p>
    <w:p w14:paraId="4C831D15" w14:textId="6B902D28" w:rsidR="001041B8" w:rsidRPr="00E97067" w:rsidRDefault="00000000">
      <w:pPr>
        <w:rPr>
          <w:lang w:val="fr-FR"/>
        </w:rPr>
      </w:pPr>
      <w:r w:rsidRPr="00E97067">
        <w:rPr>
          <w:lang w:val="fr-FR"/>
        </w:rPr>
        <w:t xml:space="preserve">Les </w:t>
      </w:r>
      <w:r w:rsidR="00140BAD" w:rsidRPr="00E97067">
        <w:rPr>
          <w:lang w:val="fr-FR"/>
        </w:rPr>
        <w:t>créneaux</w:t>
      </w:r>
      <w:r w:rsidRPr="00E97067">
        <w:rPr>
          <w:lang w:val="fr-FR"/>
        </w:rPr>
        <w:t xml:space="preserve"> proposes respectent :</w:t>
      </w:r>
    </w:p>
    <w:p w14:paraId="5CFF9727" w14:textId="2982186F" w:rsidR="001041B8" w:rsidRPr="00140BAD" w:rsidRDefault="00140BAD">
      <w:pPr>
        <w:pStyle w:val="Listepuces"/>
        <w:rPr>
          <w:lang w:val="fr-FR"/>
        </w:rPr>
      </w:pPr>
      <w:proofErr w:type="gramStart"/>
      <w:r>
        <w:rPr>
          <w:lang w:val="fr-FR"/>
        </w:rPr>
        <w:t>l</w:t>
      </w:r>
      <w:r w:rsidRPr="00140BAD">
        <w:rPr>
          <w:lang w:val="fr-FR"/>
        </w:rPr>
        <w:t>es</w:t>
      </w:r>
      <w:proofErr w:type="gramEnd"/>
      <w:r w:rsidR="00000000" w:rsidRPr="00140BAD">
        <w:rPr>
          <w:lang w:val="fr-FR"/>
        </w:rPr>
        <w:t xml:space="preserve"> horaires de la boutique</w:t>
      </w:r>
    </w:p>
    <w:p w14:paraId="54569BEB" w14:textId="0EEB223E" w:rsidR="001041B8" w:rsidRDefault="00000000">
      <w:pPr>
        <w:pStyle w:val="Listepuces"/>
      </w:pPr>
      <w:r>
        <w:t xml:space="preserve">les </w:t>
      </w:r>
      <w:proofErr w:type="spellStart"/>
      <w:r w:rsidR="00140BAD">
        <w:t>disponibilités</w:t>
      </w:r>
      <w:proofErr w:type="spellEnd"/>
      <w:r>
        <w:t xml:space="preserve"> de</w:t>
      </w:r>
      <w:r w:rsidR="00140BAD">
        <w:t>s</w:t>
      </w:r>
      <w:r>
        <w:t xml:space="preserve"> </w:t>
      </w:r>
      <w:proofErr w:type="spellStart"/>
      <w:r w:rsidR="00140BAD">
        <w:t>employés</w:t>
      </w:r>
      <w:proofErr w:type="spellEnd"/>
    </w:p>
    <w:p w14:paraId="19A85DAA" w14:textId="61E61023" w:rsidR="001041B8" w:rsidRDefault="00000000">
      <w:pPr>
        <w:pStyle w:val="Listepuces"/>
      </w:pPr>
      <w:r>
        <w:t xml:space="preserve">la </w:t>
      </w:r>
      <w:r w:rsidR="00140BAD">
        <w:t>durée</w:t>
      </w:r>
      <w:r>
        <w:t xml:space="preserve"> de la prestation</w:t>
      </w:r>
    </w:p>
    <w:p w14:paraId="7AFFE4FD" w14:textId="236FB0FC" w:rsidR="001041B8" w:rsidRPr="006139CA" w:rsidRDefault="00000000" w:rsidP="00140BAD">
      <w:pPr>
        <w:pStyle w:val="Listepuces"/>
        <w:rPr>
          <w:lang w:val="fr-FR"/>
        </w:rPr>
      </w:pPr>
      <w:proofErr w:type="gramStart"/>
      <w:r w:rsidRPr="006139CA">
        <w:rPr>
          <w:lang w:val="fr-FR"/>
        </w:rPr>
        <w:t>les</w:t>
      </w:r>
      <w:proofErr w:type="gramEnd"/>
      <w:r w:rsidRPr="006139CA">
        <w:rPr>
          <w:lang w:val="fr-FR"/>
        </w:rPr>
        <w:t xml:space="preserve"> rendez-vous </w:t>
      </w:r>
      <w:proofErr w:type="spellStart"/>
      <w:r w:rsidRPr="006139CA">
        <w:rPr>
          <w:lang w:val="fr-FR"/>
        </w:rPr>
        <w:t>d</w:t>
      </w:r>
      <w:r w:rsidR="006139CA" w:rsidRPr="006139CA">
        <w:rPr>
          <w:lang w:val="fr-FR"/>
        </w:rPr>
        <w:t>é</w:t>
      </w:r>
      <w:r w:rsidRPr="006139CA">
        <w:rPr>
          <w:lang w:val="fr-FR"/>
        </w:rPr>
        <w:t>ja</w:t>
      </w:r>
      <w:proofErr w:type="spellEnd"/>
      <w:r w:rsidRPr="006139CA">
        <w:rPr>
          <w:lang w:val="fr-FR"/>
        </w:rPr>
        <w:t xml:space="preserve"> </w:t>
      </w:r>
      <w:proofErr w:type="spellStart"/>
      <w:r w:rsidR="006139CA" w:rsidRPr="006139CA">
        <w:rPr>
          <w:lang w:val="fr-FR"/>
        </w:rPr>
        <w:t>é</w:t>
      </w:r>
      <w:r w:rsidRPr="006139CA">
        <w:rPr>
          <w:lang w:val="fr-FR"/>
        </w:rPr>
        <w:t>xistants</w:t>
      </w:r>
      <w:proofErr w:type="spellEnd"/>
    </w:p>
    <w:p w14:paraId="4600A5D6" w14:textId="1C68AA63" w:rsidR="001041B8" w:rsidRPr="00E97067" w:rsidRDefault="00833872" w:rsidP="00833872">
      <w:pPr>
        <w:pStyle w:val="Titre1"/>
      </w:pPr>
      <w:r>
        <w:t xml:space="preserve"> </w:t>
      </w:r>
      <w:bookmarkStart w:id="63" w:name="_Toc231178458"/>
      <w:r w:rsidR="00000000" w:rsidRPr="00E97067">
        <w:t xml:space="preserve">Parcours client : </w:t>
      </w:r>
      <w:r w:rsidR="00F95FFF" w:rsidRPr="00E97067">
        <w:t>gérer</w:t>
      </w:r>
      <w:r w:rsidR="00000000" w:rsidRPr="00E97067">
        <w:t xml:space="preserve"> ses rendez-vous</w:t>
      </w:r>
      <w:bookmarkEnd w:id="63"/>
    </w:p>
    <w:p w14:paraId="304D15F1" w14:textId="77777777" w:rsidR="001041B8" w:rsidRPr="00E97067" w:rsidRDefault="00000000">
      <w:pPr>
        <w:pStyle w:val="Titre2"/>
        <w:rPr>
          <w:lang w:val="fr-FR"/>
        </w:rPr>
      </w:pPr>
      <w:bookmarkStart w:id="64" w:name="_Toc231178459"/>
      <w:r w:rsidRPr="00E97067">
        <w:rPr>
          <w:lang w:val="fr-FR"/>
        </w:rPr>
        <w:t>Objectif</w:t>
      </w:r>
      <w:bookmarkEnd w:id="64"/>
    </w:p>
    <w:p w14:paraId="31936B89" w14:textId="5205F657" w:rsidR="001041B8" w:rsidRPr="00E97067" w:rsidRDefault="00000000">
      <w:pPr>
        <w:rPr>
          <w:lang w:val="fr-FR"/>
        </w:rPr>
      </w:pPr>
      <w:r w:rsidRPr="00E97067">
        <w:rPr>
          <w:lang w:val="fr-FR"/>
        </w:rPr>
        <w:t>Consulter, reprogrammer ou annuler un rendez-vous.</w:t>
      </w:r>
    </w:p>
    <w:p w14:paraId="7F9139F0" w14:textId="77777777" w:rsidR="001041B8" w:rsidRPr="00E97067" w:rsidRDefault="00000000">
      <w:pPr>
        <w:pStyle w:val="Titre2"/>
        <w:rPr>
          <w:lang w:val="fr-FR"/>
        </w:rPr>
      </w:pPr>
      <w:bookmarkStart w:id="65" w:name="_Toc231178460"/>
      <w:r w:rsidRPr="00E97067">
        <w:rPr>
          <w:lang w:val="fr-FR"/>
        </w:rPr>
        <w:t>Qui peut le faire</w:t>
      </w:r>
      <w:bookmarkEnd w:id="65"/>
    </w:p>
    <w:p w14:paraId="257CA32B" w14:textId="77777777" w:rsidR="001041B8" w:rsidRPr="00E97067" w:rsidRDefault="00000000">
      <w:pPr>
        <w:rPr>
          <w:lang w:val="fr-FR"/>
        </w:rPr>
      </w:pPr>
      <w:r w:rsidRPr="00E97067">
        <w:rPr>
          <w:lang w:val="fr-FR"/>
        </w:rPr>
        <w:t>Client connecte.</w:t>
      </w:r>
    </w:p>
    <w:p w14:paraId="58C4679C" w14:textId="77777777" w:rsidR="001041B8" w:rsidRPr="00E97067" w:rsidRDefault="00000000">
      <w:pPr>
        <w:pStyle w:val="Titre2"/>
        <w:rPr>
          <w:lang w:val="fr-FR"/>
        </w:rPr>
      </w:pPr>
      <w:bookmarkStart w:id="66" w:name="_Toc231178461"/>
      <w:r w:rsidRPr="00E97067">
        <w:rPr>
          <w:lang w:val="fr-FR"/>
        </w:rPr>
        <w:t>Etapes pour consulter</w:t>
      </w:r>
      <w:bookmarkEnd w:id="66"/>
    </w:p>
    <w:p w14:paraId="62310F41" w14:textId="4F29BA4C" w:rsidR="001041B8" w:rsidRPr="002F4A86" w:rsidRDefault="00000000" w:rsidP="002F4A86">
      <w:pPr>
        <w:pStyle w:val="Paragraphedeliste"/>
        <w:numPr>
          <w:ilvl w:val="0"/>
          <w:numId w:val="12"/>
        </w:numPr>
        <w:rPr>
          <w:lang w:val="fr-FR"/>
        </w:rPr>
      </w:pPr>
      <w:r w:rsidRPr="002F4A86">
        <w:rPr>
          <w:lang w:val="fr-FR"/>
        </w:rPr>
        <w:t>Ouvrir la page `</w:t>
      </w:r>
      <w:proofErr w:type="spellStart"/>
      <w:r w:rsidRPr="002F4A86">
        <w:rPr>
          <w:lang w:val="fr-FR"/>
        </w:rPr>
        <w:t>Booking</w:t>
      </w:r>
      <w:proofErr w:type="spellEnd"/>
      <w:r w:rsidRPr="002F4A86">
        <w:rPr>
          <w:lang w:val="fr-FR"/>
        </w:rPr>
        <w:t>`.</w:t>
      </w:r>
    </w:p>
    <w:p w14:paraId="6C74929E" w14:textId="29C73E45" w:rsidR="002F4A86" w:rsidRPr="002F4A86" w:rsidRDefault="002F4A86" w:rsidP="002F4A86">
      <w:pPr>
        <w:rPr>
          <w:lang w:val="fr-FR"/>
        </w:rPr>
      </w:pPr>
      <w:r>
        <w:rPr>
          <w:noProof/>
          <w:lang w:val="fr-FR"/>
        </w:rPr>
        <w:lastRenderedPageBreak/>
        <mc:AlternateContent>
          <mc:Choice Requires="wps">
            <w:drawing>
              <wp:anchor distT="0" distB="0" distL="114300" distR="114300" simplePos="0" relativeHeight="251555328" behindDoc="0" locked="0" layoutInCell="1" allowOverlap="1" wp14:anchorId="5BAC9BF8" wp14:editId="1CA1342E">
                <wp:simplePos x="0" y="0"/>
                <wp:positionH relativeFrom="column">
                  <wp:posOffset>823417</wp:posOffset>
                </wp:positionH>
                <wp:positionV relativeFrom="paragraph">
                  <wp:posOffset>1397203</wp:posOffset>
                </wp:positionV>
                <wp:extent cx="659740" cy="52604"/>
                <wp:effectExtent l="57150" t="38100" r="64770" b="119380"/>
                <wp:wrapNone/>
                <wp:docPr id="1710285020" name="Connecteur droit avec flèch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59740" cy="52604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6848F4" id="Connecteur droit avec flèche 7" o:spid="_x0000_s1026" type="#_x0000_t32" style="position:absolute;margin-left:64.85pt;margin-top:110pt;width:51.95pt;height:4.15pt;flip:x;z-index:25155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" strokecolor="#c00000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  <w:r w:rsidRPr="00F95FFF">
        <w:rPr>
          <w:lang w:val="fr-FR"/>
        </w:rPr>
        <w:drawing>
          <wp:inline distT="0" distB="0" distL="0" distR="0" wp14:anchorId="47F6E8F0" wp14:editId="12C6F373">
            <wp:extent cx="5486400" cy="2598420"/>
            <wp:effectExtent l="0" t="0" r="0" b="0"/>
            <wp:docPr id="145875738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3401644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98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230F07" w14:textId="77777777" w:rsidR="001041B8" w:rsidRPr="00E97067" w:rsidRDefault="00000000">
      <w:pPr>
        <w:rPr>
          <w:lang w:val="fr-FR"/>
        </w:rPr>
      </w:pPr>
      <w:r w:rsidRPr="00E97067">
        <w:rPr>
          <w:lang w:val="fr-FR"/>
        </w:rPr>
        <w:t>2. Utiliser les filtres `</w:t>
      </w:r>
      <w:proofErr w:type="spellStart"/>
      <w:r w:rsidRPr="00E97067">
        <w:rPr>
          <w:lang w:val="fr-FR"/>
        </w:rPr>
        <w:t>Upcoming</w:t>
      </w:r>
      <w:proofErr w:type="spellEnd"/>
      <w:r w:rsidRPr="00E97067">
        <w:rPr>
          <w:lang w:val="fr-FR"/>
        </w:rPr>
        <w:t>`, `Past` ou `</w:t>
      </w:r>
      <w:proofErr w:type="spellStart"/>
      <w:r w:rsidRPr="00E97067">
        <w:rPr>
          <w:lang w:val="fr-FR"/>
        </w:rPr>
        <w:t>Cancelled</w:t>
      </w:r>
      <w:proofErr w:type="spellEnd"/>
      <w:r w:rsidRPr="00E97067">
        <w:rPr>
          <w:lang w:val="fr-FR"/>
        </w:rPr>
        <w:t>`.</w:t>
      </w:r>
    </w:p>
    <w:p w14:paraId="4F0444ED" w14:textId="13C7AAAC" w:rsidR="001041B8" w:rsidRPr="00E97067" w:rsidRDefault="00000000">
      <w:pPr>
        <w:rPr>
          <w:lang w:val="fr-FR"/>
        </w:rPr>
      </w:pPr>
      <w:r w:rsidRPr="00E97067">
        <w:rPr>
          <w:lang w:val="fr-FR"/>
        </w:rPr>
        <w:t xml:space="preserve">3. </w:t>
      </w:r>
      <w:r w:rsidR="006139CA" w:rsidRPr="00E97067">
        <w:rPr>
          <w:lang w:val="fr-FR"/>
        </w:rPr>
        <w:t>Sélectionner</w:t>
      </w:r>
      <w:r w:rsidRPr="00E97067">
        <w:rPr>
          <w:lang w:val="fr-FR"/>
        </w:rPr>
        <w:t xml:space="preserve"> un rendez-vous.</w:t>
      </w:r>
    </w:p>
    <w:p w14:paraId="174328AC" w14:textId="73D584A2" w:rsidR="001041B8" w:rsidRPr="00E97067" w:rsidRDefault="00000000">
      <w:pPr>
        <w:rPr>
          <w:lang w:val="fr-FR"/>
        </w:rPr>
      </w:pPr>
      <w:r w:rsidRPr="00E97067">
        <w:rPr>
          <w:lang w:val="fr-FR"/>
        </w:rPr>
        <w:t xml:space="preserve">4. Lire le </w:t>
      </w:r>
      <w:r w:rsidR="006139CA" w:rsidRPr="00E97067">
        <w:rPr>
          <w:lang w:val="fr-FR"/>
        </w:rPr>
        <w:t>résume</w:t>
      </w:r>
      <w:r w:rsidRPr="00E97067">
        <w:rPr>
          <w:lang w:val="fr-FR"/>
        </w:rPr>
        <w:t>.</w:t>
      </w:r>
    </w:p>
    <w:p w14:paraId="067C032A" w14:textId="77777777" w:rsidR="001041B8" w:rsidRPr="00E97067" w:rsidRDefault="00000000">
      <w:pPr>
        <w:pStyle w:val="Titre2"/>
        <w:rPr>
          <w:lang w:val="fr-FR"/>
        </w:rPr>
      </w:pPr>
      <w:bookmarkStart w:id="67" w:name="_Toc231178462"/>
      <w:r w:rsidRPr="00E97067">
        <w:rPr>
          <w:lang w:val="fr-FR"/>
        </w:rPr>
        <w:t>Etapes pour reprogrammer</w:t>
      </w:r>
      <w:bookmarkEnd w:id="67"/>
    </w:p>
    <w:p w14:paraId="23955346" w14:textId="62E29F24" w:rsidR="001041B8" w:rsidRPr="002F4A86" w:rsidRDefault="002F4A86" w:rsidP="002F4A86">
      <w:pPr>
        <w:pStyle w:val="Paragraphedeliste"/>
        <w:numPr>
          <w:ilvl w:val="0"/>
          <w:numId w:val="13"/>
        </w:numPr>
        <w:rPr>
          <w:lang w:val="fr-FR"/>
        </w:rPr>
      </w:pPr>
      <w:r w:rsidRPr="002F4A86">
        <w:rPr>
          <w:lang w:val="fr-FR"/>
        </w:rPr>
        <w:t>Sélectionner</w:t>
      </w:r>
      <w:r w:rsidR="00000000" w:rsidRPr="002F4A86">
        <w:rPr>
          <w:lang w:val="fr-FR"/>
        </w:rPr>
        <w:t xml:space="preserve"> un rendez-vous </w:t>
      </w:r>
      <w:proofErr w:type="spellStart"/>
      <w:proofErr w:type="gramStart"/>
      <w:r w:rsidR="00000000" w:rsidRPr="002F4A86">
        <w:rPr>
          <w:lang w:val="fr-FR"/>
        </w:rPr>
        <w:t>a</w:t>
      </w:r>
      <w:proofErr w:type="spellEnd"/>
      <w:proofErr w:type="gramEnd"/>
      <w:r w:rsidR="00000000" w:rsidRPr="002F4A86">
        <w:rPr>
          <w:lang w:val="fr-FR"/>
        </w:rPr>
        <w:t xml:space="preserve"> venir.</w:t>
      </w:r>
    </w:p>
    <w:p w14:paraId="0F484743" w14:textId="5DD24434" w:rsidR="002F4A86" w:rsidRPr="002F4A86" w:rsidRDefault="002F4A86" w:rsidP="002F4A86">
      <w:pPr>
        <w:rPr>
          <w:lang w:val="fr-FR"/>
        </w:rPr>
      </w:pPr>
      <w:r>
        <w:rPr>
          <w:noProof/>
          <w:lang w:val="fr-FR"/>
        </w:rPr>
        <mc:AlternateContent>
          <mc:Choice Requires="wps">
            <w:drawing>
              <wp:anchor distT="0" distB="0" distL="114300" distR="114300" simplePos="0" relativeHeight="251563520" behindDoc="0" locked="0" layoutInCell="1" allowOverlap="1" wp14:anchorId="668F6CBC" wp14:editId="6F5B94D6">
                <wp:simplePos x="0" y="0"/>
                <wp:positionH relativeFrom="column">
                  <wp:posOffset>56694</wp:posOffset>
                </wp:positionH>
                <wp:positionV relativeFrom="paragraph">
                  <wp:posOffset>1292328</wp:posOffset>
                </wp:positionV>
                <wp:extent cx="220650" cy="45719"/>
                <wp:effectExtent l="38100" t="38100" r="27305" b="126365"/>
                <wp:wrapNone/>
                <wp:docPr id="203666362" name="Connecteur droit avec flèch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0650" cy="4571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B1C675" id="Connecteur droit avec flèche 8" o:spid="_x0000_s1026" type="#_x0000_t32" style="position:absolute;margin-left:4.45pt;margin-top:101.75pt;width:17.35pt;height:3.6pt;z-index:25156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" strokecolor="#c00000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val="fr-FR"/>
        </w:rPr>
        <mc:AlternateContent>
          <mc:Choice Requires="wps">
            <w:drawing>
              <wp:anchor distT="0" distB="0" distL="114300" distR="114300" simplePos="0" relativeHeight="251538944" behindDoc="0" locked="0" layoutInCell="1" allowOverlap="1" wp14:anchorId="598D68BE" wp14:editId="7100EA47">
                <wp:simplePos x="0" y="0"/>
                <wp:positionH relativeFrom="column">
                  <wp:posOffset>1183234</wp:posOffset>
                </wp:positionH>
                <wp:positionV relativeFrom="paragraph">
                  <wp:posOffset>1565199</wp:posOffset>
                </wp:positionV>
                <wp:extent cx="329184" cy="168249"/>
                <wp:effectExtent l="57150" t="19050" r="71120" b="99060"/>
                <wp:wrapNone/>
                <wp:docPr id="1962875205" name="Connecteur droit avec flèch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29184" cy="16824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D4BF815" id="Connecteur droit avec flèche 8" o:spid="_x0000_s1026" type="#_x0000_t32" style="position:absolute;margin-left:93.15pt;margin-top:123.25pt;width:25.9pt;height:13.25pt;flip:x;z-index:25153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" strokecolor="#c00000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  <w:r w:rsidRPr="002F4A86">
        <w:rPr>
          <w:lang w:val="fr-FR"/>
        </w:rPr>
        <w:drawing>
          <wp:inline distT="0" distB="0" distL="0" distR="0" wp14:anchorId="2AACB509" wp14:editId="2E239BC2">
            <wp:extent cx="5486400" cy="2597150"/>
            <wp:effectExtent l="0" t="0" r="0" b="0"/>
            <wp:docPr id="139829119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8291198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9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A878A6" w14:textId="20E8B27F" w:rsidR="001041B8" w:rsidRPr="00E97067" w:rsidRDefault="00000000">
      <w:pPr>
        <w:rPr>
          <w:lang w:val="fr-FR"/>
        </w:rPr>
      </w:pPr>
      <w:r w:rsidRPr="00E97067">
        <w:rPr>
          <w:lang w:val="fr-FR"/>
        </w:rPr>
        <w:t xml:space="preserve">2. Choisir une nouvelle date ou un nouveau </w:t>
      </w:r>
      <w:r w:rsidR="002F4A86" w:rsidRPr="00E97067">
        <w:rPr>
          <w:lang w:val="fr-FR"/>
        </w:rPr>
        <w:t>créneau</w:t>
      </w:r>
      <w:r w:rsidRPr="00E97067">
        <w:rPr>
          <w:lang w:val="fr-FR"/>
        </w:rPr>
        <w:t xml:space="preserve"> si l'action est disponible.</w:t>
      </w:r>
    </w:p>
    <w:p w14:paraId="04295871" w14:textId="77777777" w:rsidR="001041B8" w:rsidRPr="00E97067" w:rsidRDefault="00000000">
      <w:pPr>
        <w:rPr>
          <w:lang w:val="fr-FR"/>
        </w:rPr>
      </w:pPr>
      <w:r w:rsidRPr="00E97067">
        <w:rPr>
          <w:lang w:val="fr-FR"/>
        </w:rPr>
        <w:t>3. Valider la reprogrammation.</w:t>
      </w:r>
    </w:p>
    <w:p w14:paraId="41329C40" w14:textId="0E2E7D03" w:rsidR="001041B8" w:rsidRPr="00E97067" w:rsidRDefault="00000000">
      <w:pPr>
        <w:rPr>
          <w:lang w:val="fr-FR"/>
        </w:rPr>
      </w:pPr>
      <w:r w:rsidRPr="00E97067">
        <w:rPr>
          <w:lang w:val="fr-FR"/>
        </w:rPr>
        <w:t xml:space="preserve">4. </w:t>
      </w:r>
      <w:r w:rsidR="006139CA" w:rsidRPr="00E97067">
        <w:rPr>
          <w:lang w:val="fr-FR"/>
        </w:rPr>
        <w:t>Vérifier</w:t>
      </w:r>
      <w:r w:rsidRPr="00E97067">
        <w:rPr>
          <w:lang w:val="fr-FR"/>
        </w:rPr>
        <w:t xml:space="preserve"> le nouveau </w:t>
      </w:r>
      <w:r w:rsidR="002F4A86" w:rsidRPr="00E97067">
        <w:rPr>
          <w:lang w:val="fr-FR"/>
        </w:rPr>
        <w:t>créneau</w:t>
      </w:r>
      <w:r w:rsidRPr="00E97067">
        <w:rPr>
          <w:lang w:val="fr-FR"/>
        </w:rPr>
        <w:t xml:space="preserve"> dans la liste.</w:t>
      </w:r>
    </w:p>
    <w:p w14:paraId="4DA11BBD" w14:textId="77777777" w:rsidR="001041B8" w:rsidRPr="00E97067" w:rsidRDefault="001041B8">
      <w:pPr>
        <w:rPr>
          <w:lang w:val="fr-FR"/>
        </w:rPr>
      </w:pPr>
    </w:p>
    <w:p w14:paraId="2203ECE7" w14:textId="65B1BD65" w:rsidR="001041B8" w:rsidRPr="00E97067" w:rsidRDefault="00000000" w:rsidP="00F07A44">
      <w:pPr>
        <w:pStyle w:val="Titre2"/>
        <w:rPr>
          <w:lang w:val="fr-FR"/>
        </w:rPr>
      </w:pPr>
      <w:bookmarkStart w:id="68" w:name="_Toc231178463"/>
      <w:r w:rsidRPr="00E97067">
        <w:rPr>
          <w:lang w:val="fr-FR"/>
        </w:rPr>
        <w:lastRenderedPageBreak/>
        <w:t>Etapes pour annuler</w:t>
      </w:r>
      <w:bookmarkEnd w:id="68"/>
    </w:p>
    <w:p w14:paraId="0BA42167" w14:textId="52749000" w:rsidR="001041B8" w:rsidRPr="00E97067" w:rsidRDefault="00000000">
      <w:pPr>
        <w:rPr>
          <w:lang w:val="fr-FR"/>
        </w:rPr>
      </w:pPr>
      <w:r w:rsidRPr="00E97067">
        <w:rPr>
          <w:lang w:val="fr-FR"/>
        </w:rPr>
        <w:t xml:space="preserve">1. </w:t>
      </w:r>
      <w:r w:rsidR="00F07A44" w:rsidRPr="00E97067">
        <w:rPr>
          <w:lang w:val="fr-FR"/>
        </w:rPr>
        <w:t>Sélectionner</w:t>
      </w:r>
      <w:r w:rsidRPr="00E97067">
        <w:rPr>
          <w:lang w:val="fr-FR"/>
        </w:rPr>
        <w:t xml:space="preserve"> un rendez-vous </w:t>
      </w:r>
      <w:proofErr w:type="spellStart"/>
      <w:proofErr w:type="gramStart"/>
      <w:r w:rsidRPr="00E97067">
        <w:rPr>
          <w:lang w:val="fr-FR"/>
        </w:rPr>
        <w:t>a</w:t>
      </w:r>
      <w:proofErr w:type="spellEnd"/>
      <w:proofErr w:type="gramEnd"/>
      <w:r w:rsidRPr="00E97067">
        <w:rPr>
          <w:lang w:val="fr-FR"/>
        </w:rPr>
        <w:t xml:space="preserve"> venir.</w:t>
      </w:r>
    </w:p>
    <w:p w14:paraId="32A22AD6" w14:textId="77777777" w:rsidR="001041B8" w:rsidRDefault="00000000">
      <w:pPr>
        <w:rPr>
          <w:lang w:val="fr-FR"/>
        </w:rPr>
      </w:pPr>
      <w:r w:rsidRPr="00E97067">
        <w:rPr>
          <w:lang w:val="fr-FR"/>
        </w:rPr>
        <w:t xml:space="preserve">2. Cliquer sur `Cancel </w:t>
      </w:r>
      <w:proofErr w:type="spellStart"/>
      <w:r w:rsidRPr="00E97067">
        <w:rPr>
          <w:lang w:val="fr-FR"/>
        </w:rPr>
        <w:t>appointment</w:t>
      </w:r>
      <w:proofErr w:type="spellEnd"/>
      <w:r w:rsidRPr="00E97067">
        <w:rPr>
          <w:lang w:val="fr-FR"/>
        </w:rPr>
        <w:t>`.</w:t>
      </w:r>
    </w:p>
    <w:p w14:paraId="544BD2BC" w14:textId="62052468" w:rsidR="00F07A44" w:rsidRPr="002F4A86" w:rsidRDefault="00F07A44" w:rsidP="00F07A44">
      <w:pPr>
        <w:rPr>
          <w:lang w:val="fr-FR"/>
        </w:rPr>
      </w:pPr>
      <w:r>
        <w:rPr>
          <w:noProof/>
          <w:lang w:val="fr-FR"/>
        </w:rPr>
        <mc:AlternateContent>
          <mc:Choice Requires="wps">
            <w:drawing>
              <wp:anchor distT="0" distB="0" distL="114300" distR="114300" simplePos="0" relativeHeight="251576832" behindDoc="0" locked="0" layoutInCell="1" allowOverlap="1" wp14:anchorId="1BBEF389" wp14:editId="1BDDCA84">
                <wp:simplePos x="0" y="0"/>
                <wp:positionH relativeFrom="column">
                  <wp:posOffset>1335481</wp:posOffset>
                </wp:positionH>
                <wp:positionV relativeFrom="paragraph">
                  <wp:posOffset>1862733</wp:posOffset>
                </wp:positionV>
                <wp:extent cx="381762" cy="45719"/>
                <wp:effectExtent l="57150" t="57150" r="56515" b="107315"/>
                <wp:wrapNone/>
                <wp:docPr id="1364257291" name="Connecteur droit avec flèch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81762" cy="4571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E866B9" id="Connecteur droit avec flèche 8" o:spid="_x0000_s1026" type="#_x0000_t32" style="position:absolute;margin-left:105.15pt;margin-top:146.65pt;width:30.05pt;height:3.6pt;flip:x y;z-index:25157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" strokecolor="#c00000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val="fr-FR"/>
        </w:rPr>
        <mc:AlternateContent>
          <mc:Choice Requires="wps">
            <w:drawing>
              <wp:anchor distT="0" distB="0" distL="114300" distR="114300" simplePos="0" relativeHeight="251605504" behindDoc="0" locked="0" layoutInCell="1" allowOverlap="1" wp14:anchorId="7BE04678" wp14:editId="60067579">
                <wp:simplePos x="0" y="0"/>
                <wp:positionH relativeFrom="column">
                  <wp:posOffset>56694</wp:posOffset>
                </wp:positionH>
                <wp:positionV relativeFrom="paragraph">
                  <wp:posOffset>1292328</wp:posOffset>
                </wp:positionV>
                <wp:extent cx="220650" cy="45719"/>
                <wp:effectExtent l="38100" t="38100" r="27305" b="126365"/>
                <wp:wrapNone/>
                <wp:docPr id="331612266" name="Connecteur droit avec flèch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0650" cy="4571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1F0F1A" id="Connecteur droit avec flèche 8" o:spid="_x0000_s1026" type="#_x0000_t32" style="position:absolute;margin-left:4.45pt;margin-top:101.75pt;width:17.35pt;height:3.6pt;z-index:25160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" strokecolor="#c00000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  <w:r w:rsidRPr="002F4A86">
        <w:rPr>
          <w:lang w:val="fr-FR"/>
        </w:rPr>
        <w:drawing>
          <wp:inline distT="0" distB="0" distL="0" distR="0" wp14:anchorId="77CDB38F" wp14:editId="296E72AE">
            <wp:extent cx="5486400" cy="2597150"/>
            <wp:effectExtent l="0" t="0" r="0" b="0"/>
            <wp:docPr id="46267482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8291198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9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5212FC" w14:textId="0152D5F6" w:rsidR="001041B8" w:rsidRPr="00E97067" w:rsidRDefault="00000000">
      <w:pPr>
        <w:rPr>
          <w:lang w:val="fr-FR"/>
        </w:rPr>
      </w:pPr>
      <w:r w:rsidRPr="00E97067">
        <w:rPr>
          <w:lang w:val="fr-FR"/>
        </w:rPr>
        <w:t>3. Confirmer.</w:t>
      </w:r>
    </w:p>
    <w:p w14:paraId="71AF0CB5" w14:textId="580E9B3B" w:rsidR="001041B8" w:rsidRPr="00E97067" w:rsidRDefault="00000000">
      <w:pPr>
        <w:rPr>
          <w:lang w:val="fr-FR"/>
        </w:rPr>
      </w:pPr>
      <w:r w:rsidRPr="00E97067">
        <w:rPr>
          <w:lang w:val="fr-FR"/>
        </w:rPr>
        <w:t xml:space="preserve">4. </w:t>
      </w:r>
      <w:r w:rsidR="00F07A44" w:rsidRPr="00E97067">
        <w:rPr>
          <w:lang w:val="fr-FR"/>
        </w:rPr>
        <w:t>Vérifier</w:t>
      </w:r>
      <w:r w:rsidRPr="00E97067">
        <w:rPr>
          <w:lang w:val="fr-FR"/>
        </w:rPr>
        <w:t xml:space="preserve"> que le rendez-vous apparait comme annule.</w:t>
      </w:r>
    </w:p>
    <w:p w14:paraId="638780AD" w14:textId="4D08AB72" w:rsidR="001041B8" w:rsidRPr="00E97067" w:rsidRDefault="00F07A44">
      <w:pPr>
        <w:rPr>
          <w:lang w:val="fr-FR"/>
        </w:rPr>
      </w:pPr>
      <w:r>
        <w:rPr>
          <w:noProof/>
          <w:lang w:val="fr-FR"/>
        </w:rPr>
        <mc:AlternateContent>
          <mc:Choice Requires="wps">
            <w:drawing>
              <wp:anchor distT="0" distB="0" distL="114300" distR="114300" simplePos="0" relativeHeight="251585024" behindDoc="0" locked="0" layoutInCell="1" allowOverlap="1" wp14:anchorId="60A613F2" wp14:editId="54A21B1E">
                <wp:simplePos x="0" y="0"/>
                <wp:positionH relativeFrom="column">
                  <wp:posOffset>1079449</wp:posOffset>
                </wp:positionH>
                <wp:positionV relativeFrom="paragraph">
                  <wp:posOffset>2281732</wp:posOffset>
                </wp:positionV>
                <wp:extent cx="140360" cy="206197"/>
                <wp:effectExtent l="57150" t="38100" r="69215" b="80010"/>
                <wp:wrapNone/>
                <wp:docPr id="817593592" name="Connecteur droit avec flèch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40360" cy="206197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8E928" id="Connecteur droit avec flèche 8" o:spid="_x0000_s1026" type="#_x0000_t32" style="position:absolute;margin-left:85pt;margin-top:179.65pt;width:11.05pt;height:16.25pt;flip:x y;z-index:25158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" strokecolor="#c00000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val="fr-FR"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54B7E220" wp14:editId="064EEB30">
                <wp:simplePos x="0" y="0"/>
                <wp:positionH relativeFrom="column">
                  <wp:posOffset>5533110</wp:posOffset>
                </wp:positionH>
                <wp:positionV relativeFrom="paragraph">
                  <wp:posOffset>1826717</wp:posOffset>
                </wp:positionV>
                <wp:extent cx="381762" cy="45719"/>
                <wp:effectExtent l="57150" t="57150" r="56515" b="107315"/>
                <wp:wrapNone/>
                <wp:docPr id="821935851" name="Connecteur droit avec flèch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81762" cy="4571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403332" id="Connecteur droit avec flèche 8" o:spid="_x0000_s1026" type="#_x0000_t32" style="position:absolute;margin-left:435.7pt;margin-top:143.85pt;width:30.05pt;height:3.6pt;flip:x y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" strokecolor="#c00000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  <w:r w:rsidRPr="00F07A44">
        <w:rPr>
          <w:lang w:val="fr-FR"/>
        </w:rPr>
        <w:drawing>
          <wp:inline distT="0" distB="0" distL="0" distR="0" wp14:anchorId="19ADD9FF" wp14:editId="7B249CB4">
            <wp:extent cx="5486400" cy="2588260"/>
            <wp:effectExtent l="0" t="0" r="0" b="2540"/>
            <wp:docPr id="195692905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6929056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88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604FAD" w14:textId="73802717" w:rsidR="001041B8" w:rsidRPr="00E97067" w:rsidRDefault="00833872" w:rsidP="00833872">
      <w:pPr>
        <w:pStyle w:val="Titre1"/>
      </w:pPr>
      <w:r>
        <w:t xml:space="preserve"> </w:t>
      </w:r>
      <w:bookmarkStart w:id="69" w:name="_Toc231178464"/>
      <w:r w:rsidR="00000000" w:rsidRPr="00E97067">
        <w:t xml:space="preserve">Parcours client : </w:t>
      </w:r>
      <w:r w:rsidR="00F07A44" w:rsidRPr="00E97067">
        <w:t>gérer</w:t>
      </w:r>
      <w:r w:rsidR="00000000" w:rsidRPr="00E97067">
        <w:t xml:space="preserve"> son profil</w:t>
      </w:r>
      <w:bookmarkEnd w:id="69"/>
    </w:p>
    <w:p w14:paraId="73ED9FF0" w14:textId="77777777" w:rsidR="001041B8" w:rsidRPr="00E97067" w:rsidRDefault="00000000">
      <w:pPr>
        <w:pStyle w:val="Titre2"/>
        <w:rPr>
          <w:lang w:val="fr-FR"/>
        </w:rPr>
      </w:pPr>
      <w:bookmarkStart w:id="70" w:name="_Toc231178465"/>
      <w:r w:rsidRPr="00E97067">
        <w:rPr>
          <w:lang w:val="fr-FR"/>
        </w:rPr>
        <w:t>Objectif</w:t>
      </w:r>
      <w:bookmarkEnd w:id="70"/>
    </w:p>
    <w:p w14:paraId="54C3C8AA" w14:textId="1759495A" w:rsidR="001041B8" w:rsidRPr="00E97067" w:rsidRDefault="00000000">
      <w:pPr>
        <w:rPr>
          <w:lang w:val="fr-FR"/>
        </w:rPr>
      </w:pPr>
      <w:r w:rsidRPr="00E97067">
        <w:rPr>
          <w:lang w:val="fr-FR"/>
        </w:rPr>
        <w:t xml:space="preserve">Consulter ses informations, </w:t>
      </w:r>
      <w:r w:rsidR="00F07A44" w:rsidRPr="00E97067">
        <w:rPr>
          <w:lang w:val="fr-FR"/>
        </w:rPr>
        <w:t>préférences</w:t>
      </w:r>
      <w:r w:rsidRPr="00E97067">
        <w:rPr>
          <w:lang w:val="fr-FR"/>
        </w:rPr>
        <w:t xml:space="preserve">, </w:t>
      </w:r>
      <w:r w:rsidR="00F07A44" w:rsidRPr="00E97067">
        <w:rPr>
          <w:lang w:val="fr-FR"/>
        </w:rPr>
        <w:t>fidélité</w:t>
      </w:r>
      <w:r w:rsidRPr="00E97067">
        <w:rPr>
          <w:lang w:val="fr-FR"/>
        </w:rPr>
        <w:t xml:space="preserve"> et bons cadeaux.</w:t>
      </w:r>
    </w:p>
    <w:p w14:paraId="1D45C2A9" w14:textId="575FB4CC" w:rsidR="001041B8" w:rsidRPr="00E97067" w:rsidRDefault="00000000" w:rsidP="00F07A44">
      <w:pPr>
        <w:pStyle w:val="Titre2"/>
        <w:rPr>
          <w:lang w:val="fr-FR"/>
        </w:rPr>
      </w:pPr>
      <w:bookmarkStart w:id="71" w:name="_Toc231178466"/>
      <w:r w:rsidRPr="00E97067">
        <w:rPr>
          <w:lang w:val="fr-FR"/>
        </w:rPr>
        <w:lastRenderedPageBreak/>
        <w:t>Qui peut le faire</w:t>
      </w:r>
      <w:bookmarkEnd w:id="71"/>
    </w:p>
    <w:p w14:paraId="56E1BCAF" w14:textId="0DA7CB4E" w:rsidR="001041B8" w:rsidRPr="00E97067" w:rsidRDefault="00000000">
      <w:pPr>
        <w:rPr>
          <w:lang w:val="fr-FR"/>
        </w:rPr>
      </w:pPr>
      <w:r w:rsidRPr="00E97067">
        <w:rPr>
          <w:lang w:val="fr-FR"/>
        </w:rPr>
        <w:t>Client connecte.</w:t>
      </w:r>
    </w:p>
    <w:p w14:paraId="6817F7F4" w14:textId="792F36F7" w:rsidR="001041B8" w:rsidRPr="00E97067" w:rsidRDefault="00000000" w:rsidP="00F07A44">
      <w:pPr>
        <w:pStyle w:val="Titre2"/>
        <w:rPr>
          <w:lang w:val="fr-FR"/>
        </w:rPr>
      </w:pPr>
      <w:bookmarkStart w:id="72" w:name="_Toc231178467"/>
      <w:r w:rsidRPr="00E97067">
        <w:rPr>
          <w:lang w:val="fr-FR"/>
        </w:rPr>
        <w:t>Etapes pour consulter le profil</w:t>
      </w:r>
      <w:bookmarkEnd w:id="72"/>
    </w:p>
    <w:p w14:paraId="6FEE9013" w14:textId="5C9AE2C0" w:rsidR="00F07A44" w:rsidRDefault="00000000" w:rsidP="00F07A44">
      <w:pPr>
        <w:pStyle w:val="Paragraphedeliste"/>
        <w:numPr>
          <w:ilvl w:val="0"/>
          <w:numId w:val="14"/>
        </w:numPr>
        <w:rPr>
          <w:lang w:val="fr-FR"/>
        </w:rPr>
      </w:pPr>
      <w:r w:rsidRPr="00F07A44">
        <w:rPr>
          <w:lang w:val="fr-FR"/>
        </w:rPr>
        <w:t>Ouvrir `Profile`.</w:t>
      </w:r>
    </w:p>
    <w:p w14:paraId="549F1886" w14:textId="365F0AAF" w:rsidR="00F07A44" w:rsidRPr="00F07A44" w:rsidRDefault="00F07A44" w:rsidP="00F07A44">
      <w:pPr>
        <w:rPr>
          <w:lang w:val="fr-FR"/>
        </w:rPr>
      </w:pPr>
      <w:r w:rsidRPr="00F07A44">
        <w:rPr>
          <w:lang w:val="fr-FR"/>
        </w:rPr>
        <w:drawing>
          <wp:inline distT="0" distB="0" distL="0" distR="0" wp14:anchorId="77299B69" wp14:editId="68EE5FCE">
            <wp:extent cx="5486400" cy="2590800"/>
            <wp:effectExtent l="0" t="0" r="0" b="0"/>
            <wp:docPr id="116833945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8339456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9E0775" w14:textId="387EA3B1" w:rsidR="001041B8" w:rsidRPr="00E97067" w:rsidRDefault="00000000">
      <w:pPr>
        <w:rPr>
          <w:lang w:val="fr-FR"/>
        </w:rPr>
      </w:pPr>
      <w:r w:rsidRPr="00E97067">
        <w:rPr>
          <w:lang w:val="fr-FR"/>
        </w:rPr>
        <w:t xml:space="preserve">2. Lire les informations principales : nom, </w:t>
      </w:r>
      <w:proofErr w:type="gramStart"/>
      <w:r w:rsidRPr="00E97067">
        <w:rPr>
          <w:lang w:val="fr-FR"/>
        </w:rPr>
        <w:t>email</w:t>
      </w:r>
      <w:proofErr w:type="gramEnd"/>
      <w:r w:rsidRPr="00E97067">
        <w:rPr>
          <w:lang w:val="fr-FR"/>
        </w:rPr>
        <w:t xml:space="preserve">, </w:t>
      </w:r>
      <w:r w:rsidR="00F07A44" w:rsidRPr="00E97067">
        <w:rPr>
          <w:lang w:val="fr-FR"/>
        </w:rPr>
        <w:t>téléphone</w:t>
      </w:r>
      <w:r w:rsidRPr="00E97067">
        <w:rPr>
          <w:lang w:val="fr-FR"/>
        </w:rPr>
        <w:t xml:space="preserve"> et boutique.</w:t>
      </w:r>
    </w:p>
    <w:p w14:paraId="6B90CE2C" w14:textId="77777777" w:rsidR="001041B8" w:rsidRPr="00E97067" w:rsidRDefault="00000000">
      <w:pPr>
        <w:rPr>
          <w:lang w:val="fr-FR"/>
        </w:rPr>
      </w:pPr>
      <w:r w:rsidRPr="00E97067">
        <w:rPr>
          <w:lang w:val="fr-FR"/>
        </w:rPr>
        <w:t>3. Consulter les indicateurs : commandes, points, rendez-vous, avis ou autres blocs disponibles.</w:t>
      </w:r>
    </w:p>
    <w:p w14:paraId="2D425071" w14:textId="58DE1D0E" w:rsidR="001041B8" w:rsidRPr="00E97067" w:rsidRDefault="00000000">
      <w:pPr>
        <w:rPr>
          <w:lang w:val="fr-FR"/>
        </w:rPr>
      </w:pPr>
      <w:r w:rsidRPr="00E97067">
        <w:rPr>
          <w:lang w:val="fr-FR"/>
        </w:rPr>
        <w:t xml:space="preserve">4. Ouvrir la liste de bons cadeaux si elle est </w:t>
      </w:r>
      <w:r w:rsidR="00F07A44" w:rsidRPr="00E97067">
        <w:rPr>
          <w:lang w:val="fr-FR"/>
        </w:rPr>
        <w:t>repliée</w:t>
      </w:r>
      <w:r w:rsidRPr="00E97067">
        <w:rPr>
          <w:lang w:val="fr-FR"/>
        </w:rPr>
        <w:t>.</w:t>
      </w:r>
    </w:p>
    <w:p w14:paraId="0CFA09B6" w14:textId="5C0D77E1" w:rsidR="001041B8" w:rsidRPr="00E97067" w:rsidRDefault="00000000">
      <w:pPr>
        <w:rPr>
          <w:lang w:val="fr-FR"/>
        </w:rPr>
      </w:pPr>
      <w:r w:rsidRPr="00E97067">
        <w:rPr>
          <w:lang w:val="fr-FR"/>
        </w:rPr>
        <w:t xml:space="preserve">5. </w:t>
      </w:r>
      <w:r w:rsidR="00F07A44" w:rsidRPr="00E97067">
        <w:rPr>
          <w:lang w:val="fr-FR"/>
        </w:rPr>
        <w:t>Vérifier</w:t>
      </w:r>
      <w:r w:rsidRPr="00E97067">
        <w:rPr>
          <w:lang w:val="fr-FR"/>
        </w:rPr>
        <w:t xml:space="preserve"> les codes, valeurs et dates d'expiration.</w:t>
      </w:r>
    </w:p>
    <w:p w14:paraId="6F5355D1" w14:textId="64E17CDC" w:rsidR="001041B8" w:rsidRPr="00E97067" w:rsidRDefault="00000000">
      <w:pPr>
        <w:pStyle w:val="Titre2"/>
        <w:rPr>
          <w:lang w:val="fr-FR"/>
        </w:rPr>
      </w:pPr>
      <w:bookmarkStart w:id="73" w:name="_Toc231178468"/>
      <w:r w:rsidRPr="00E97067">
        <w:rPr>
          <w:lang w:val="fr-FR"/>
        </w:rPr>
        <w:t xml:space="preserve">Etapes pour modifier les </w:t>
      </w:r>
      <w:r w:rsidR="00F07A44" w:rsidRPr="00E97067">
        <w:rPr>
          <w:lang w:val="fr-FR"/>
        </w:rPr>
        <w:t>préférences</w:t>
      </w:r>
      <w:bookmarkEnd w:id="73"/>
    </w:p>
    <w:p w14:paraId="68132452" w14:textId="1F5D9E78" w:rsidR="001041B8" w:rsidRPr="00F07A44" w:rsidRDefault="00000000" w:rsidP="00F07A44">
      <w:pPr>
        <w:pStyle w:val="Paragraphedeliste"/>
        <w:numPr>
          <w:ilvl w:val="0"/>
          <w:numId w:val="15"/>
        </w:numPr>
        <w:rPr>
          <w:lang w:val="fr-FR"/>
        </w:rPr>
      </w:pPr>
      <w:r w:rsidRPr="00F07A44">
        <w:rPr>
          <w:lang w:val="fr-FR"/>
        </w:rPr>
        <w:t>Ouvrir `Profile`.</w:t>
      </w:r>
    </w:p>
    <w:p w14:paraId="7A656842" w14:textId="16E88E3A" w:rsidR="00F07A44" w:rsidRPr="00F07A44" w:rsidRDefault="00F07A44" w:rsidP="00F07A44">
      <w:pPr>
        <w:rPr>
          <w:lang w:val="fr-FR"/>
        </w:rPr>
      </w:pPr>
      <w:r>
        <w:rPr>
          <w:noProof/>
          <w:lang w:val="fr-FR"/>
        </w:rPr>
        <w:lastRenderedPageBreak/>
        <mc:AlternateContent>
          <mc:Choice Requires="wps">
            <w:drawing>
              <wp:anchor distT="0" distB="0" distL="114300" distR="114300" simplePos="0" relativeHeight="251593216" behindDoc="0" locked="0" layoutInCell="1" allowOverlap="1" wp14:anchorId="72A512BF" wp14:editId="4B9979DD">
                <wp:simplePos x="0" y="0"/>
                <wp:positionH relativeFrom="column">
                  <wp:posOffset>-168554</wp:posOffset>
                </wp:positionH>
                <wp:positionV relativeFrom="paragraph">
                  <wp:posOffset>409650</wp:posOffset>
                </wp:positionV>
                <wp:extent cx="452018" cy="211963"/>
                <wp:effectExtent l="38100" t="38100" r="62865" b="93345"/>
                <wp:wrapNone/>
                <wp:docPr id="1648726007" name="Connecteur droit avec flèch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2018" cy="211963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066263" id="Connecteur droit avec flèche 8" o:spid="_x0000_s1026" type="#_x0000_t32" style="position:absolute;margin-left:-13.25pt;margin-top:32.25pt;width:35.6pt;height:16.7pt;flip:y;z-index:25159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" strokecolor="#c00000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  <w:r w:rsidRPr="00F07A44">
        <w:rPr>
          <w:lang w:val="fr-FR"/>
        </w:rPr>
        <w:drawing>
          <wp:inline distT="0" distB="0" distL="0" distR="0" wp14:anchorId="3BA3C3EC" wp14:editId="54ECB633">
            <wp:extent cx="5486400" cy="2590800"/>
            <wp:effectExtent l="0" t="0" r="0" b="0"/>
            <wp:docPr id="193219344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219344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655380" w14:textId="1C92859D" w:rsidR="001041B8" w:rsidRPr="00E97067" w:rsidRDefault="00000000">
      <w:pPr>
        <w:rPr>
          <w:lang w:val="fr-FR"/>
        </w:rPr>
      </w:pPr>
      <w:r w:rsidRPr="00E97067">
        <w:rPr>
          <w:lang w:val="fr-FR"/>
        </w:rPr>
        <w:t xml:space="preserve">2. Choisir la boutique </w:t>
      </w:r>
      <w:r w:rsidR="006139CA" w:rsidRPr="00E97067">
        <w:rPr>
          <w:lang w:val="fr-FR"/>
        </w:rPr>
        <w:t>préférée</w:t>
      </w:r>
      <w:r w:rsidRPr="00E97067">
        <w:rPr>
          <w:lang w:val="fr-FR"/>
        </w:rPr>
        <w:t>.</w:t>
      </w:r>
    </w:p>
    <w:p w14:paraId="67413D0C" w14:textId="31A4A9C9" w:rsidR="001041B8" w:rsidRPr="00E97067" w:rsidRDefault="00000000">
      <w:pPr>
        <w:rPr>
          <w:lang w:val="fr-FR"/>
        </w:rPr>
      </w:pPr>
      <w:r w:rsidRPr="00E97067">
        <w:rPr>
          <w:lang w:val="fr-FR"/>
        </w:rPr>
        <w:t xml:space="preserve">3. Choisir le </w:t>
      </w:r>
      <w:r w:rsidR="006139CA" w:rsidRPr="00E97067">
        <w:rPr>
          <w:lang w:val="fr-FR"/>
        </w:rPr>
        <w:t>thème</w:t>
      </w:r>
      <w:r w:rsidRPr="00E97067">
        <w:rPr>
          <w:lang w:val="fr-FR"/>
        </w:rPr>
        <w:t>.</w:t>
      </w:r>
    </w:p>
    <w:p w14:paraId="4CCFF69C" w14:textId="77777777" w:rsidR="001041B8" w:rsidRPr="00E97067" w:rsidRDefault="00000000">
      <w:pPr>
        <w:rPr>
          <w:lang w:val="fr-FR"/>
        </w:rPr>
      </w:pPr>
      <w:r w:rsidRPr="00E97067">
        <w:rPr>
          <w:lang w:val="fr-FR"/>
        </w:rPr>
        <w:t>4. Choisir la taille de police.</w:t>
      </w:r>
    </w:p>
    <w:p w14:paraId="3BB17568" w14:textId="18169660" w:rsidR="001041B8" w:rsidRPr="00E97067" w:rsidRDefault="00000000">
      <w:pPr>
        <w:rPr>
          <w:lang w:val="fr-FR"/>
        </w:rPr>
      </w:pPr>
      <w:r w:rsidRPr="00E97067">
        <w:rPr>
          <w:lang w:val="fr-FR"/>
        </w:rPr>
        <w:t xml:space="preserve">5. Enregistrer si un bouton de sauvegarde est </w:t>
      </w:r>
      <w:proofErr w:type="spellStart"/>
      <w:r w:rsidRPr="00E97067">
        <w:rPr>
          <w:lang w:val="fr-FR"/>
        </w:rPr>
        <w:t>propose</w:t>
      </w:r>
      <w:proofErr w:type="spellEnd"/>
      <w:r w:rsidRPr="00E97067">
        <w:rPr>
          <w:lang w:val="fr-FR"/>
        </w:rPr>
        <w:t>.</w:t>
      </w:r>
    </w:p>
    <w:p w14:paraId="58B4806D" w14:textId="35939E2B" w:rsidR="001041B8" w:rsidRPr="00E97067" w:rsidRDefault="00000000" w:rsidP="00F07A44">
      <w:pPr>
        <w:pStyle w:val="Titre2"/>
        <w:rPr>
          <w:lang w:val="fr-FR"/>
        </w:rPr>
      </w:pPr>
      <w:bookmarkStart w:id="74" w:name="_Toc231178469"/>
      <w:r w:rsidRPr="00E97067">
        <w:rPr>
          <w:lang w:val="fr-FR"/>
        </w:rPr>
        <w:t>Etapes pour modifier le mot de passe</w:t>
      </w:r>
      <w:bookmarkEnd w:id="74"/>
    </w:p>
    <w:p w14:paraId="1FAFB402" w14:textId="5C307BEB" w:rsidR="001041B8" w:rsidRPr="00F07A44" w:rsidRDefault="00000000" w:rsidP="00F07A44">
      <w:pPr>
        <w:pStyle w:val="Paragraphedeliste"/>
        <w:numPr>
          <w:ilvl w:val="0"/>
          <w:numId w:val="16"/>
        </w:numPr>
        <w:rPr>
          <w:lang w:val="fr-FR"/>
        </w:rPr>
      </w:pPr>
      <w:r w:rsidRPr="00F07A44">
        <w:rPr>
          <w:lang w:val="fr-FR"/>
        </w:rPr>
        <w:t>Ouvrir la section de mot de passe.</w:t>
      </w:r>
    </w:p>
    <w:p w14:paraId="3A68A937" w14:textId="56B50B7B" w:rsidR="00F07A44" w:rsidRPr="00F07A44" w:rsidRDefault="00F07A44" w:rsidP="00F07A44">
      <w:pPr>
        <w:rPr>
          <w:lang w:val="fr-FR"/>
        </w:rPr>
      </w:pPr>
      <w:r>
        <w:rPr>
          <w:noProof/>
          <w:lang w:val="fr-FR"/>
        </w:rPr>
        <mc:AlternateContent>
          <mc:Choice Requires="wps">
            <w:drawing>
              <wp:anchor distT="0" distB="0" distL="114300" distR="114300" simplePos="0" relativeHeight="251613696" behindDoc="0" locked="0" layoutInCell="1" allowOverlap="1" wp14:anchorId="7A865874" wp14:editId="59E4F31E">
                <wp:simplePos x="0" y="0"/>
                <wp:positionH relativeFrom="column">
                  <wp:posOffset>-199338</wp:posOffset>
                </wp:positionH>
                <wp:positionV relativeFrom="paragraph">
                  <wp:posOffset>783259</wp:posOffset>
                </wp:positionV>
                <wp:extent cx="474954" cy="166725"/>
                <wp:effectExtent l="38100" t="38100" r="59055" b="81280"/>
                <wp:wrapNone/>
                <wp:docPr id="552615031" name="Connecteur droit avec flèch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74954" cy="1667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2220D8" id="Connecteur droit avec flèche 8" o:spid="_x0000_s1026" type="#_x0000_t32" style="position:absolute;margin-left:-15.7pt;margin-top:61.65pt;width:37.4pt;height:13.15pt;flip:y;z-index:25161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" strokecolor="#c00000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  <w:r w:rsidRPr="00F07A44">
        <w:rPr>
          <w:lang w:val="fr-FR"/>
        </w:rPr>
        <w:drawing>
          <wp:inline distT="0" distB="0" distL="0" distR="0" wp14:anchorId="6115E159" wp14:editId="697709E3">
            <wp:extent cx="5486400" cy="2590800"/>
            <wp:effectExtent l="0" t="0" r="0" b="0"/>
            <wp:docPr id="195410662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4106629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998579" w14:textId="77777777" w:rsidR="001041B8" w:rsidRPr="00E97067" w:rsidRDefault="00000000">
      <w:pPr>
        <w:rPr>
          <w:lang w:val="fr-FR"/>
        </w:rPr>
      </w:pPr>
      <w:r w:rsidRPr="00E97067">
        <w:rPr>
          <w:lang w:val="fr-FR"/>
        </w:rPr>
        <w:t>2. Saisir le mot de passe actuel si demande.</w:t>
      </w:r>
    </w:p>
    <w:p w14:paraId="46A23724" w14:textId="77777777" w:rsidR="001041B8" w:rsidRPr="00E97067" w:rsidRDefault="00000000">
      <w:pPr>
        <w:rPr>
          <w:lang w:val="fr-FR"/>
        </w:rPr>
      </w:pPr>
      <w:r w:rsidRPr="00E97067">
        <w:rPr>
          <w:lang w:val="fr-FR"/>
        </w:rPr>
        <w:t>3. Saisir le nouveau mot de passe.</w:t>
      </w:r>
    </w:p>
    <w:p w14:paraId="582A4528" w14:textId="77777777" w:rsidR="001041B8" w:rsidRPr="00E97067" w:rsidRDefault="00000000">
      <w:pPr>
        <w:rPr>
          <w:lang w:val="fr-FR"/>
        </w:rPr>
      </w:pPr>
      <w:r w:rsidRPr="00E97067">
        <w:rPr>
          <w:lang w:val="fr-FR"/>
        </w:rPr>
        <w:t>4. Confirmer le nouveau mot de passe.</w:t>
      </w:r>
    </w:p>
    <w:p w14:paraId="265590FD" w14:textId="00CE4DCE" w:rsidR="001041B8" w:rsidRPr="00E97067" w:rsidRDefault="00000000">
      <w:pPr>
        <w:rPr>
          <w:lang w:val="fr-FR"/>
        </w:rPr>
      </w:pPr>
      <w:r w:rsidRPr="00E97067">
        <w:rPr>
          <w:lang w:val="fr-FR"/>
        </w:rPr>
        <w:lastRenderedPageBreak/>
        <w:t>5. Enregistrer.</w:t>
      </w:r>
    </w:p>
    <w:p w14:paraId="353955E7" w14:textId="058B7D87" w:rsidR="001041B8" w:rsidRPr="00E97067" w:rsidRDefault="00000000" w:rsidP="00B1432B">
      <w:pPr>
        <w:pStyle w:val="Titre2"/>
        <w:rPr>
          <w:lang w:val="fr-FR"/>
        </w:rPr>
      </w:pPr>
      <w:bookmarkStart w:id="75" w:name="_Toc231178470"/>
      <w:r w:rsidRPr="00E97067">
        <w:rPr>
          <w:lang w:val="fr-FR"/>
        </w:rPr>
        <w:t>A savoir</w:t>
      </w:r>
      <w:bookmarkEnd w:id="75"/>
    </w:p>
    <w:p w14:paraId="1041375E" w14:textId="2C8CDD09" w:rsidR="001041B8" w:rsidRPr="00E97067" w:rsidRDefault="00000000">
      <w:pPr>
        <w:rPr>
          <w:lang w:val="fr-FR"/>
        </w:rPr>
      </w:pPr>
      <w:r w:rsidRPr="00E97067">
        <w:rPr>
          <w:lang w:val="fr-FR"/>
        </w:rPr>
        <w:t xml:space="preserve">Si un mot de passe temporaire est encore </w:t>
      </w:r>
      <w:r w:rsidR="00B1432B" w:rsidRPr="00E97067">
        <w:rPr>
          <w:lang w:val="fr-FR"/>
        </w:rPr>
        <w:t>utilisé</w:t>
      </w:r>
      <w:r w:rsidRPr="00E97067">
        <w:rPr>
          <w:lang w:val="fr-FR"/>
        </w:rPr>
        <w:t>, il faut le remplacer rapidement.</w:t>
      </w:r>
    </w:p>
    <w:p w14:paraId="5F9BFEC3" w14:textId="47180132" w:rsidR="001041B8" w:rsidRPr="00E97067" w:rsidRDefault="00833872" w:rsidP="00833872">
      <w:pPr>
        <w:pStyle w:val="Titre1"/>
      </w:pPr>
      <w:r>
        <w:t xml:space="preserve"> </w:t>
      </w:r>
      <w:bookmarkStart w:id="76" w:name="_Toc231178471"/>
      <w:r w:rsidR="00000000" w:rsidRPr="00E97067">
        <w:t xml:space="preserve">Parcours manager : lire le </w:t>
      </w:r>
      <w:r w:rsidR="00B1432B" w:rsidRPr="00E97067">
        <w:t>Dashboard</w:t>
      </w:r>
      <w:bookmarkEnd w:id="76"/>
    </w:p>
    <w:p w14:paraId="76D99458" w14:textId="70919EC8" w:rsidR="001041B8" w:rsidRPr="00E97067" w:rsidRDefault="00000000" w:rsidP="00B1432B">
      <w:pPr>
        <w:pStyle w:val="Titre2"/>
        <w:rPr>
          <w:lang w:val="fr-FR"/>
        </w:rPr>
      </w:pPr>
      <w:bookmarkStart w:id="77" w:name="_Toc231178472"/>
      <w:r w:rsidRPr="00E97067">
        <w:rPr>
          <w:lang w:val="fr-FR"/>
        </w:rPr>
        <w:t>Objectif</w:t>
      </w:r>
      <w:bookmarkEnd w:id="77"/>
    </w:p>
    <w:p w14:paraId="141CF047" w14:textId="4FB79D48" w:rsidR="001041B8" w:rsidRPr="00E97067" w:rsidRDefault="00000000">
      <w:pPr>
        <w:rPr>
          <w:lang w:val="fr-FR"/>
        </w:rPr>
      </w:pPr>
      <w:r w:rsidRPr="00E97067">
        <w:rPr>
          <w:lang w:val="fr-FR"/>
        </w:rPr>
        <w:t>Analyser l'</w:t>
      </w:r>
      <w:r w:rsidR="00B1432B" w:rsidRPr="00E97067">
        <w:rPr>
          <w:lang w:val="fr-FR"/>
        </w:rPr>
        <w:t>activité</w:t>
      </w:r>
      <w:r w:rsidRPr="00E97067">
        <w:rPr>
          <w:lang w:val="fr-FR"/>
        </w:rPr>
        <w:t xml:space="preserve"> sur une </w:t>
      </w:r>
      <w:r w:rsidR="00B1432B" w:rsidRPr="00E97067">
        <w:rPr>
          <w:lang w:val="fr-FR"/>
        </w:rPr>
        <w:t>période</w:t>
      </w:r>
      <w:r w:rsidRPr="00E97067">
        <w:rPr>
          <w:lang w:val="fr-FR"/>
        </w:rPr>
        <w:t>.</w:t>
      </w:r>
    </w:p>
    <w:p w14:paraId="235E1CFB" w14:textId="77777777" w:rsidR="001041B8" w:rsidRPr="00E97067" w:rsidRDefault="00000000">
      <w:pPr>
        <w:pStyle w:val="Titre2"/>
        <w:rPr>
          <w:lang w:val="fr-FR"/>
        </w:rPr>
      </w:pPr>
      <w:bookmarkStart w:id="78" w:name="_Toc231178473"/>
      <w:r w:rsidRPr="00E97067">
        <w:rPr>
          <w:lang w:val="fr-FR"/>
        </w:rPr>
        <w:t>Qui peut le faire</w:t>
      </w:r>
      <w:bookmarkEnd w:id="78"/>
    </w:p>
    <w:p w14:paraId="1855EBA3" w14:textId="77777777" w:rsidR="001041B8" w:rsidRPr="00E97067" w:rsidRDefault="00000000">
      <w:pPr>
        <w:rPr>
          <w:lang w:val="fr-FR"/>
        </w:rPr>
      </w:pPr>
      <w:r w:rsidRPr="00E97067">
        <w:rPr>
          <w:lang w:val="fr-FR"/>
        </w:rPr>
        <w:t>Manager.</w:t>
      </w:r>
    </w:p>
    <w:p w14:paraId="5C15DB6A" w14:textId="77777777" w:rsidR="001041B8" w:rsidRPr="00E97067" w:rsidRDefault="00000000">
      <w:pPr>
        <w:pStyle w:val="Titre2"/>
        <w:rPr>
          <w:lang w:val="fr-FR"/>
        </w:rPr>
      </w:pPr>
      <w:bookmarkStart w:id="79" w:name="_Toc231178474"/>
      <w:r w:rsidRPr="00E97067">
        <w:rPr>
          <w:lang w:val="fr-FR"/>
        </w:rPr>
        <w:t>Etapes</w:t>
      </w:r>
      <w:bookmarkEnd w:id="79"/>
    </w:p>
    <w:p w14:paraId="11C27389" w14:textId="77777777" w:rsidR="001041B8" w:rsidRPr="00E97067" w:rsidRDefault="00000000">
      <w:pPr>
        <w:rPr>
          <w:lang w:val="fr-FR"/>
        </w:rPr>
      </w:pPr>
      <w:r w:rsidRPr="00E97067">
        <w:rPr>
          <w:lang w:val="fr-FR"/>
        </w:rPr>
        <w:t>1. Ouvrir le back-office.</w:t>
      </w:r>
    </w:p>
    <w:p w14:paraId="6BD70B3C" w14:textId="77777777" w:rsidR="001041B8" w:rsidRDefault="00000000">
      <w:pPr>
        <w:rPr>
          <w:lang w:val="fr-FR"/>
        </w:rPr>
      </w:pPr>
      <w:r w:rsidRPr="00E97067">
        <w:rPr>
          <w:lang w:val="fr-FR"/>
        </w:rPr>
        <w:t>2. Ouvrir `Dashboard`.</w:t>
      </w:r>
    </w:p>
    <w:p w14:paraId="19081BFA" w14:textId="765024A5" w:rsidR="00B1432B" w:rsidRPr="00E97067" w:rsidRDefault="00B1432B">
      <w:pPr>
        <w:rPr>
          <w:lang w:val="fr-FR"/>
        </w:rPr>
      </w:pPr>
      <w:r w:rsidRPr="00B1432B">
        <w:rPr>
          <w:lang w:val="fr-FR"/>
        </w:rPr>
        <w:drawing>
          <wp:inline distT="0" distB="0" distL="0" distR="0" wp14:anchorId="7B9AB9E9" wp14:editId="198EF9FC">
            <wp:extent cx="5486400" cy="2606040"/>
            <wp:effectExtent l="0" t="0" r="0" b="3810"/>
            <wp:docPr id="120571473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5714738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06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D6ED0A" w14:textId="6253FAA2" w:rsidR="001041B8" w:rsidRPr="00E97067" w:rsidRDefault="00000000">
      <w:pPr>
        <w:rPr>
          <w:lang w:val="fr-FR"/>
        </w:rPr>
      </w:pPr>
      <w:r w:rsidRPr="00E97067">
        <w:rPr>
          <w:lang w:val="fr-FR"/>
        </w:rPr>
        <w:t xml:space="preserve">3. Choisir la date de </w:t>
      </w:r>
      <w:r w:rsidR="00B1432B" w:rsidRPr="00E97067">
        <w:rPr>
          <w:lang w:val="fr-FR"/>
        </w:rPr>
        <w:t>début</w:t>
      </w:r>
      <w:r w:rsidRPr="00E97067">
        <w:rPr>
          <w:lang w:val="fr-FR"/>
        </w:rPr>
        <w:t>.</w:t>
      </w:r>
    </w:p>
    <w:p w14:paraId="5750765E" w14:textId="77777777" w:rsidR="001041B8" w:rsidRPr="00E97067" w:rsidRDefault="00000000">
      <w:pPr>
        <w:rPr>
          <w:lang w:val="fr-FR"/>
        </w:rPr>
      </w:pPr>
      <w:r w:rsidRPr="00E97067">
        <w:rPr>
          <w:lang w:val="fr-FR"/>
        </w:rPr>
        <w:t>4. Choisir la date de fin.</w:t>
      </w:r>
    </w:p>
    <w:p w14:paraId="44D9D6E7" w14:textId="34219F42" w:rsidR="001041B8" w:rsidRPr="00E97067" w:rsidRDefault="00000000">
      <w:pPr>
        <w:rPr>
          <w:lang w:val="fr-FR"/>
        </w:rPr>
      </w:pPr>
      <w:r w:rsidRPr="00E97067">
        <w:rPr>
          <w:lang w:val="fr-FR"/>
        </w:rPr>
        <w:t xml:space="preserve">5. Choisir la </w:t>
      </w:r>
      <w:r w:rsidR="00B1432B" w:rsidRPr="00E97067">
        <w:rPr>
          <w:lang w:val="fr-FR"/>
        </w:rPr>
        <w:t>granularité</w:t>
      </w:r>
      <w:r w:rsidRPr="00E97067">
        <w:rPr>
          <w:lang w:val="fr-FR"/>
        </w:rPr>
        <w:t>.</w:t>
      </w:r>
    </w:p>
    <w:p w14:paraId="74164530" w14:textId="77777777" w:rsidR="001041B8" w:rsidRPr="00E97067" w:rsidRDefault="00000000">
      <w:pPr>
        <w:rPr>
          <w:lang w:val="fr-FR"/>
        </w:rPr>
      </w:pPr>
      <w:r w:rsidRPr="00E97067">
        <w:rPr>
          <w:lang w:val="fr-FR"/>
        </w:rPr>
        <w:t>6. Choisir une boutique ou toutes les boutiques.</w:t>
      </w:r>
    </w:p>
    <w:p w14:paraId="15694A83" w14:textId="77777777" w:rsidR="001041B8" w:rsidRPr="00E97067" w:rsidRDefault="00000000">
      <w:pPr>
        <w:rPr>
          <w:lang w:val="fr-FR"/>
        </w:rPr>
      </w:pPr>
      <w:r w:rsidRPr="00E97067">
        <w:rPr>
          <w:lang w:val="fr-FR"/>
        </w:rPr>
        <w:t>7. Cliquer sur `</w:t>
      </w:r>
      <w:proofErr w:type="spellStart"/>
      <w:r w:rsidRPr="00E97067">
        <w:rPr>
          <w:lang w:val="fr-FR"/>
        </w:rPr>
        <w:t>Refresh</w:t>
      </w:r>
      <w:proofErr w:type="spellEnd"/>
      <w:r w:rsidRPr="00E97067">
        <w:rPr>
          <w:lang w:val="fr-FR"/>
        </w:rPr>
        <w:t xml:space="preserve"> stats`.</w:t>
      </w:r>
    </w:p>
    <w:p w14:paraId="035C31AD" w14:textId="77777777" w:rsidR="001041B8" w:rsidRPr="00E97067" w:rsidRDefault="00000000">
      <w:pPr>
        <w:rPr>
          <w:lang w:val="fr-FR"/>
        </w:rPr>
      </w:pPr>
      <w:r w:rsidRPr="00E97067">
        <w:rPr>
          <w:lang w:val="fr-FR"/>
        </w:rPr>
        <w:t>8. Lire les cartes d'indicateurs.</w:t>
      </w:r>
    </w:p>
    <w:p w14:paraId="02EA622A" w14:textId="32BBD551" w:rsidR="001041B8" w:rsidRPr="00E97067" w:rsidRDefault="00000000">
      <w:pPr>
        <w:rPr>
          <w:lang w:val="fr-FR"/>
        </w:rPr>
      </w:pPr>
      <w:r w:rsidRPr="00E97067">
        <w:rPr>
          <w:lang w:val="fr-FR"/>
        </w:rPr>
        <w:t xml:space="preserve">9. Lire les graphiques et </w:t>
      </w:r>
      <w:r w:rsidR="00B1432B" w:rsidRPr="00E97067">
        <w:rPr>
          <w:lang w:val="fr-FR"/>
        </w:rPr>
        <w:t>répartitions</w:t>
      </w:r>
      <w:r w:rsidRPr="00E97067">
        <w:rPr>
          <w:lang w:val="fr-FR"/>
        </w:rPr>
        <w:t>.</w:t>
      </w:r>
    </w:p>
    <w:p w14:paraId="338C0856" w14:textId="13C21BE8" w:rsidR="001041B8" w:rsidRPr="00E97067" w:rsidRDefault="00B1432B">
      <w:pPr>
        <w:pStyle w:val="Titre2"/>
        <w:rPr>
          <w:lang w:val="fr-FR"/>
        </w:rPr>
      </w:pPr>
      <w:bookmarkStart w:id="80" w:name="_Toc231178475"/>
      <w:r w:rsidRPr="00E97067">
        <w:rPr>
          <w:lang w:val="fr-FR"/>
        </w:rPr>
        <w:lastRenderedPageBreak/>
        <w:t>Résultat</w:t>
      </w:r>
      <w:r w:rsidR="00000000" w:rsidRPr="00E97067">
        <w:rPr>
          <w:lang w:val="fr-FR"/>
        </w:rPr>
        <w:t xml:space="preserve"> attendu</w:t>
      </w:r>
      <w:bookmarkEnd w:id="80"/>
    </w:p>
    <w:p w14:paraId="2348941C" w14:textId="2BD90163" w:rsidR="001041B8" w:rsidRPr="00E97067" w:rsidRDefault="00000000">
      <w:pPr>
        <w:rPr>
          <w:lang w:val="fr-FR"/>
        </w:rPr>
      </w:pPr>
      <w:r w:rsidRPr="00E97067">
        <w:rPr>
          <w:lang w:val="fr-FR"/>
        </w:rPr>
        <w:t>Les indicateurs affichent l'</w:t>
      </w:r>
      <w:r w:rsidR="00B1432B" w:rsidRPr="00E97067">
        <w:rPr>
          <w:lang w:val="fr-FR"/>
        </w:rPr>
        <w:t>activité</w:t>
      </w:r>
      <w:r w:rsidRPr="00E97067">
        <w:rPr>
          <w:lang w:val="fr-FR"/>
        </w:rPr>
        <w:t xml:space="preserve"> correspondant aux filtres.</w:t>
      </w:r>
    </w:p>
    <w:p w14:paraId="3266CCCA" w14:textId="3FBD9D0B" w:rsidR="001041B8" w:rsidRPr="00E97067" w:rsidRDefault="00833872" w:rsidP="00833872">
      <w:pPr>
        <w:pStyle w:val="Titre1"/>
      </w:pPr>
      <w:r>
        <w:t xml:space="preserve"> </w:t>
      </w:r>
      <w:bookmarkStart w:id="81" w:name="_Toc231178476"/>
      <w:r w:rsidR="00000000" w:rsidRPr="00E97067">
        <w:t xml:space="preserve">Parcours back-office : </w:t>
      </w:r>
      <w:r w:rsidR="00B1432B" w:rsidRPr="00E97067">
        <w:t>gérer</w:t>
      </w:r>
      <w:r w:rsidR="00000000" w:rsidRPr="00E97067">
        <w:t xml:space="preserve"> les produits</w:t>
      </w:r>
      <w:bookmarkEnd w:id="81"/>
    </w:p>
    <w:p w14:paraId="0B894CEF" w14:textId="77777777" w:rsidR="001041B8" w:rsidRPr="00E97067" w:rsidRDefault="00000000">
      <w:pPr>
        <w:pStyle w:val="Titre2"/>
        <w:rPr>
          <w:lang w:val="fr-FR"/>
        </w:rPr>
      </w:pPr>
      <w:bookmarkStart w:id="82" w:name="_Toc231178477"/>
      <w:r w:rsidRPr="00E97067">
        <w:rPr>
          <w:lang w:val="fr-FR"/>
        </w:rPr>
        <w:t>Objectif</w:t>
      </w:r>
      <w:bookmarkEnd w:id="82"/>
    </w:p>
    <w:p w14:paraId="50D12948" w14:textId="77777777" w:rsidR="001041B8" w:rsidRPr="00E97067" w:rsidRDefault="00000000">
      <w:pPr>
        <w:rPr>
          <w:lang w:val="fr-FR"/>
        </w:rPr>
      </w:pPr>
      <w:r w:rsidRPr="00E97067">
        <w:rPr>
          <w:lang w:val="fr-FR"/>
        </w:rPr>
        <w:t>Creer, modifier, filtrer ou supprimer des produits.</w:t>
      </w:r>
    </w:p>
    <w:p w14:paraId="69F281E5" w14:textId="77777777" w:rsidR="001041B8" w:rsidRPr="00E97067" w:rsidRDefault="00000000">
      <w:pPr>
        <w:pStyle w:val="Titre2"/>
        <w:rPr>
          <w:lang w:val="fr-FR"/>
        </w:rPr>
      </w:pPr>
      <w:bookmarkStart w:id="83" w:name="_Toc231178478"/>
      <w:r w:rsidRPr="00E97067">
        <w:rPr>
          <w:lang w:val="fr-FR"/>
        </w:rPr>
        <w:t>Qui peut le faire</w:t>
      </w:r>
      <w:bookmarkEnd w:id="83"/>
    </w:p>
    <w:p w14:paraId="70BBCDFE" w14:textId="2CE93FB7" w:rsidR="001041B8" w:rsidRPr="00E97067" w:rsidRDefault="00000000">
      <w:pPr>
        <w:rPr>
          <w:lang w:val="fr-FR"/>
        </w:rPr>
      </w:pPr>
      <w:r w:rsidRPr="00E97067">
        <w:rPr>
          <w:lang w:val="fr-FR"/>
        </w:rPr>
        <w:t xml:space="preserve">Manager. Certaines actions peuvent </w:t>
      </w:r>
      <w:r w:rsidR="00B1432B" w:rsidRPr="00E97067">
        <w:rPr>
          <w:lang w:val="fr-FR"/>
        </w:rPr>
        <w:t>être</w:t>
      </w:r>
      <w:r w:rsidRPr="00E97067">
        <w:rPr>
          <w:lang w:val="fr-FR"/>
        </w:rPr>
        <w:t xml:space="preserve"> visibles ou </w:t>
      </w:r>
      <w:r w:rsidR="00B1432B" w:rsidRPr="00E97067">
        <w:rPr>
          <w:lang w:val="fr-FR"/>
        </w:rPr>
        <w:t>limitées</w:t>
      </w:r>
      <w:r w:rsidRPr="00E97067">
        <w:rPr>
          <w:lang w:val="fr-FR"/>
        </w:rPr>
        <w:t xml:space="preserve"> pour l'</w:t>
      </w:r>
      <w:r w:rsidR="00B1432B" w:rsidRPr="00E97067">
        <w:rPr>
          <w:lang w:val="fr-FR"/>
        </w:rPr>
        <w:t>employé</w:t>
      </w:r>
      <w:r w:rsidRPr="00E97067">
        <w:rPr>
          <w:lang w:val="fr-FR"/>
        </w:rPr>
        <w:t xml:space="preserve"> selon les permissions.</w:t>
      </w:r>
    </w:p>
    <w:p w14:paraId="2C2F7235" w14:textId="0B3E1DEF" w:rsidR="001041B8" w:rsidRPr="00E97067" w:rsidRDefault="00000000" w:rsidP="00B1432B">
      <w:pPr>
        <w:pStyle w:val="Titre2"/>
        <w:rPr>
          <w:lang w:val="fr-FR"/>
        </w:rPr>
      </w:pPr>
      <w:bookmarkStart w:id="84" w:name="_Toc231178479"/>
      <w:r w:rsidRPr="00E97067">
        <w:rPr>
          <w:lang w:val="fr-FR"/>
        </w:rPr>
        <w:t>Etapes pour rechercher un produit</w:t>
      </w:r>
      <w:bookmarkEnd w:id="84"/>
    </w:p>
    <w:p w14:paraId="333D37CB" w14:textId="6B750791" w:rsidR="001041B8" w:rsidRPr="00E97CE4" w:rsidRDefault="00000000" w:rsidP="00E97CE4">
      <w:pPr>
        <w:pStyle w:val="Paragraphedeliste"/>
        <w:numPr>
          <w:ilvl w:val="0"/>
          <w:numId w:val="17"/>
        </w:numPr>
        <w:rPr>
          <w:lang w:val="fr-FR"/>
        </w:rPr>
      </w:pPr>
      <w:r w:rsidRPr="00E97CE4">
        <w:rPr>
          <w:lang w:val="fr-FR"/>
        </w:rPr>
        <w:t>Ouvrir `</w:t>
      </w:r>
      <w:proofErr w:type="spellStart"/>
      <w:r w:rsidRPr="00E97CE4">
        <w:rPr>
          <w:lang w:val="fr-FR"/>
        </w:rPr>
        <w:t>Products</w:t>
      </w:r>
      <w:proofErr w:type="spellEnd"/>
      <w:r w:rsidRPr="00E97CE4">
        <w:rPr>
          <w:lang w:val="fr-FR"/>
        </w:rPr>
        <w:t>`.</w:t>
      </w:r>
    </w:p>
    <w:p w14:paraId="531D81E1" w14:textId="7BB86F21" w:rsidR="00E97CE4" w:rsidRPr="00E97CE4" w:rsidRDefault="00E97CE4" w:rsidP="00E97CE4">
      <w:pPr>
        <w:rPr>
          <w:lang w:val="fr-FR"/>
        </w:rPr>
      </w:pPr>
      <w:r w:rsidRPr="00E97CE4">
        <w:rPr>
          <w:lang w:val="fr-FR"/>
        </w:rPr>
        <w:drawing>
          <wp:inline distT="0" distB="0" distL="0" distR="0" wp14:anchorId="0175FC12" wp14:editId="6D8C2D36">
            <wp:extent cx="5486400" cy="2609850"/>
            <wp:effectExtent l="0" t="0" r="0" b="0"/>
            <wp:docPr id="97288082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288082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9226BC" w14:textId="2FB8F401" w:rsidR="001041B8" w:rsidRPr="00E97067" w:rsidRDefault="00000000">
      <w:pPr>
        <w:rPr>
          <w:lang w:val="fr-FR"/>
        </w:rPr>
      </w:pPr>
      <w:r w:rsidRPr="00E97067">
        <w:rPr>
          <w:lang w:val="fr-FR"/>
        </w:rPr>
        <w:t xml:space="preserve">2. Saisir un nom ou une </w:t>
      </w:r>
      <w:r w:rsidR="00E97CE4" w:rsidRPr="00E97067">
        <w:rPr>
          <w:lang w:val="fr-FR"/>
        </w:rPr>
        <w:t>référence</w:t>
      </w:r>
      <w:r w:rsidRPr="00E97067">
        <w:rPr>
          <w:lang w:val="fr-FR"/>
        </w:rPr>
        <w:t>.</w:t>
      </w:r>
    </w:p>
    <w:p w14:paraId="57E4D8C8" w14:textId="77777777" w:rsidR="001041B8" w:rsidRPr="00E97067" w:rsidRDefault="00000000">
      <w:pPr>
        <w:rPr>
          <w:lang w:val="fr-FR"/>
        </w:rPr>
      </w:pPr>
      <w:r w:rsidRPr="00E97067">
        <w:rPr>
          <w:lang w:val="fr-FR"/>
        </w:rPr>
        <w:t>3. Filtrer par marque.</w:t>
      </w:r>
    </w:p>
    <w:p w14:paraId="015D4C5F" w14:textId="77777777" w:rsidR="001041B8" w:rsidRPr="00E97067" w:rsidRDefault="00000000">
      <w:pPr>
        <w:rPr>
          <w:lang w:val="fr-FR"/>
        </w:rPr>
      </w:pPr>
      <w:r w:rsidRPr="00E97067">
        <w:rPr>
          <w:lang w:val="fr-FR"/>
        </w:rPr>
        <w:t>4. Filtrer par type.</w:t>
      </w:r>
    </w:p>
    <w:p w14:paraId="73479893" w14:textId="77777777" w:rsidR="001041B8" w:rsidRPr="00E97067" w:rsidRDefault="00000000">
      <w:pPr>
        <w:rPr>
          <w:lang w:val="fr-FR"/>
        </w:rPr>
      </w:pPr>
      <w:r w:rsidRPr="00E97067">
        <w:rPr>
          <w:lang w:val="fr-FR"/>
        </w:rPr>
        <w:t>5. Filtrer par prix minimum et maximum.</w:t>
      </w:r>
    </w:p>
    <w:p w14:paraId="1CB524DC" w14:textId="77777777" w:rsidR="001041B8" w:rsidRPr="00E97067" w:rsidRDefault="00000000">
      <w:pPr>
        <w:rPr>
          <w:lang w:val="fr-FR"/>
        </w:rPr>
      </w:pPr>
      <w:r w:rsidRPr="00E97067">
        <w:rPr>
          <w:lang w:val="fr-FR"/>
        </w:rPr>
        <w:t>6. Filtrer par statut.</w:t>
      </w:r>
    </w:p>
    <w:p w14:paraId="6C53C8B0" w14:textId="77777777" w:rsidR="001041B8" w:rsidRPr="00E97067" w:rsidRDefault="00000000">
      <w:pPr>
        <w:rPr>
          <w:lang w:val="fr-FR"/>
        </w:rPr>
      </w:pPr>
      <w:r w:rsidRPr="00E97067">
        <w:rPr>
          <w:lang w:val="fr-FR"/>
        </w:rPr>
        <w:t>7. Choisir le tri et l'ordre.</w:t>
      </w:r>
    </w:p>
    <w:p w14:paraId="6546EDB0" w14:textId="77777777" w:rsidR="001041B8" w:rsidRPr="00E97067" w:rsidRDefault="001041B8">
      <w:pPr>
        <w:rPr>
          <w:lang w:val="fr-FR"/>
        </w:rPr>
      </w:pPr>
    </w:p>
    <w:p w14:paraId="0366417B" w14:textId="3240E66F" w:rsidR="001041B8" w:rsidRPr="00E97067" w:rsidRDefault="00000000" w:rsidP="00E97CE4">
      <w:pPr>
        <w:pStyle w:val="Titre2"/>
        <w:rPr>
          <w:lang w:val="fr-FR"/>
        </w:rPr>
      </w:pPr>
      <w:bookmarkStart w:id="85" w:name="_Toc231178480"/>
      <w:r w:rsidRPr="00E97067">
        <w:rPr>
          <w:lang w:val="fr-FR"/>
        </w:rPr>
        <w:lastRenderedPageBreak/>
        <w:t xml:space="preserve">Etapes pour </w:t>
      </w:r>
      <w:r w:rsidR="00E97CE4" w:rsidRPr="00E97067">
        <w:rPr>
          <w:lang w:val="fr-FR"/>
        </w:rPr>
        <w:t>créer</w:t>
      </w:r>
      <w:r w:rsidRPr="00E97067">
        <w:rPr>
          <w:lang w:val="fr-FR"/>
        </w:rPr>
        <w:t xml:space="preserve"> un produit</w:t>
      </w:r>
      <w:bookmarkEnd w:id="85"/>
    </w:p>
    <w:p w14:paraId="04EAC0A9" w14:textId="012ED519" w:rsidR="001041B8" w:rsidRPr="00E97CE4" w:rsidRDefault="00000000" w:rsidP="00E97CE4">
      <w:pPr>
        <w:pStyle w:val="Paragraphedeliste"/>
        <w:numPr>
          <w:ilvl w:val="0"/>
          <w:numId w:val="18"/>
        </w:numPr>
        <w:rPr>
          <w:lang w:val="fr-FR"/>
        </w:rPr>
      </w:pPr>
      <w:r w:rsidRPr="00E97CE4">
        <w:rPr>
          <w:lang w:val="fr-FR"/>
        </w:rPr>
        <w:t xml:space="preserve">Cliquer sur `Add </w:t>
      </w:r>
      <w:proofErr w:type="spellStart"/>
      <w:r w:rsidRPr="00E97CE4">
        <w:rPr>
          <w:lang w:val="fr-FR"/>
        </w:rPr>
        <w:t>product</w:t>
      </w:r>
      <w:proofErr w:type="spellEnd"/>
      <w:r w:rsidRPr="00E97CE4">
        <w:rPr>
          <w:lang w:val="fr-FR"/>
        </w:rPr>
        <w:t>`.</w:t>
      </w:r>
    </w:p>
    <w:p w14:paraId="4A4982E1" w14:textId="192CF2DD" w:rsidR="00E97CE4" w:rsidRPr="00E97CE4" w:rsidRDefault="00E97CE4" w:rsidP="00E97CE4">
      <w:pPr>
        <w:rPr>
          <w:lang w:val="fr-FR"/>
        </w:rPr>
      </w:pPr>
      <w:r>
        <w:rPr>
          <w:noProof/>
          <w:lang w:val="fr-FR"/>
        </w:rPr>
        <mc:AlternateContent>
          <mc:Choice Requires="wps">
            <w:drawing>
              <wp:anchor distT="0" distB="0" distL="114300" distR="114300" simplePos="0" relativeHeight="251622912" behindDoc="0" locked="0" layoutInCell="1" allowOverlap="1" wp14:anchorId="6C6DCC78" wp14:editId="6E847240">
                <wp:simplePos x="0" y="0"/>
                <wp:positionH relativeFrom="column">
                  <wp:posOffset>877519</wp:posOffset>
                </wp:positionH>
                <wp:positionV relativeFrom="paragraph">
                  <wp:posOffset>1275638</wp:posOffset>
                </wp:positionV>
                <wp:extent cx="270663" cy="166725"/>
                <wp:effectExtent l="38100" t="38100" r="53340" b="81280"/>
                <wp:wrapNone/>
                <wp:docPr id="1821372645" name="Connecteur droit avec flèch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70663" cy="1667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D1F285" id="Connecteur droit avec flèche 9" o:spid="_x0000_s1026" type="#_x0000_t32" style="position:absolute;margin-left:69.1pt;margin-top:100.45pt;width:21.3pt;height:13.15pt;flip:y;z-index:251622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" strokecolor="#c00000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  <w:r w:rsidRPr="00E97CE4">
        <w:rPr>
          <w:lang w:val="fr-FR"/>
        </w:rPr>
        <w:drawing>
          <wp:inline distT="0" distB="0" distL="0" distR="0" wp14:anchorId="7A8F549F" wp14:editId="723973C1">
            <wp:extent cx="5486400" cy="2618740"/>
            <wp:effectExtent l="0" t="0" r="0" b="0"/>
            <wp:docPr id="63489217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892177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18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EDD6FB" w14:textId="77777777" w:rsidR="001041B8" w:rsidRPr="00E97067" w:rsidRDefault="00000000">
      <w:pPr>
        <w:rPr>
          <w:lang w:val="fr-FR"/>
        </w:rPr>
      </w:pPr>
      <w:r w:rsidRPr="00E97067">
        <w:rPr>
          <w:lang w:val="fr-FR"/>
        </w:rPr>
        <w:t>2. Renseigner le nom.</w:t>
      </w:r>
    </w:p>
    <w:p w14:paraId="0B5D2EE2" w14:textId="77777777" w:rsidR="001041B8" w:rsidRPr="00E97067" w:rsidRDefault="00000000">
      <w:pPr>
        <w:rPr>
          <w:lang w:val="fr-FR"/>
        </w:rPr>
      </w:pPr>
      <w:r w:rsidRPr="00E97067">
        <w:rPr>
          <w:lang w:val="fr-FR"/>
        </w:rPr>
        <w:t xml:space="preserve">3. Choisir une marque existante ou </w:t>
      </w:r>
      <w:proofErr w:type="spellStart"/>
      <w:r w:rsidRPr="00E97067">
        <w:rPr>
          <w:lang w:val="fr-FR"/>
        </w:rPr>
        <w:t>creer</w:t>
      </w:r>
      <w:proofErr w:type="spellEnd"/>
      <w:r w:rsidRPr="00E97067">
        <w:rPr>
          <w:lang w:val="fr-FR"/>
        </w:rPr>
        <w:t xml:space="preserve"> une nouvelle marque.</w:t>
      </w:r>
    </w:p>
    <w:p w14:paraId="10DC4376" w14:textId="77777777" w:rsidR="001041B8" w:rsidRPr="00E97067" w:rsidRDefault="00000000">
      <w:pPr>
        <w:rPr>
          <w:lang w:val="fr-FR"/>
        </w:rPr>
      </w:pPr>
      <w:r w:rsidRPr="00E97067">
        <w:rPr>
          <w:lang w:val="fr-FR"/>
        </w:rPr>
        <w:t xml:space="preserve">4. Choisir un type existant ou </w:t>
      </w:r>
      <w:proofErr w:type="spellStart"/>
      <w:r w:rsidRPr="00E97067">
        <w:rPr>
          <w:lang w:val="fr-FR"/>
        </w:rPr>
        <w:t>creer</w:t>
      </w:r>
      <w:proofErr w:type="spellEnd"/>
      <w:r w:rsidRPr="00E97067">
        <w:rPr>
          <w:lang w:val="fr-FR"/>
        </w:rPr>
        <w:t xml:space="preserve"> un nouveau type.</w:t>
      </w:r>
    </w:p>
    <w:p w14:paraId="6D14B18C" w14:textId="77777777" w:rsidR="001041B8" w:rsidRPr="00E97067" w:rsidRDefault="00000000">
      <w:pPr>
        <w:rPr>
          <w:lang w:val="fr-FR"/>
        </w:rPr>
      </w:pPr>
      <w:r w:rsidRPr="00E97067">
        <w:rPr>
          <w:lang w:val="fr-FR"/>
        </w:rPr>
        <w:t>5. Renseigner le prix.</w:t>
      </w:r>
    </w:p>
    <w:p w14:paraId="4DEC4417" w14:textId="79015C9F" w:rsidR="001041B8" w:rsidRPr="00E97067" w:rsidRDefault="00000000">
      <w:pPr>
        <w:rPr>
          <w:lang w:val="fr-FR"/>
        </w:rPr>
      </w:pPr>
      <w:r w:rsidRPr="00E97067">
        <w:rPr>
          <w:lang w:val="fr-FR"/>
        </w:rPr>
        <w:t xml:space="preserve">6. Renseigner la </w:t>
      </w:r>
      <w:r w:rsidR="006139CA" w:rsidRPr="00E97067">
        <w:rPr>
          <w:lang w:val="fr-FR"/>
        </w:rPr>
        <w:t>quantité</w:t>
      </w:r>
      <w:r w:rsidRPr="00E97067">
        <w:rPr>
          <w:lang w:val="fr-FR"/>
        </w:rPr>
        <w:t>.</w:t>
      </w:r>
    </w:p>
    <w:p w14:paraId="7BFD067C" w14:textId="154F1F00" w:rsidR="001041B8" w:rsidRPr="00E97067" w:rsidRDefault="00000000">
      <w:pPr>
        <w:rPr>
          <w:lang w:val="fr-FR"/>
        </w:rPr>
      </w:pPr>
      <w:r w:rsidRPr="00E97067">
        <w:rPr>
          <w:lang w:val="fr-FR"/>
        </w:rPr>
        <w:t xml:space="preserve">7. Ajouter une description si </w:t>
      </w:r>
      <w:r w:rsidR="006139CA" w:rsidRPr="00E97067">
        <w:rPr>
          <w:lang w:val="fr-FR"/>
        </w:rPr>
        <w:t>nécessaire</w:t>
      </w:r>
      <w:r w:rsidRPr="00E97067">
        <w:rPr>
          <w:lang w:val="fr-FR"/>
        </w:rPr>
        <w:t>.</w:t>
      </w:r>
    </w:p>
    <w:p w14:paraId="34EEC4F9" w14:textId="77777777" w:rsidR="001041B8" w:rsidRPr="00E97067" w:rsidRDefault="00000000">
      <w:pPr>
        <w:rPr>
          <w:lang w:val="fr-FR"/>
        </w:rPr>
      </w:pPr>
      <w:r w:rsidRPr="00E97067">
        <w:rPr>
          <w:lang w:val="fr-FR"/>
        </w:rPr>
        <w:t>8. Choisir le statut.</w:t>
      </w:r>
    </w:p>
    <w:p w14:paraId="008B5D5B" w14:textId="73847ED7" w:rsidR="001041B8" w:rsidRPr="00E97067" w:rsidRDefault="00000000">
      <w:pPr>
        <w:rPr>
          <w:lang w:val="fr-FR"/>
        </w:rPr>
      </w:pPr>
      <w:r w:rsidRPr="00E97067">
        <w:rPr>
          <w:lang w:val="fr-FR"/>
        </w:rPr>
        <w:t>9. Enregistrer.</w:t>
      </w:r>
    </w:p>
    <w:p w14:paraId="0EDC6FD8" w14:textId="3D02E775" w:rsidR="001041B8" w:rsidRPr="00E97067" w:rsidRDefault="00000000" w:rsidP="00E97CE4">
      <w:pPr>
        <w:pStyle w:val="Titre2"/>
        <w:rPr>
          <w:lang w:val="fr-FR"/>
        </w:rPr>
      </w:pPr>
      <w:bookmarkStart w:id="86" w:name="_Toc231178481"/>
      <w:r w:rsidRPr="00E97067">
        <w:rPr>
          <w:lang w:val="fr-FR"/>
        </w:rPr>
        <w:t>Etapes pour modifier un produit</w:t>
      </w:r>
      <w:bookmarkEnd w:id="86"/>
    </w:p>
    <w:p w14:paraId="39BB7461" w14:textId="77777777" w:rsidR="001041B8" w:rsidRPr="00E97067" w:rsidRDefault="00000000">
      <w:pPr>
        <w:rPr>
          <w:lang w:val="fr-FR"/>
        </w:rPr>
      </w:pPr>
      <w:r w:rsidRPr="00E97067">
        <w:rPr>
          <w:lang w:val="fr-FR"/>
        </w:rPr>
        <w:t>1. Rechercher le produit.</w:t>
      </w:r>
    </w:p>
    <w:p w14:paraId="676C8EF1" w14:textId="77777777" w:rsidR="001041B8" w:rsidRDefault="00000000">
      <w:pPr>
        <w:rPr>
          <w:lang w:val="fr-FR"/>
        </w:rPr>
      </w:pPr>
      <w:r w:rsidRPr="00E97067">
        <w:rPr>
          <w:lang w:val="fr-FR"/>
        </w:rPr>
        <w:t>2. Cliquer sur l'action de modification.</w:t>
      </w:r>
    </w:p>
    <w:p w14:paraId="590122FD" w14:textId="4D94073E" w:rsidR="00E97CE4" w:rsidRPr="00E97067" w:rsidRDefault="00E97CE4">
      <w:pPr>
        <w:rPr>
          <w:lang w:val="fr-FR"/>
        </w:rPr>
      </w:pPr>
      <w:r>
        <w:rPr>
          <w:noProof/>
          <w:lang w:val="fr-FR"/>
        </w:rPr>
        <w:lastRenderedPageBreak/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42E6BD60" wp14:editId="6A1FED72">
                <wp:simplePos x="0" y="0"/>
                <wp:positionH relativeFrom="column">
                  <wp:posOffset>4687773</wp:posOffset>
                </wp:positionH>
                <wp:positionV relativeFrom="paragraph">
                  <wp:posOffset>1697126</wp:posOffset>
                </wp:positionV>
                <wp:extent cx="270663" cy="166725"/>
                <wp:effectExtent l="38100" t="38100" r="53340" b="81280"/>
                <wp:wrapNone/>
                <wp:docPr id="648340570" name="Connecteur droit avec flèch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70663" cy="1667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2389E9" id="Connecteur droit avec flèche 9" o:spid="_x0000_s1026" type="#_x0000_t32" style="position:absolute;margin-left:369.1pt;margin-top:133.65pt;width:21.3pt;height:13.15pt;flip:y;z-index:251641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" strokecolor="#c00000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  <w:r w:rsidRPr="00E97CE4">
        <w:rPr>
          <w:lang w:val="fr-FR"/>
        </w:rPr>
        <w:drawing>
          <wp:inline distT="0" distB="0" distL="0" distR="0" wp14:anchorId="513F122A" wp14:editId="38B66DBA">
            <wp:extent cx="5486400" cy="2615565"/>
            <wp:effectExtent l="0" t="0" r="0" b="0"/>
            <wp:docPr id="75072579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0725792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15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B4AE5C" w14:textId="77777777" w:rsidR="001041B8" w:rsidRPr="00E97067" w:rsidRDefault="00000000">
      <w:pPr>
        <w:rPr>
          <w:lang w:val="fr-FR"/>
        </w:rPr>
      </w:pPr>
      <w:r w:rsidRPr="00E97067">
        <w:rPr>
          <w:lang w:val="fr-FR"/>
        </w:rPr>
        <w:t>3. Modifier les champs utiles.</w:t>
      </w:r>
    </w:p>
    <w:p w14:paraId="449C6448" w14:textId="012E6103" w:rsidR="001041B8" w:rsidRPr="00E97067" w:rsidRDefault="00000000">
      <w:pPr>
        <w:rPr>
          <w:lang w:val="fr-FR"/>
        </w:rPr>
      </w:pPr>
      <w:r w:rsidRPr="00E97067">
        <w:rPr>
          <w:lang w:val="fr-FR"/>
        </w:rPr>
        <w:t>4. Enregistrer.</w:t>
      </w:r>
    </w:p>
    <w:p w14:paraId="659123B2" w14:textId="6B4C703A" w:rsidR="001041B8" w:rsidRPr="00E97067" w:rsidRDefault="00000000" w:rsidP="00E97CE4">
      <w:pPr>
        <w:pStyle w:val="Titre2"/>
        <w:rPr>
          <w:lang w:val="fr-FR"/>
        </w:rPr>
      </w:pPr>
      <w:bookmarkStart w:id="87" w:name="_Toc231178482"/>
      <w:r w:rsidRPr="00E97067">
        <w:rPr>
          <w:lang w:val="fr-FR"/>
        </w:rPr>
        <w:t>Etapes pour supprimer un produit</w:t>
      </w:r>
      <w:bookmarkEnd w:id="87"/>
    </w:p>
    <w:p w14:paraId="0C13496C" w14:textId="77777777" w:rsidR="001041B8" w:rsidRPr="00E97067" w:rsidRDefault="00000000">
      <w:pPr>
        <w:rPr>
          <w:lang w:val="fr-FR"/>
        </w:rPr>
      </w:pPr>
      <w:r w:rsidRPr="00E97067">
        <w:rPr>
          <w:lang w:val="fr-FR"/>
        </w:rPr>
        <w:t>1. Rechercher le produit.</w:t>
      </w:r>
    </w:p>
    <w:p w14:paraId="5AF45AF9" w14:textId="77777777" w:rsidR="001041B8" w:rsidRDefault="00000000">
      <w:pPr>
        <w:rPr>
          <w:lang w:val="fr-FR"/>
        </w:rPr>
      </w:pPr>
      <w:r w:rsidRPr="00E97067">
        <w:rPr>
          <w:lang w:val="fr-FR"/>
        </w:rPr>
        <w:t>2. Cliquer sur l'action de suppression.</w:t>
      </w:r>
    </w:p>
    <w:p w14:paraId="0191E7DC" w14:textId="4C8555EA" w:rsidR="00E97CE4" w:rsidRPr="00E97067" w:rsidRDefault="00493277">
      <w:pPr>
        <w:rPr>
          <w:lang w:val="fr-FR"/>
        </w:rPr>
      </w:pPr>
      <w:r w:rsidRPr="00493277">
        <w:rPr>
          <w:lang w:val="fr-FR"/>
        </w:rPr>
        <w:drawing>
          <wp:inline distT="0" distB="0" distL="0" distR="0" wp14:anchorId="323DE207" wp14:editId="1F006535">
            <wp:extent cx="5486400" cy="2617470"/>
            <wp:effectExtent l="0" t="0" r="0" b="0"/>
            <wp:docPr id="208686622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686622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17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52D8C6" w14:textId="77777777" w:rsidR="001041B8" w:rsidRPr="00E97067" w:rsidRDefault="00000000">
      <w:pPr>
        <w:rPr>
          <w:lang w:val="fr-FR"/>
        </w:rPr>
      </w:pPr>
      <w:r w:rsidRPr="00E97067">
        <w:rPr>
          <w:lang w:val="fr-FR"/>
        </w:rPr>
        <w:t>3. Confirmer.</w:t>
      </w:r>
    </w:p>
    <w:p w14:paraId="6453075C" w14:textId="5A298281" w:rsidR="001041B8" w:rsidRPr="00E97067" w:rsidRDefault="00000000">
      <w:pPr>
        <w:rPr>
          <w:lang w:val="fr-FR"/>
        </w:rPr>
      </w:pPr>
      <w:r w:rsidRPr="00E97067">
        <w:rPr>
          <w:lang w:val="fr-FR"/>
        </w:rPr>
        <w:t xml:space="preserve">4. Si le produit est </w:t>
      </w:r>
      <w:r w:rsidR="00493277" w:rsidRPr="00E97067">
        <w:rPr>
          <w:lang w:val="fr-FR"/>
        </w:rPr>
        <w:t>déjà</w:t>
      </w:r>
      <w:r w:rsidRPr="00E97067">
        <w:rPr>
          <w:lang w:val="fr-FR"/>
        </w:rPr>
        <w:t xml:space="preserve"> </w:t>
      </w:r>
      <w:proofErr w:type="spellStart"/>
      <w:proofErr w:type="gramStart"/>
      <w:r w:rsidRPr="00E97067">
        <w:rPr>
          <w:lang w:val="fr-FR"/>
        </w:rPr>
        <w:t>utilise</w:t>
      </w:r>
      <w:proofErr w:type="spellEnd"/>
      <w:proofErr w:type="gramEnd"/>
      <w:r w:rsidRPr="00E97067">
        <w:rPr>
          <w:lang w:val="fr-FR"/>
        </w:rPr>
        <w:t xml:space="preserve">, suivre l'instruction </w:t>
      </w:r>
      <w:r w:rsidR="00493277" w:rsidRPr="00E97067">
        <w:rPr>
          <w:lang w:val="fr-FR"/>
        </w:rPr>
        <w:t>proposée</w:t>
      </w:r>
      <w:r w:rsidRPr="00E97067">
        <w:rPr>
          <w:lang w:val="fr-FR"/>
        </w:rPr>
        <w:t xml:space="preserve"> par l'application.</w:t>
      </w:r>
    </w:p>
    <w:p w14:paraId="604E2FC2" w14:textId="77777777" w:rsidR="001041B8" w:rsidRPr="00E97067" w:rsidRDefault="001041B8">
      <w:pPr>
        <w:rPr>
          <w:lang w:val="fr-FR"/>
        </w:rPr>
      </w:pPr>
    </w:p>
    <w:p w14:paraId="1BDB9C4C" w14:textId="0580652F" w:rsidR="001041B8" w:rsidRPr="00E97067" w:rsidRDefault="00000000" w:rsidP="00493277">
      <w:pPr>
        <w:pStyle w:val="Titre2"/>
        <w:rPr>
          <w:lang w:val="fr-FR"/>
        </w:rPr>
      </w:pPr>
      <w:bookmarkStart w:id="88" w:name="_Toc231178483"/>
      <w:r w:rsidRPr="00E97067">
        <w:rPr>
          <w:lang w:val="fr-FR"/>
        </w:rPr>
        <w:lastRenderedPageBreak/>
        <w:t>A savoir</w:t>
      </w:r>
      <w:bookmarkEnd w:id="88"/>
    </w:p>
    <w:p w14:paraId="5307BEF7" w14:textId="6142AB4E" w:rsidR="001041B8" w:rsidRPr="00E97067" w:rsidRDefault="00000000">
      <w:pPr>
        <w:rPr>
          <w:lang w:val="fr-FR"/>
        </w:rPr>
      </w:pPr>
      <w:r w:rsidRPr="00E97067">
        <w:rPr>
          <w:lang w:val="fr-FR"/>
        </w:rPr>
        <w:t xml:space="preserve">Si un produit est lie </w:t>
      </w:r>
      <w:proofErr w:type="gramStart"/>
      <w:r w:rsidRPr="00E97067">
        <w:rPr>
          <w:lang w:val="fr-FR"/>
        </w:rPr>
        <w:t>a</w:t>
      </w:r>
      <w:proofErr w:type="gramEnd"/>
      <w:r w:rsidRPr="00E97067">
        <w:rPr>
          <w:lang w:val="fr-FR"/>
        </w:rPr>
        <w:t xml:space="preserve"> des ventes, commandes ou historiques, la suppression peut </w:t>
      </w:r>
      <w:r w:rsidR="00493277" w:rsidRPr="00E97067">
        <w:rPr>
          <w:lang w:val="fr-FR"/>
        </w:rPr>
        <w:t>être</w:t>
      </w:r>
      <w:r w:rsidRPr="00E97067">
        <w:rPr>
          <w:lang w:val="fr-FR"/>
        </w:rPr>
        <w:t xml:space="preserve"> </w:t>
      </w:r>
      <w:r w:rsidR="00493277" w:rsidRPr="00E97067">
        <w:rPr>
          <w:lang w:val="fr-FR"/>
        </w:rPr>
        <w:t>bloquée</w:t>
      </w:r>
      <w:r w:rsidRPr="00E97067">
        <w:rPr>
          <w:lang w:val="fr-FR"/>
        </w:rPr>
        <w:t>.</w:t>
      </w:r>
    </w:p>
    <w:p w14:paraId="0C3D372A" w14:textId="215DCA39" w:rsidR="001041B8" w:rsidRPr="00E97067" w:rsidRDefault="00000000">
      <w:pPr>
        <w:rPr>
          <w:lang w:val="fr-FR"/>
        </w:rPr>
      </w:pPr>
      <w:r w:rsidRPr="00E97067">
        <w:rPr>
          <w:lang w:val="fr-FR"/>
        </w:rPr>
        <w:t xml:space="preserve">Une solution de remplacement peut </w:t>
      </w:r>
      <w:r w:rsidR="00493277" w:rsidRPr="00E97067">
        <w:rPr>
          <w:lang w:val="fr-FR"/>
        </w:rPr>
        <w:t>être</w:t>
      </w:r>
      <w:r w:rsidRPr="00E97067">
        <w:rPr>
          <w:lang w:val="fr-FR"/>
        </w:rPr>
        <w:t xml:space="preserve"> </w:t>
      </w:r>
      <w:r w:rsidR="00493277" w:rsidRPr="00E97067">
        <w:rPr>
          <w:lang w:val="fr-FR"/>
        </w:rPr>
        <w:t>demandée</w:t>
      </w:r>
      <w:r w:rsidRPr="00E97067">
        <w:rPr>
          <w:lang w:val="fr-FR"/>
        </w:rPr>
        <w:t>.</w:t>
      </w:r>
    </w:p>
    <w:p w14:paraId="237A0008" w14:textId="43EBB634" w:rsidR="001041B8" w:rsidRPr="00E97067" w:rsidRDefault="00833872" w:rsidP="00833872">
      <w:pPr>
        <w:pStyle w:val="Titre1"/>
      </w:pPr>
      <w:r>
        <w:t xml:space="preserve"> </w:t>
      </w:r>
      <w:bookmarkStart w:id="89" w:name="_Toc231178484"/>
      <w:r w:rsidR="00000000" w:rsidRPr="00E97067">
        <w:t xml:space="preserve">Parcours back-office : </w:t>
      </w:r>
      <w:r w:rsidR="00493277" w:rsidRPr="00E97067">
        <w:t>gérer</w:t>
      </w:r>
      <w:r w:rsidR="00000000" w:rsidRPr="00E97067">
        <w:t xml:space="preserve"> les prestations</w:t>
      </w:r>
      <w:bookmarkEnd w:id="89"/>
    </w:p>
    <w:p w14:paraId="0DA84D4F" w14:textId="4540AC3B" w:rsidR="001041B8" w:rsidRPr="00E97067" w:rsidRDefault="00000000" w:rsidP="00493277">
      <w:pPr>
        <w:pStyle w:val="Titre2"/>
        <w:rPr>
          <w:lang w:val="fr-FR"/>
        </w:rPr>
      </w:pPr>
      <w:bookmarkStart w:id="90" w:name="_Toc231178485"/>
      <w:r w:rsidRPr="00E97067">
        <w:rPr>
          <w:lang w:val="fr-FR"/>
        </w:rPr>
        <w:t>Objectif</w:t>
      </w:r>
      <w:bookmarkEnd w:id="90"/>
    </w:p>
    <w:p w14:paraId="04042C32" w14:textId="5D1C2E8C" w:rsidR="001041B8" w:rsidRPr="00E97067" w:rsidRDefault="00000000">
      <w:pPr>
        <w:rPr>
          <w:lang w:val="fr-FR"/>
        </w:rPr>
      </w:pPr>
      <w:r w:rsidRPr="00E97067">
        <w:rPr>
          <w:lang w:val="fr-FR"/>
        </w:rPr>
        <w:t>Creer, modifier, filtrer ou supprimer des prestations.</w:t>
      </w:r>
    </w:p>
    <w:p w14:paraId="2F203895" w14:textId="77777777" w:rsidR="001041B8" w:rsidRPr="00E97067" w:rsidRDefault="00000000">
      <w:pPr>
        <w:pStyle w:val="Titre2"/>
        <w:rPr>
          <w:lang w:val="fr-FR"/>
        </w:rPr>
      </w:pPr>
      <w:bookmarkStart w:id="91" w:name="_Toc231178486"/>
      <w:r w:rsidRPr="00E97067">
        <w:rPr>
          <w:lang w:val="fr-FR"/>
        </w:rPr>
        <w:t>Qui peut le faire</w:t>
      </w:r>
      <w:bookmarkEnd w:id="91"/>
    </w:p>
    <w:p w14:paraId="1527FD6A" w14:textId="0442F9D8" w:rsidR="001041B8" w:rsidRPr="00E97067" w:rsidRDefault="00000000">
      <w:pPr>
        <w:rPr>
          <w:lang w:val="fr-FR"/>
        </w:rPr>
      </w:pPr>
      <w:r w:rsidRPr="00E97067">
        <w:rPr>
          <w:lang w:val="fr-FR"/>
        </w:rPr>
        <w:t xml:space="preserve">Manager. Certaines actions peuvent </w:t>
      </w:r>
      <w:r w:rsidR="00493277" w:rsidRPr="00E97067">
        <w:rPr>
          <w:lang w:val="fr-FR"/>
        </w:rPr>
        <w:t>être</w:t>
      </w:r>
      <w:r w:rsidRPr="00E97067">
        <w:rPr>
          <w:lang w:val="fr-FR"/>
        </w:rPr>
        <w:t xml:space="preserve"> </w:t>
      </w:r>
      <w:r w:rsidR="00493277" w:rsidRPr="00E97067">
        <w:rPr>
          <w:lang w:val="fr-FR"/>
        </w:rPr>
        <w:t>limitées</w:t>
      </w:r>
      <w:r w:rsidRPr="00E97067">
        <w:rPr>
          <w:lang w:val="fr-FR"/>
        </w:rPr>
        <w:t xml:space="preserve"> selon le </w:t>
      </w:r>
      <w:r w:rsidR="00493277" w:rsidRPr="00E97067">
        <w:rPr>
          <w:lang w:val="fr-FR"/>
        </w:rPr>
        <w:t>rôle</w:t>
      </w:r>
      <w:r w:rsidRPr="00E97067">
        <w:rPr>
          <w:lang w:val="fr-FR"/>
        </w:rPr>
        <w:t>.</w:t>
      </w:r>
    </w:p>
    <w:p w14:paraId="16E74679" w14:textId="522437A7" w:rsidR="001041B8" w:rsidRPr="00E97067" w:rsidRDefault="00000000" w:rsidP="00493277">
      <w:pPr>
        <w:pStyle w:val="Titre2"/>
        <w:rPr>
          <w:lang w:val="fr-FR"/>
        </w:rPr>
      </w:pPr>
      <w:bookmarkStart w:id="92" w:name="_Toc231178487"/>
      <w:r w:rsidRPr="00E97067">
        <w:rPr>
          <w:lang w:val="fr-FR"/>
        </w:rPr>
        <w:t xml:space="preserve">Etapes pour </w:t>
      </w:r>
      <w:r w:rsidR="00493277" w:rsidRPr="00E97067">
        <w:rPr>
          <w:lang w:val="fr-FR"/>
        </w:rPr>
        <w:t>créer</w:t>
      </w:r>
      <w:r w:rsidRPr="00E97067">
        <w:rPr>
          <w:lang w:val="fr-FR"/>
        </w:rPr>
        <w:t xml:space="preserve"> une prestation</w:t>
      </w:r>
      <w:bookmarkEnd w:id="92"/>
    </w:p>
    <w:p w14:paraId="4187503F" w14:textId="77777777" w:rsidR="001041B8" w:rsidRPr="00E97067" w:rsidRDefault="00000000">
      <w:pPr>
        <w:rPr>
          <w:lang w:val="fr-FR"/>
        </w:rPr>
      </w:pPr>
      <w:r w:rsidRPr="00E97067">
        <w:rPr>
          <w:lang w:val="fr-FR"/>
        </w:rPr>
        <w:t>1. Ouvrir `Services`.</w:t>
      </w:r>
    </w:p>
    <w:p w14:paraId="7F1E54E1" w14:textId="77777777" w:rsidR="001041B8" w:rsidRDefault="00000000">
      <w:pPr>
        <w:rPr>
          <w:lang w:val="fr-FR"/>
        </w:rPr>
      </w:pPr>
      <w:r w:rsidRPr="00E97067">
        <w:rPr>
          <w:lang w:val="fr-FR"/>
        </w:rPr>
        <w:t>2. Cliquer sur `Add service`.</w:t>
      </w:r>
    </w:p>
    <w:p w14:paraId="5A7AA3EA" w14:textId="7EAAE485" w:rsidR="00493277" w:rsidRPr="00E97067" w:rsidRDefault="00493277">
      <w:pPr>
        <w:rPr>
          <w:lang w:val="fr-FR"/>
        </w:rPr>
      </w:pPr>
      <w:r>
        <w:rPr>
          <w:noProof/>
          <w:lang w:val="fr-FR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7D0DCB35" wp14:editId="65E51357">
                <wp:simplePos x="0" y="0"/>
                <wp:positionH relativeFrom="column">
                  <wp:posOffset>1249070</wp:posOffset>
                </wp:positionH>
                <wp:positionV relativeFrom="paragraph">
                  <wp:posOffset>1295578</wp:posOffset>
                </wp:positionV>
                <wp:extent cx="80468" cy="234086"/>
                <wp:effectExtent l="57150" t="38100" r="72390" b="90170"/>
                <wp:wrapNone/>
                <wp:docPr id="1993111338" name="Connecteur droit avec flèch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0468" cy="234086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A26B0CF" id="Connecteur droit avec flèche 10" o:spid="_x0000_s1026" type="#_x0000_t32" style="position:absolute;margin-left:98.35pt;margin-top:102pt;width:6.35pt;height:18.45pt;flip:x y;z-index:25164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" strokecolor="#c00000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  <w:r w:rsidRPr="00493277">
        <w:rPr>
          <w:lang w:val="fr-FR"/>
        </w:rPr>
        <w:drawing>
          <wp:inline distT="0" distB="0" distL="0" distR="0" wp14:anchorId="35F9EBEB" wp14:editId="285B35A0">
            <wp:extent cx="5486400" cy="2607310"/>
            <wp:effectExtent l="0" t="0" r="0" b="2540"/>
            <wp:docPr id="1183640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36402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0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AB2D54" w14:textId="77777777" w:rsidR="001041B8" w:rsidRPr="00E97067" w:rsidRDefault="00000000">
      <w:pPr>
        <w:rPr>
          <w:lang w:val="fr-FR"/>
        </w:rPr>
      </w:pPr>
      <w:r w:rsidRPr="00E97067">
        <w:rPr>
          <w:lang w:val="fr-FR"/>
        </w:rPr>
        <w:t>3. Renseigner le nom.</w:t>
      </w:r>
    </w:p>
    <w:p w14:paraId="46F6D771" w14:textId="19FF7916" w:rsidR="001041B8" w:rsidRPr="00E97067" w:rsidRDefault="00000000">
      <w:pPr>
        <w:rPr>
          <w:lang w:val="fr-FR"/>
        </w:rPr>
      </w:pPr>
      <w:r w:rsidRPr="00E97067">
        <w:rPr>
          <w:lang w:val="fr-FR"/>
        </w:rPr>
        <w:t xml:space="preserve">4. Choisir un type existant ou </w:t>
      </w:r>
      <w:r w:rsidR="006139CA" w:rsidRPr="00E97067">
        <w:rPr>
          <w:lang w:val="fr-FR"/>
        </w:rPr>
        <w:t>créer</w:t>
      </w:r>
      <w:r w:rsidRPr="00E97067">
        <w:rPr>
          <w:lang w:val="fr-FR"/>
        </w:rPr>
        <w:t xml:space="preserve"> un nouveau type.</w:t>
      </w:r>
    </w:p>
    <w:p w14:paraId="06B3E16C" w14:textId="77777777" w:rsidR="001041B8" w:rsidRPr="00E97067" w:rsidRDefault="00000000">
      <w:pPr>
        <w:rPr>
          <w:lang w:val="fr-FR"/>
        </w:rPr>
      </w:pPr>
      <w:r w:rsidRPr="00E97067">
        <w:rPr>
          <w:lang w:val="fr-FR"/>
        </w:rPr>
        <w:t>5. Renseigner le prix.</w:t>
      </w:r>
    </w:p>
    <w:p w14:paraId="3DDB97C5" w14:textId="312D8B75" w:rsidR="001041B8" w:rsidRPr="00E97067" w:rsidRDefault="00000000">
      <w:pPr>
        <w:rPr>
          <w:lang w:val="fr-FR"/>
        </w:rPr>
      </w:pPr>
      <w:r w:rsidRPr="00E97067">
        <w:rPr>
          <w:lang w:val="fr-FR"/>
        </w:rPr>
        <w:t xml:space="preserve">6. Renseigner la </w:t>
      </w:r>
      <w:r w:rsidR="00493277" w:rsidRPr="00E97067">
        <w:rPr>
          <w:lang w:val="fr-FR"/>
        </w:rPr>
        <w:t>durée</w:t>
      </w:r>
      <w:r w:rsidRPr="00E97067">
        <w:rPr>
          <w:lang w:val="fr-FR"/>
        </w:rPr>
        <w:t xml:space="preserve"> en minutes.</w:t>
      </w:r>
    </w:p>
    <w:p w14:paraId="2C5A2880" w14:textId="68D1817C" w:rsidR="001041B8" w:rsidRPr="00E97067" w:rsidRDefault="00000000">
      <w:pPr>
        <w:rPr>
          <w:lang w:val="fr-FR"/>
        </w:rPr>
      </w:pPr>
      <w:r w:rsidRPr="00E97067">
        <w:rPr>
          <w:lang w:val="fr-FR"/>
        </w:rPr>
        <w:t xml:space="preserve">7. </w:t>
      </w:r>
      <w:r w:rsidR="00493277" w:rsidRPr="00E97067">
        <w:rPr>
          <w:lang w:val="fr-FR"/>
        </w:rPr>
        <w:t>Compléter</w:t>
      </w:r>
      <w:r w:rsidRPr="00E97067">
        <w:rPr>
          <w:lang w:val="fr-FR"/>
        </w:rPr>
        <w:t xml:space="preserve"> la composition.</w:t>
      </w:r>
    </w:p>
    <w:p w14:paraId="19D0785D" w14:textId="59AE7DDB" w:rsidR="001041B8" w:rsidRPr="00E97067" w:rsidRDefault="00000000">
      <w:pPr>
        <w:rPr>
          <w:lang w:val="fr-FR"/>
        </w:rPr>
      </w:pPr>
      <w:r w:rsidRPr="00E97067">
        <w:rPr>
          <w:lang w:val="fr-FR"/>
        </w:rPr>
        <w:t xml:space="preserve">8. </w:t>
      </w:r>
      <w:r w:rsidR="00493277" w:rsidRPr="00E97067">
        <w:rPr>
          <w:lang w:val="fr-FR"/>
        </w:rPr>
        <w:t>Compléter</w:t>
      </w:r>
      <w:r w:rsidRPr="00E97067">
        <w:rPr>
          <w:lang w:val="fr-FR"/>
        </w:rPr>
        <w:t xml:space="preserve"> la description.</w:t>
      </w:r>
    </w:p>
    <w:p w14:paraId="6DA654A9" w14:textId="77777777" w:rsidR="001041B8" w:rsidRPr="00E97067" w:rsidRDefault="00000000">
      <w:pPr>
        <w:rPr>
          <w:lang w:val="fr-FR"/>
        </w:rPr>
      </w:pPr>
      <w:r w:rsidRPr="00E97067">
        <w:rPr>
          <w:lang w:val="fr-FR"/>
        </w:rPr>
        <w:lastRenderedPageBreak/>
        <w:t>9. Choisir si la prestation est active.</w:t>
      </w:r>
    </w:p>
    <w:p w14:paraId="3454C47D" w14:textId="161F2D6D" w:rsidR="001041B8" w:rsidRPr="00E97067" w:rsidRDefault="00000000">
      <w:pPr>
        <w:rPr>
          <w:lang w:val="fr-FR"/>
        </w:rPr>
      </w:pPr>
      <w:r w:rsidRPr="00E97067">
        <w:rPr>
          <w:lang w:val="fr-FR"/>
        </w:rPr>
        <w:t>10. Enregistrer.</w:t>
      </w:r>
    </w:p>
    <w:p w14:paraId="0E064161" w14:textId="451E7388" w:rsidR="001041B8" w:rsidRPr="00E97067" w:rsidRDefault="00000000" w:rsidP="00493277">
      <w:pPr>
        <w:pStyle w:val="Titre2"/>
        <w:rPr>
          <w:lang w:val="fr-FR"/>
        </w:rPr>
      </w:pPr>
      <w:bookmarkStart w:id="93" w:name="_Toc231178488"/>
      <w:r w:rsidRPr="00E97067">
        <w:rPr>
          <w:lang w:val="fr-FR"/>
        </w:rPr>
        <w:t>Etapes pour modifier une prestation</w:t>
      </w:r>
      <w:bookmarkEnd w:id="93"/>
    </w:p>
    <w:p w14:paraId="2106EF85" w14:textId="77777777" w:rsidR="001041B8" w:rsidRPr="00E97067" w:rsidRDefault="00000000">
      <w:pPr>
        <w:rPr>
          <w:lang w:val="fr-FR"/>
        </w:rPr>
      </w:pPr>
      <w:r w:rsidRPr="00E97067">
        <w:rPr>
          <w:lang w:val="fr-FR"/>
        </w:rPr>
        <w:t>1. Rechercher la prestation.</w:t>
      </w:r>
    </w:p>
    <w:p w14:paraId="221F8D85" w14:textId="77777777" w:rsidR="001041B8" w:rsidRPr="00E97067" w:rsidRDefault="00000000">
      <w:pPr>
        <w:rPr>
          <w:lang w:val="fr-FR"/>
        </w:rPr>
      </w:pPr>
      <w:r w:rsidRPr="00E97067">
        <w:rPr>
          <w:lang w:val="fr-FR"/>
        </w:rPr>
        <w:t>2. Cliquer sur l'action de modification.</w:t>
      </w:r>
    </w:p>
    <w:p w14:paraId="2F84F6BE" w14:textId="77777777" w:rsidR="001041B8" w:rsidRDefault="00000000">
      <w:pPr>
        <w:rPr>
          <w:lang w:val="fr-FR"/>
        </w:rPr>
      </w:pPr>
      <w:r w:rsidRPr="00E97067">
        <w:rPr>
          <w:lang w:val="fr-FR"/>
        </w:rPr>
        <w:t xml:space="preserve">3. Mettre </w:t>
      </w:r>
      <w:proofErr w:type="spellStart"/>
      <w:proofErr w:type="gramStart"/>
      <w:r w:rsidRPr="00E97067">
        <w:rPr>
          <w:lang w:val="fr-FR"/>
        </w:rPr>
        <w:t>a</w:t>
      </w:r>
      <w:proofErr w:type="spellEnd"/>
      <w:proofErr w:type="gramEnd"/>
      <w:r w:rsidRPr="00E97067">
        <w:rPr>
          <w:lang w:val="fr-FR"/>
        </w:rPr>
        <w:t xml:space="preserve"> jour les informations.</w:t>
      </w:r>
    </w:p>
    <w:p w14:paraId="48068514" w14:textId="6DE9DDDF" w:rsidR="00E80A35" w:rsidRPr="00E97067" w:rsidRDefault="00E80A35">
      <w:pPr>
        <w:rPr>
          <w:lang w:val="fr-FR"/>
        </w:rPr>
      </w:pPr>
      <w:r>
        <w:rPr>
          <w:noProof/>
          <w:lang w:val="fr-FR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3FF1B0EB" wp14:editId="2023E426">
                <wp:simplePos x="0" y="0"/>
                <wp:positionH relativeFrom="column">
                  <wp:posOffset>4504334</wp:posOffset>
                </wp:positionH>
                <wp:positionV relativeFrom="paragraph">
                  <wp:posOffset>2032000</wp:posOffset>
                </wp:positionV>
                <wp:extent cx="277978" cy="7315"/>
                <wp:effectExtent l="0" t="57150" r="46355" b="126365"/>
                <wp:wrapNone/>
                <wp:docPr id="1351064629" name="Connecteur droit avec flèch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7978" cy="731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8FA2EEB" id="Connecteur droit avec flèche 11" o:spid="_x0000_s1026" type="#_x0000_t32" style="position:absolute;margin-left:354.65pt;margin-top:160pt;width:21.9pt;height:.6pt;z-index:25166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" strokecolor="#c00000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  <w:r w:rsidRPr="00E80A35">
        <w:rPr>
          <w:lang w:val="fr-FR"/>
        </w:rPr>
        <w:drawing>
          <wp:inline distT="0" distB="0" distL="0" distR="0" wp14:anchorId="31ECF165" wp14:editId="4D0462EC">
            <wp:extent cx="5486400" cy="2625725"/>
            <wp:effectExtent l="0" t="0" r="0" b="3175"/>
            <wp:docPr id="17642258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422588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2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FA9F2F" w14:textId="77777777" w:rsidR="001041B8" w:rsidRPr="00E97067" w:rsidRDefault="00000000">
      <w:pPr>
        <w:rPr>
          <w:lang w:val="fr-FR"/>
        </w:rPr>
      </w:pPr>
      <w:r w:rsidRPr="00E97067">
        <w:rPr>
          <w:lang w:val="fr-FR"/>
        </w:rPr>
        <w:t>4. Enregistrer.</w:t>
      </w:r>
    </w:p>
    <w:p w14:paraId="4F0C6810" w14:textId="62428DBA" w:rsidR="001041B8" w:rsidRPr="00E97067" w:rsidRDefault="00000000" w:rsidP="00E80A35">
      <w:pPr>
        <w:pStyle w:val="Titre2"/>
        <w:rPr>
          <w:lang w:val="fr-FR"/>
        </w:rPr>
      </w:pPr>
      <w:bookmarkStart w:id="94" w:name="_Toc231178489"/>
      <w:r w:rsidRPr="00E97067">
        <w:rPr>
          <w:lang w:val="fr-FR"/>
        </w:rPr>
        <w:t>Etapes pour supprimer une prestation</w:t>
      </w:r>
      <w:bookmarkEnd w:id="94"/>
    </w:p>
    <w:p w14:paraId="2A01130B" w14:textId="77777777" w:rsidR="001041B8" w:rsidRPr="00E97067" w:rsidRDefault="00000000">
      <w:pPr>
        <w:rPr>
          <w:lang w:val="fr-FR"/>
        </w:rPr>
      </w:pPr>
      <w:r w:rsidRPr="00E97067">
        <w:rPr>
          <w:lang w:val="fr-FR"/>
        </w:rPr>
        <w:t>1. Rechercher la prestation.</w:t>
      </w:r>
    </w:p>
    <w:p w14:paraId="06444FB0" w14:textId="77777777" w:rsidR="001041B8" w:rsidRDefault="00000000">
      <w:pPr>
        <w:rPr>
          <w:lang w:val="fr-FR"/>
        </w:rPr>
      </w:pPr>
      <w:r w:rsidRPr="00E97067">
        <w:rPr>
          <w:lang w:val="fr-FR"/>
        </w:rPr>
        <w:t>2. Cliquer sur l'action de suppression.</w:t>
      </w:r>
    </w:p>
    <w:p w14:paraId="2D27F7D9" w14:textId="7FE59D61" w:rsidR="00E80A35" w:rsidRPr="00E97067" w:rsidRDefault="00E80A35">
      <w:pPr>
        <w:rPr>
          <w:lang w:val="fr-FR"/>
        </w:rPr>
      </w:pPr>
      <w:r>
        <w:rPr>
          <w:noProof/>
          <w:lang w:val="fr-FR"/>
        </w:rPr>
        <w:lastRenderedPageBreak/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26D39B95" wp14:editId="1BF43CBB">
                <wp:simplePos x="0" y="0"/>
                <wp:positionH relativeFrom="column">
                  <wp:posOffset>5090541</wp:posOffset>
                </wp:positionH>
                <wp:positionV relativeFrom="paragraph">
                  <wp:posOffset>1793189</wp:posOffset>
                </wp:positionV>
                <wp:extent cx="378867" cy="45719"/>
                <wp:effectExtent l="38100" t="38100" r="59690" b="126365"/>
                <wp:wrapNone/>
                <wp:docPr id="20949020" name="Connecteur droit avec flèch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78867" cy="4571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B4A9D7" id="Connecteur droit avec flèche 12" o:spid="_x0000_s1026" type="#_x0000_t32" style="position:absolute;margin-left:400.85pt;margin-top:141.2pt;width:29.85pt;height:3.6pt;flip:x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" strokecolor="#c00000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  <w:r w:rsidRPr="00E80A35">
        <w:rPr>
          <w:lang w:val="fr-FR"/>
        </w:rPr>
        <w:drawing>
          <wp:inline distT="0" distB="0" distL="0" distR="0" wp14:anchorId="00F62695" wp14:editId="3C34B661">
            <wp:extent cx="5486400" cy="2622550"/>
            <wp:effectExtent l="0" t="0" r="0" b="6350"/>
            <wp:docPr id="125899429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8994295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2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B1B961" w14:textId="77777777" w:rsidR="001041B8" w:rsidRPr="00E97067" w:rsidRDefault="00000000">
      <w:pPr>
        <w:rPr>
          <w:lang w:val="fr-FR"/>
        </w:rPr>
      </w:pPr>
      <w:r w:rsidRPr="00E97067">
        <w:rPr>
          <w:lang w:val="fr-FR"/>
        </w:rPr>
        <w:t>3. Confirmer.</w:t>
      </w:r>
    </w:p>
    <w:p w14:paraId="351F9F20" w14:textId="7BE2F1BB" w:rsidR="001041B8" w:rsidRPr="00E97067" w:rsidRDefault="00000000">
      <w:pPr>
        <w:rPr>
          <w:lang w:val="fr-FR"/>
        </w:rPr>
      </w:pPr>
      <w:r w:rsidRPr="00E97067">
        <w:rPr>
          <w:lang w:val="fr-FR"/>
        </w:rPr>
        <w:t xml:space="preserve">4. Si la prestation est </w:t>
      </w:r>
      <w:r w:rsidR="00E80A35" w:rsidRPr="00E97067">
        <w:rPr>
          <w:lang w:val="fr-FR"/>
        </w:rPr>
        <w:t>déjà</w:t>
      </w:r>
      <w:r w:rsidRPr="00E97067">
        <w:rPr>
          <w:lang w:val="fr-FR"/>
        </w:rPr>
        <w:t xml:space="preserve"> </w:t>
      </w:r>
      <w:r w:rsidR="00E80A35" w:rsidRPr="00E97067">
        <w:rPr>
          <w:lang w:val="fr-FR"/>
        </w:rPr>
        <w:t>utilisée</w:t>
      </w:r>
      <w:r w:rsidRPr="00E97067">
        <w:rPr>
          <w:lang w:val="fr-FR"/>
        </w:rPr>
        <w:t>, suivre la demande de remplacement ou le message affiche.</w:t>
      </w:r>
    </w:p>
    <w:p w14:paraId="3E398F08" w14:textId="366516B3" w:rsidR="001041B8" w:rsidRPr="00E97067" w:rsidRDefault="00000000" w:rsidP="00E80A35">
      <w:pPr>
        <w:pStyle w:val="Titre2"/>
        <w:rPr>
          <w:lang w:val="fr-FR"/>
        </w:rPr>
      </w:pPr>
      <w:bookmarkStart w:id="95" w:name="_Toc231178490"/>
      <w:r w:rsidRPr="00E97067">
        <w:rPr>
          <w:lang w:val="fr-FR"/>
        </w:rPr>
        <w:t>A savoir</w:t>
      </w:r>
      <w:bookmarkEnd w:id="95"/>
    </w:p>
    <w:p w14:paraId="105CEDBA" w14:textId="433D1276" w:rsidR="001041B8" w:rsidRPr="00E97067" w:rsidRDefault="00000000">
      <w:pPr>
        <w:rPr>
          <w:lang w:val="fr-FR"/>
        </w:rPr>
      </w:pPr>
      <w:r w:rsidRPr="00E97067">
        <w:rPr>
          <w:lang w:val="fr-FR"/>
        </w:rPr>
        <w:t xml:space="preserve">La </w:t>
      </w:r>
      <w:r w:rsidR="006139CA" w:rsidRPr="00E97067">
        <w:rPr>
          <w:lang w:val="fr-FR"/>
        </w:rPr>
        <w:t>durée</w:t>
      </w:r>
      <w:r w:rsidRPr="00E97067">
        <w:rPr>
          <w:lang w:val="fr-FR"/>
        </w:rPr>
        <w:t xml:space="preserve"> de prestation sert au calcul des </w:t>
      </w:r>
      <w:r w:rsidR="006139CA" w:rsidRPr="00E97067">
        <w:rPr>
          <w:lang w:val="fr-FR"/>
        </w:rPr>
        <w:t>créneaux</w:t>
      </w:r>
      <w:r w:rsidRPr="00E97067">
        <w:rPr>
          <w:lang w:val="fr-FR"/>
        </w:rPr>
        <w:t xml:space="preserve"> du planning.</w:t>
      </w:r>
    </w:p>
    <w:p w14:paraId="43F7CC44" w14:textId="27927909" w:rsidR="001041B8" w:rsidRPr="00E97067" w:rsidRDefault="00833872" w:rsidP="00833872">
      <w:pPr>
        <w:pStyle w:val="Titre1"/>
      </w:pPr>
      <w:r>
        <w:t xml:space="preserve"> </w:t>
      </w:r>
      <w:bookmarkStart w:id="96" w:name="_Toc231178491"/>
      <w:r w:rsidR="00000000" w:rsidRPr="00E97067">
        <w:t>Parcours back-office : encaisser une vente</w:t>
      </w:r>
      <w:bookmarkEnd w:id="96"/>
    </w:p>
    <w:p w14:paraId="61EDCB3E" w14:textId="7134634E" w:rsidR="001041B8" w:rsidRPr="00E97067" w:rsidRDefault="00000000" w:rsidP="00E80A35">
      <w:pPr>
        <w:pStyle w:val="Titre2"/>
        <w:rPr>
          <w:lang w:val="fr-FR"/>
        </w:rPr>
      </w:pPr>
      <w:bookmarkStart w:id="97" w:name="_Toc231178492"/>
      <w:r w:rsidRPr="00E97067">
        <w:rPr>
          <w:lang w:val="fr-FR"/>
        </w:rPr>
        <w:t>Objectif</w:t>
      </w:r>
      <w:bookmarkEnd w:id="97"/>
    </w:p>
    <w:p w14:paraId="2661324F" w14:textId="01D2908A" w:rsidR="001041B8" w:rsidRPr="00E97067" w:rsidRDefault="00000000">
      <w:pPr>
        <w:rPr>
          <w:lang w:val="fr-FR"/>
        </w:rPr>
      </w:pPr>
      <w:r w:rsidRPr="00E97067">
        <w:rPr>
          <w:lang w:val="fr-FR"/>
        </w:rPr>
        <w:t>Creer un ticket, ajouter des lignes et encaisser.</w:t>
      </w:r>
    </w:p>
    <w:p w14:paraId="4B6EA01A" w14:textId="05FFB283" w:rsidR="001041B8" w:rsidRPr="00E97067" w:rsidRDefault="00000000" w:rsidP="00E80A35">
      <w:pPr>
        <w:pStyle w:val="Titre2"/>
        <w:rPr>
          <w:lang w:val="fr-FR"/>
        </w:rPr>
      </w:pPr>
      <w:bookmarkStart w:id="98" w:name="_Toc231178493"/>
      <w:r w:rsidRPr="00E97067">
        <w:rPr>
          <w:lang w:val="fr-FR"/>
        </w:rPr>
        <w:t>Qui peut le faire</w:t>
      </w:r>
      <w:bookmarkEnd w:id="98"/>
    </w:p>
    <w:p w14:paraId="351227B5" w14:textId="5A0D306E" w:rsidR="001041B8" w:rsidRPr="00E97067" w:rsidRDefault="004A6EB5">
      <w:pPr>
        <w:rPr>
          <w:lang w:val="fr-FR"/>
        </w:rPr>
      </w:pPr>
      <w:r w:rsidRPr="00E97067">
        <w:rPr>
          <w:lang w:val="fr-FR"/>
        </w:rPr>
        <w:t>Employé</w:t>
      </w:r>
      <w:r w:rsidR="00000000" w:rsidRPr="00E97067">
        <w:rPr>
          <w:lang w:val="fr-FR"/>
        </w:rPr>
        <w:t xml:space="preserve"> ou manager.</w:t>
      </w:r>
    </w:p>
    <w:p w14:paraId="0FCACE00" w14:textId="4707E45F" w:rsidR="001041B8" w:rsidRPr="00E97067" w:rsidRDefault="00000000" w:rsidP="004A6EB5">
      <w:pPr>
        <w:pStyle w:val="Titre2"/>
        <w:rPr>
          <w:lang w:val="fr-FR"/>
        </w:rPr>
      </w:pPr>
      <w:bookmarkStart w:id="99" w:name="_Toc231178494"/>
      <w:r w:rsidRPr="00E97067">
        <w:rPr>
          <w:lang w:val="fr-FR"/>
        </w:rPr>
        <w:t>Etapes</w:t>
      </w:r>
      <w:bookmarkEnd w:id="99"/>
    </w:p>
    <w:p w14:paraId="724D9C34" w14:textId="3F172849" w:rsidR="001041B8" w:rsidRPr="00FF79F0" w:rsidRDefault="00000000" w:rsidP="00FF79F0">
      <w:pPr>
        <w:pStyle w:val="Paragraphedeliste"/>
        <w:numPr>
          <w:ilvl w:val="0"/>
          <w:numId w:val="19"/>
        </w:numPr>
        <w:rPr>
          <w:lang w:val="fr-FR"/>
        </w:rPr>
      </w:pPr>
      <w:r w:rsidRPr="00FF79F0">
        <w:rPr>
          <w:lang w:val="fr-FR"/>
        </w:rPr>
        <w:t>Ouvrir `Cash` ou `POS`.</w:t>
      </w:r>
    </w:p>
    <w:p w14:paraId="2B82417D" w14:textId="40697746" w:rsidR="00FF79F0" w:rsidRPr="00FF79F0" w:rsidRDefault="00FF79F0" w:rsidP="00FF79F0">
      <w:pPr>
        <w:rPr>
          <w:lang w:val="fr-FR"/>
        </w:rPr>
      </w:pPr>
      <w:r w:rsidRPr="00FF79F0">
        <w:rPr>
          <w:lang w:val="fr-FR"/>
        </w:rPr>
        <w:lastRenderedPageBreak/>
        <w:drawing>
          <wp:inline distT="0" distB="0" distL="0" distR="0" wp14:anchorId="29118C93" wp14:editId="3B952DFF">
            <wp:extent cx="5486400" cy="2610485"/>
            <wp:effectExtent l="0" t="0" r="0" b="0"/>
            <wp:docPr id="19169970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699706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10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6E7EAA" w14:textId="77777777" w:rsidR="001041B8" w:rsidRPr="00E97067" w:rsidRDefault="00000000">
      <w:pPr>
        <w:rPr>
          <w:lang w:val="fr-FR"/>
        </w:rPr>
      </w:pPr>
      <w:r w:rsidRPr="00E97067">
        <w:rPr>
          <w:lang w:val="fr-FR"/>
        </w:rPr>
        <w:t>2. Cliquer sur `New`.</w:t>
      </w:r>
    </w:p>
    <w:p w14:paraId="77FDF853" w14:textId="77777777" w:rsidR="001041B8" w:rsidRPr="00E97067" w:rsidRDefault="00000000">
      <w:pPr>
        <w:rPr>
          <w:lang w:val="fr-FR"/>
        </w:rPr>
      </w:pPr>
      <w:r w:rsidRPr="00E97067">
        <w:rPr>
          <w:lang w:val="fr-FR"/>
        </w:rPr>
        <w:t xml:space="preserve">3. Rechercher un client ou garder `Walk-in </w:t>
      </w:r>
      <w:proofErr w:type="spellStart"/>
      <w:r w:rsidRPr="00E97067">
        <w:rPr>
          <w:lang w:val="fr-FR"/>
        </w:rPr>
        <w:t>customer</w:t>
      </w:r>
      <w:proofErr w:type="spellEnd"/>
      <w:r w:rsidRPr="00E97067">
        <w:rPr>
          <w:lang w:val="fr-FR"/>
        </w:rPr>
        <w:t>`.</w:t>
      </w:r>
    </w:p>
    <w:p w14:paraId="652C8DAC" w14:textId="77777777" w:rsidR="001041B8" w:rsidRPr="00E97067" w:rsidRDefault="00000000">
      <w:pPr>
        <w:rPr>
          <w:lang w:val="fr-FR"/>
        </w:rPr>
      </w:pPr>
      <w:r w:rsidRPr="00E97067">
        <w:rPr>
          <w:lang w:val="fr-FR"/>
        </w:rPr>
        <w:t>4. Rechercher un produit ou une prestation dans le catalogue POS.</w:t>
      </w:r>
    </w:p>
    <w:p w14:paraId="7943F3B2" w14:textId="0B5D21EA" w:rsidR="001041B8" w:rsidRPr="00E97067" w:rsidRDefault="00000000">
      <w:pPr>
        <w:rPr>
          <w:lang w:val="fr-FR"/>
        </w:rPr>
      </w:pPr>
      <w:r w:rsidRPr="00E97067">
        <w:rPr>
          <w:lang w:val="fr-FR"/>
        </w:rPr>
        <w:t>5. Cliquer sur l'</w:t>
      </w:r>
      <w:r w:rsidR="00FF79F0" w:rsidRPr="00E97067">
        <w:rPr>
          <w:lang w:val="fr-FR"/>
        </w:rPr>
        <w:t>élément</w:t>
      </w:r>
      <w:r w:rsidRPr="00E97067">
        <w:rPr>
          <w:lang w:val="fr-FR"/>
        </w:rPr>
        <w:t xml:space="preserve"> pour l'ajouter au ticket.</w:t>
      </w:r>
    </w:p>
    <w:p w14:paraId="3EE8E94D" w14:textId="43EEA236" w:rsidR="001041B8" w:rsidRPr="00E97067" w:rsidRDefault="00000000">
      <w:pPr>
        <w:rPr>
          <w:lang w:val="fr-FR"/>
        </w:rPr>
      </w:pPr>
      <w:r w:rsidRPr="00E97067">
        <w:rPr>
          <w:lang w:val="fr-FR"/>
        </w:rPr>
        <w:t xml:space="preserve">6. Ajuster la </w:t>
      </w:r>
      <w:r w:rsidR="00FF79F0" w:rsidRPr="00E97067">
        <w:rPr>
          <w:lang w:val="fr-FR"/>
        </w:rPr>
        <w:t>quantité</w:t>
      </w:r>
      <w:r w:rsidRPr="00E97067">
        <w:rPr>
          <w:lang w:val="fr-FR"/>
        </w:rPr>
        <w:t xml:space="preserve"> si </w:t>
      </w:r>
      <w:r w:rsidR="00FF79F0" w:rsidRPr="00E97067">
        <w:rPr>
          <w:lang w:val="fr-FR"/>
        </w:rPr>
        <w:t>nécessaire</w:t>
      </w:r>
      <w:r w:rsidRPr="00E97067">
        <w:rPr>
          <w:lang w:val="fr-FR"/>
        </w:rPr>
        <w:t>.</w:t>
      </w:r>
    </w:p>
    <w:p w14:paraId="084B0FB5" w14:textId="6F77192C" w:rsidR="001041B8" w:rsidRPr="00E97067" w:rsidRDefault="00000000">
      <w:pPr>
        <w:rPr>
          <w:lang w:val="fr-FR"/>
        </w:rPr>
      </w:pPr>
      <w:r w:rsidRPr="00E97067">
        <w:rPr>
          <w:lang w:val="fr-FR"/>
        </w:rPr>
        <w:t xml:space="preserve">7. Saisir une remise de ligne si </w:t>
      </w:r>
      <w:r w:rsidR="00FF79F0" w:rsidRPr="00E97067">
        <w:rPr>
          <w:lang w:val="fr-FR"/>
        </w:rPr>
        <w:t>nécessaire</w:t>
      </w:r>
      <w:r w:rsidRPr="00E97067">
        <w:rPr>
          <w:lang w:val="fr-FR"/>
        </w:rPr>
        <w:t>.</w:t>
      </w:r>
    </w:p>
    <w:p w14:paraId="42A65956" w14:textId="72A89CF5" w:rsidR="001041B8" w:rsidRDefault="00000000">
      <w:pPr>
        <w:rPr>
          <w:lang w:val="fr-FR"/>
        </w:rPr>
      </w:pPr>
      <w:r w:rsidRPr="00E97067">
        <w:rPr>
          <w:lang w:val="fr-FR"/>
        </w:rPr>
        <w:t xml:space="preserve">8. Saisir une remise globale si </w:t>
      </w:r>
      <w:r w:rsidR="00FF79F0" w:rsidRPr="00E97067">
        <w:rPr>
          <w:lang w:val="fr-FR"/>
        </w:rPr>
        <w:t>nécessaire</w:t>
      </w:r>
      <w:r w:rsidRPr="00E97067">
        <w:rPr>
          <w:lang w:val="fr-FR"/>
        </w:rPr>
        <w:t>.</w:t>
      </w:r>
    </w:p>
    <w:p w14:paraId="78A0B2DF" w14:textId="63AE4594" w:rsidR="000B22C6" w:rsidRDefault="000B22C6">
      <w:pPr>
        <w:rPr>
          <w:lang w:val="fr-FR"/>
        </w:rPr>
      </w:pPr>
      <w:r>
        <w:rPr>
          <w:lang w:val="fr-FR"/>
        </w:rPr>
        <w:t>9</w:t>
      </w:r>
      <w:r w:rsidRPr="00E97067">
        <w:rPr>
          <w:lang w:val="fr-FR"/>
        </w:rPr>
        <w:t>. Cliquer sur `</w:t>
      </w:r>
      <w:proofErr w:type="spellStart"/>
      <w:r>
        <w:rPr>
          <w:lang w:val="fr-FR"/>
        </w:rPr>
        <w:t>Create</w:t>
      </w:r>
      <w:proofErr w:type="spellEnd"/>
      <w:r>
        <w:rPr>
          <w:lang w:val="fr-FR"/>
        </w:rPr>
        <w:t xml:space="preserve"> Ticket</w:t>
      </w:r>
      <w:r w:rsidRPr="00E97067">
        <w:rPr>
          <w:lang w:val="fr-FR"/>
        </w:rPr>
        <w:t>`.</w:t>
      </w:r>
    </w:p>
    <w:p w14:paraId="1558B9B2" w14:textId="216F406E" w:rsidR="000B22C6" w:rsidRPr="00E97067" w:rsidRDefault="000B22C6">
      <w:pPr>
        <w:rPr>
          <w:lang w:val="fr-FR"/>
        </w:rPr>
      </w:pPr>
      <w:r>
        <w:rPr>
          <w:noProof/>
          <w:lang w:val="fr-FR"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44077BBA" wp14:editId="0C3EB561">
                <wp:simplePos x="0" y="0"/>
                <wp:positionH relativeFrom="column">
                  <wp:posOffset>2858414</wp:posOffset>
                </wp:positionH>
                <wp:positionV relativeFrom="paragraph">
                  <wp:posOffset>1700911</wp:posOffset>
                </wp:positionV>
                <wp:extent cx="36576" cy="373075"/>
                <wp:effectExtent l="57150" t="38100" r="59055" b="84455"/>
                <wp:wrapNone/>
                <wp:docPr id="2090249572" name="Connecteur droit avec flèch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6576" cy="3730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0C5E984" id="Connecteur droit avec flèche 13" o:spid="_x0000_s1026" type="#_x0000_t32" style="position:absolute;margin-left:225.05pt;margin-top:133.95pt;width:2.9pt;height:29.4pt;flip:y;z-index:25169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" strokecolor="#c00000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  <w:r w:rsidRPr="000B22C6">
        <w:rPr>
          <w:lang w:val="fr-FR"/>
        </w:rPr>
        <w:drawing>
          <wp:inline distT="0" distB="0" distL="0" distR="0" wp14:anchorId="00018C4A" wp14:editId="15041FFB">
            <wp:extent cx="5486400" cy="2628900"/>
            <wp:effectExtent l="0" t="0" r="0" b="0"/>
            <wp:docPr id="105651018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6510186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BE1622" w14:textId="1D003547" w:rsidR="001041B8" w:rsidRPr="00E97067" w:rsidRDefault="000B22C6">
      <w:pPr>
        <w:rPr>
          <w:lang w:val="fr-FR"/>
        </w:rPr>
      </w:pPr>
      <w:r>
        <w:rPr>
          <w:lang w:val="fr-FR"/>
        </w:rPr>
        <w:t>10</w:t>
      </w:r>
      <w:r w:rsidR="00000000" w:rsidRPr="00E97067">
        <w:rPr>
          <w:lang w:val="fr-FR"/>
        </w:rPr>
        <w:t>. Choisir le moyen de paiement.</w:t>
      </w:r>
    </w:p>
    <w:p w14:paraId="5163BA51" w14:textId="6584CD90" w:rsidR="001041B8" w:rsidRPr="00E97067" w:rsidRDefault="000B22C6">
      <w:pPr>
        <w:rPr>
          <w:lang w:val="fr-FR"/>
        </w:rPr>
      </w:pPr>
      <w:r>
        <w:rPr>
          <w:lang w:val="fr-FR"/>
        </w:rPr>
        <w:lastRenderedPageBreak/>
        <w:t>11</w:t>
      </w:r>
      <w:r w:rsidR="00000000" w:rsidRPr="00E97067">
        <w:rPr>
          <w:lang w:val="fr-FR"/>
        </w:rPr>
        <w:t xml:space="preserve">. </w:t>
      </w:r>
      <w:r w:rsidR="00FF79F0" w:rsidRPr="00E97067">
        <w:rPr>
          <w:lang w:val="fr-FR"/>
        </w:rPr>
        <w:t>Vérifier</w:t>
      </w:r>
      <w:r w:rsidR="00000000" w:rsidRPr="00E97067">
        <w:rPr>
          <w:lang w:val="fr-FR"/>
        </w:rPr>
        <w:t xml:space="preserve"> ou saisir la </w:t>
      </w:r>
      <w:r w:rsidR="00FF79F0" w:rsidRPr="00E97067">
        <w:rPr>
          <w:lang w:val="fr-FR"/>
        </w:rPr>
        <w:t>référence</w:t>
      </w:r>
      <w:r w:rsidR="00000000" w:rsidRPr="00E97067">
        <w:rPr>
          <w:lang w:val="fr-FR"/>
        </w:rPr>
        <w:t xml:space="preserve"> de paiement.</w:t>
      </w:r>
    </w:p>
    <w:p w14:paraId="79EF9675" w14:textId="64EB5B44" w:rsidR="001041B8" w:rsidRPr="00E97067" w:rsidRDefault="000B22C6">
      <w:pPr>
        <w:rPr>
          <w:lang w:val="fr-FR"/>
        </w:rPr>
      </w:pPr>
      <w:r>
        <w:rPr>
          <w:lang w:val="fr-FR"/>
        </w:rPr>
        <w:t>12</w:t>
      </w:r>
      <w:r w:rsidR="00000000" w:rsidRPr="00E97067">
        <w:rPr>
          <w:lang w:val="fr-FR"/>
        </w:rPr>
        <w:t>. Lire le total TTC.</w:t>
      </w:r>
    </w:p>
    <w:p w14:paraId="776BFFF6" w14:textId="44B7C782" w:rsidR="001041B8" w:rsidRDefault="000B22C6">
      <w:pPr>
        <w:rPr>
          <w:lang w:val="fr-FR"/>
        </w:rPr>
      </w:pPr>
      <w:r>
        <w:rPr>
          <w:lang w:val="fr-FR"/>
        </w:rPr>
        <w:t>13</w:t>
      </w:r>
      <w:r w:rsidR="00000000" w:rsidRPr="00E97067">
        <w:rPr>
          <w:lang w:val="fr-FR"/>
        </w:rPr>
        <w:t>. Cliquer sur `Charge sale`.</w:t>
      </w:r>
    </w:p>
    <w:p w14:paraId="7E9B8059" w14:textId="2A18EA74" w:rsidR="000B22C6" w:rsidRPr="00E97067" w:rsidRDefault="000B22C6">
      <w:pPr>
        <w:rPr>
          <w:lang w:val="fr-FR"/>
        </w:rPr>
      </w:pPr>
      <w:r>
        <w:rPr>
          <w:noProof/>
          <w:lang w:val="fr-FR"/>
        </w:rPr>
        <mc:AlternateContent>
          <mc:Choice Requires="wps">
            <w:drawing>
              <wp:anchor distT="0" distB="0" distL="114300" distR="114300" simplePos="0" relativeHeight="251722240" behindDoc="0" locked="0" layoutInCell="1" allowOverlap="1" wp14:anchorId="18E72854" wp14:editId="73A9BD73">
                <wp:simplePos x="0" y="0"/>
                <wp:positionH relativeFrom="column">
                  <wp:posOffset>2873045</wp:posOffset>
                </wp:positionH>
                <wp:positionV relativeFrom="paragraph">
                  <wp:posOffset>2360320</wp:posOffset>
                </wp:positionV>
                <wp:extent cx="80467" cy="241402"/>
                <wp:effectExtent l="57150" t="38100" r="53340" b="82550"/>
                <wp:wrapNone/>
                <wp:docPr id="1218435980" name="Connecteur droit avec flèch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0467" cy="241402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5A69D1A" id="Connecteur droit avec flèche 14" o:spid="_x0000_s1026" type="#_x0000_t32" style="position:absolute;margin-left:226.2pt;margin-top:185.85pt;width:6.35pt;height:19pt;flip:y;z-index:25172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" strokecolor="#c00000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  <w:r w:rsidRPr="000B22C6">
        <w:rPr>
          <w:lang w:val="fr-FR"/>
        </w:rPr>
        <w:drawing>
          <wp:inline distT="0" distB="0" distL="0" distR="0" wp14:anchorId="073089F1" wp14:editId="23809F11">
            <wp:extent cx="5486400" cy="2621280"/>
            <wp:effectExtent l="0" t="0" r="0" b="7620"/>
            <wp:docPr id="62768348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7683485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2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2ADCA5" w14:textId="24281BB6" w:rsidR="001041B8" w:rsidRPr="00E97067" w:rsidRDefault="000B22C6" w:rsidP="000B22C6">
      <w:pPr>
        <w:pStyle w:val="Titre2"/>
        <w:rPr>
          <w:lang w:val="fr-FR"/>
        </w:rPr>
      </w:pPr>
      <w:bookmarkStart w:id="100" w:name="_Toc231178495"/>
      <w:r w:rsidRPr="00E97067">
        <w:rPr>
          <w:lang w:val="fr-FR"/>
        </w:rPr>
        <w:t>Résultat</w:t>
      </w:r>
      <w:r w:rsidR="00000000" w:rsidRPr="00E97067">
        <w:rPr>
          <w:lang w:val="fr-FR"/>
        </w:rPr>
        <w:t xml:space="preserve"> attendu</w:t>
      </w:r>
      <w:bookmarkEnd w:id="100"/>
    </w:p>
    <w:p w14:paraId="5C5F9E5A" w14:textId="77777777" w:rsidR="001041B8" w:rsidRPr="00E97067" w:rsidRDefault="00000000">
      <w:pPr>
        <w:rPr>
          <w:lang w:val="fr-FR"/>
        </w:rPr>
      </w:pPr>
      <w:r w:rsidRPr="00E97067">
        <w:rPr>
          <w:lang w:val="fr-FR"/>
        </w:rPr>
        <w:t>Le ticket passe en statut paye.</w:t>
      </w:r>
    </w:p>
    <w:p w14:paraId="5C974C4B" w14:textId="1305ACF1" w:rsidR="001041B8" w:rsidRPr="00E97067" w:rsidRDefault="00000000">
      <w:pPr>
        <w:rPr>
          <w:lang w:val="fr-FR"/>
        </w:rPr>
      </w:pPr>
      <w:r w:rsidRPr="00E97067">
        <w:rPr>
          <w:lang w:val="fr-FR"/>
        </w:rPr>
        <w:t xml:space="preserve">Le </w:t>
      </w:r>
      <w:r w:rsidR="000B22C6" w:rsidRPr="00E97067">
        <w:rPr>
          <w:lang w:val="fr-FR"/>
        </w:rPr>
        <w:t>reçu</w:t>
      </w:r>
      <w:r w:rsidRPr="00E97067">
        <w:rPr>
          <w:lang w:val="fr-FR"/>
        </w:rPr>
        <w:t xml:space="preserve"> devient disponible.</w:t>
      </w:r>
    </w:p>
    <w:p w14:paraId="240C5788" w14:textId="3AD020EB" w:rsidR="001041B8" w:rsidRPr="00E97067" w:rsidRDefault="00000000" w:rsidP="000B22C6">
      <w:pPr>
        <w:pStyle w:val="Titre2"/>
        <w:rPr>
          <w:lang w:val="fr-FR"/>
        </w:rPr>
      </w:pPr>
      <w:bookmarkStart w:id="101" w:name="_Toc231178496"/>
      <w:r w:rsidRPr="00E97067">
        <w:rPr>
          <w:lang w:val="fr-FR"/>
        </w:rPr>
        <w:t xml:space="preserve">Etapes pour imprimer le </w:t>
      </w:r>
      <w:r w:rsidR="000B22C6" w:rsidRPr="00E97067">
        <w:rPr>
          <w:lang w:val="fr-FR"/>
        </w:rPr>
        <w:t>reçu</w:t>
      </w:r>
      <w:bookmarkEnd w:id="101"/>
    </w:p>
    <w:p w14:paraId="0886C2FE" w14:textId="4B36CC3D" w:rsidR="001041B8" w:rsidRPr="00E97067" w:rsidRDefault="00000000">
      <w:pPr>
        <w:rPr>
          <w:lang w:val="fr-FR"/>
        </w:rPr>
      </w:pPr>
      <w:r w:rsidRPr="00E97067">
        <w:rPr>
          <w:lang w:val="fr-FR"/>
        </w:rPr>
        <w:t xml:space="preserve">1. Ouvrir la vente </w:t>
      </w:r>
      <w:r w:rsidR="006139CA" w:rsidRPr="00E97067">
        <w:rPr>
          <w:lang w:val="fr-FR"/>
        </w:rPr>
        <w:t>payée</w:t>
      </w:r>
      <w:r w:rsidRPr="00E97067">
        <w:rPr>
          <w:lang w:val="fr-FR"/>
        </w:rPr>
        <w:t>.</w:t>
      </w:r>
    </w:p>
    <w:p w14:paraId="34F341CC" w14:textId="77777777" w:rsidR="001041B8" w:rsidRDefault="00000000">
      <w:pPr>
        <w:rPr>
          <w:lang w:val="fr-FR"/>
        </w:rPr>
      </w:pPr>
      <w:r w:rsidRPr="00E97067">
        <w:rPr>
          <w:lang w:val="fr-FR"/>
        </w:rPr>
        <w:t>2. Cliquer sur `</w:t>
      </w:r>
      <w:proofErr w:type="spellStart"/>
      <w:r w:rsidRPr="00E97067">
        <w:rPr>
          <w:lang w:val="fr-FR"/>
        </w:rPr>
        <w:t>Print</w:t>
      </w:r>
      <w:proofErr w:type="spellEnd"/>
      <w:r w:rsidRPr="00E97067">
        <w:rPr>
          <w:lang w:val="fr-FR"/>
        </w:rPr>
        <w:t>`.</w:t>
      </w:r>
    </w:p>
    <w:p w14:paraId="29131165" w14:textId="138704E8" w:rsidR="007A3DCD" w:rsidRPr="00E97067" w:rsidRDefault="007A3DCD">
      <w:pPr>
        <w:rPr>
          <w:lang w:val="fr-FR"/>
        </w:rPr>
      </w:pPr>
      <w:r>
        <w:rPr>
          <w:noProof/>
          <w:lang w:val="fr-FR"/>
        </w:rPr>
        <mc:AlternateContent>
          <mc:Choice Requires="wps">
            <w:drawing>
              <wp:anchor distT="0" distB="0" distL="114300" distR="114300" simplePos="0" relativeHeight="251731456" behindDoc="0" locked="0" layoutInCell="1" allowOverlap="1" wp14:anchorId="3DD3E5EA" wp14:editId="51D5E25B">
                <wp:simplePos x="0" y="0"/>
                <wp:positionH relativeFrom="column">
                  <wp:posOffset>1592884</wp:posOffset>
                </wp:positionH>
                <wp:positionV relativeFrom="paragraph">
                  <wp:posOffset>156388</wp:posOffset>
                </wp:positionV>
                <wp:extent cx="256387" cy="236982"/>
                <wp:effectExtent l="57150" t="19050" r="67945" b="86995"/>
                <wp:wrapNone/>
                <wp:docPr id="1075574408" name="Connecteur droit avec flèch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56387" cy="236982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C34FC5" id="Connecteur droit avec flèche 14" o:spid="_x0000_s1026" type="#_x0000_t32" style="position:absolute;margin-left:125.4pt;margin-top:12.3pt;width:20.2pt;height:18.65pt;flip:x;z-index:25173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" strokecolor="#c00000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  <w:r w:rsidRPr="007A3DCD">
        <w:rPr>
          <w:lang w:val="fr-FR"/>
        </w:rPr>
        <w:drawing>
          <wp:inline distT="0" distB="0" distL="0" distR="0" wp14:anchorId="12B10ACB" wp14:editId="5CC28492">
            <wp:extent cx="5486400" cy="2615565"/>
            <wp:effectExtent l="0" t="0" r="0" b="0"/>
            <wp:docPr id="73958727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9587275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15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2FF96F" w14:textId="07816777" w:rsidR="001041B8" w:rsidRPr="007A3DCD" w:rsidRDefault="007A3DCD" w:rsidP="007A3DCD">
      <w:pPr>
        <w:pStyle w:val="Paragraphedeliste"/>
        <w:numPr>
          <w:ilvl w:val="0"/>
          <w:numId w:val="19"/>
        </w:numPr>
        <w:rPr>
          <w:lang w:val="fr-FR"/>
        </w:rPr>
      </w:pPr>
      <w:r w:rsidRPr="007A3DCD">
        <w:rPr>
          <w:lang w:val="fr-FR"/>
        </w:rPr>
        <w:lastRenderedPageBreak/>
        <w:t>Vérifier</w:t>
      </w:r>
      <w:r w:rsidR="00000000" w:rsidRPr="007A3DCD">
        <w:rPr>
          <w:lang w:val="fr-FR"/>
        </w:rPr>
        <w:t xml:space="preserve"> que le </w:t>
      </w:r>
      <w:r w:rsidRPr="007A3DCD">
        <w:rPr>
          <w:lang w:val="fr-FR"/>
        </w:rPr>
        <w:t>reçu</w:t>
      </w:r>
      <w:r w:rsidR="00000000" w:rsidRPr="007A3DCD">
        <w:rPr>
          <w:lang w:val="fr-FR"/>
        </w:rPr>
        <w:t xml:space="preserve"> affiche les lignes, remises, taxes, total et statut.</w:t>
      </w:r>
    </w:p>
    <w:p w14:paraId="4FA055AC" w14:textId="18DC5946" w:rsidR="007A3DCD" w:rsidRPr="007A3DCD" w:rsidRDefault="007A3DCD" w:rsidP="007A3DCD">
      <w:pPr>
        <w:rPr>
          <w:lang w:val="fr-FR"/>
        </w:rPr>
      </w:pPr>
      <w:r w:rsidRPr="007A3DCD">
        <w:rPr>
          <w:lang w:val="fr-FR"/>
        </w:rPr>
        <w:drawing>
          <wp:inline distT="0" distB="0" distL="0" distR="0" wp14:anchorId="5859A05B" wp14:editId="28FD5AF9">
            <wp:extent cx="5486400" cy="3618865"/>
            <wp:effectExtent l="0" t="0" r="0" b="635"/>
            <wp:docPr id="175001652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001652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18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845B5F" w14:textId="69C826A2" w:rsidR="001041B8" w:rsidRPr="00E97067" w:rsidRDefault="00000000">
      <w:pPr>
        <w:rPr>
          <w:lang w:val="fr-FR"/>
        </w:rPr>
      </w:pPr>
      <w:r w:rsidRPr="00E97067">
        <w:rPr>
          <w:lang w:val="fr-FR"/>
        </w:rPr>
        <w:t xml:space="preserve">4. Lancer l'impression via le navigateur si </w:t>
      </w:r>
      <w:r w:rsidR="007A3DCD" w:rsidRPr="00E97067">
        <w:rPr>
          <w:lang w:val="fr-FR"/>
        </w:rPr>
        <w:t>nécessaire</w:t>
      </w:r>
      <w:r w:rsidRPr="00E97067">
        <w:rPr>
          <w:lang w:val="fr-FR"/>
        </w:rPr>
        <w:t>.</w:t>
      </w:r>
    </w:p>
    <w:p w14:paraId="36B2463F" w14:textId="04B4A7C8" w:rsidR="001041B8" w:rsidRPr="00E97067" w:rsidRDefault="00833872" w:rsidP="00833872">
      <w:pPr>
        <w:pStyle w:val="Titre1"/>
      </w:pPr>
      <w:r>
        <w:t xml:space="preserve"> </w:t>
      </w:r>
      <w:bookmarkStart w:id="102" w:name="_Toc231178497"/>
      <w:r w:rsidR="00000000" w:rsidRPr="00E97067">
        <w:t>Parcours back-office : suspendre, reprendre ou annuler une vente</w:t>
      </w:r>
      <w:bookmarkEnd w:id="102"/>
    </w:p>
    <w:p w14:paraId="0832A849" w14:textId="77777777" w:rsidR="001041B8" w:rsidRPr="00E97067" w:rsidRDefault="00000000">
      <w:pPr>
        <w:pStyle w:val="Titre2"/>
        <w:rPr>
          <w:lang w:val="fr-FR"/>
        </w:rPr>
      </w:pPr>
      <w:bookmarkStart w:id="103" w:name="_Toc231178498"/>
      <w:r w:rsidRPr="00E97067">
        <w:rPr>
          <w:lang w:val="fr-FR"/>
        </w:rPr>
        <w:t>Objectif</w:t>
      </w:r>
      <w:bookmarkEnd w:id="103"/>
    </w:p>
    <w:p w14:paraId="220DDFC6" w14:textId="27FBF56F" w:rsidR="001041B8" w:rsidRPr="00E97067" w:rsidRDefault="007A3DCD">
      <w:pPr>
        <w:rPr>
          <w:lang w:val="fr-FR"/>
        </w:rPr>
      </w:pPr>
      <w:r w:rsidRPr="00E97067">
        <w:rPr>
          <w:lang w:val="fr-FR"/>
        </w:rPr>
        <w:t>Gérer</w:t>
      </w:r>
      <w:r w:rsidR="00000000" w:rsidRPr="00E97067">
        <w:rPr>
          <w:lang w:val="fr-FR"/>
        </w:rPr>
        <w:t xml:space="preserve"> les tickets qui ne suivent pas un encaissement direct.</w:t>
      </w:r>
    </w:p>
    <w:p w14:paraId="2260BC14" w14:textId="261F19F4" w:rsidR="001041B8" w:rsidRPr="00E97067" w:rsidRDefault="00000000" w:rsidP="000B22C6">
      <w:pPr>
        <w:pStyle w:val="Titre2"/>
        <w:rPr>
          <w:lang w:val="fr-FR"/>
        </w:rPr>
      </w:pPr>
      <w:bookmarkStart w:id="104" w:name="_Toc231178499"/>
      <w:r w:rsidRPr="00E97067">
        <w:rPr>
          <w:lang w:val="fr-FR"/>
        </w:rPr>
        <w:t>Qui peut le faire</w:t>
      </w:r>
      <w:bookmarkEnd w:id="104"/>
    </w:p>
    <w:p w14:paraId="7674F23A" w14:textId="2CEE03CC" w:rsidR="001041B8" w:rsidRPr="00E97067" w:rsidRDefault="007A3DCD">
      <w:pPr>
        <w:rPr>
          <w:lang w:val="fr-FR"/>
        </w:rPr>
      </w:pPr>
      <w:r w:rsidRPr="00E97067">
        <w:rPr>
          <w:lang w:val="fr-FR"/>
        </w:rPr>
        <w:t>Employé</w:t>
      </w:r>
      <w:r w:rsidR="00000000" w:rsidRPr="00E97067">
        <w:rPr>
          <w:lang w:val="fr-FR"/>
        </w:rPr>
        <w:t xml:space="preserve"> ou manager selon les permissions.</w:t>
      </w:r>
    </w:p>
    <w:p w14:paraId="7F7D9F51" w14:textId="77777777" w:rsidR="001041B8" w:rsidRPr="00E97067" w:rsidRDefault="00000000">
      <w:pPr>
        <w:pStyle w:val="Titre2"/>
        <w:rPr>
          <w:lang w:val="fr-FR"/>
        </w:rPr>
      </w:pPr>
      <w:bookmarkStart w:id="105" w:name="_Toc231178500"/>
      <w:r w:rsidRPr="00E97067">
        <w:rPr>
          <w:lang w:val="fr-FR"/>
        </w:rPr>
        <w:t>Etapes pour suspendre une vente</w:t>
      </w:r>
      <w:bookmarkEnd w:id="105"/>
    </w:p>
    <w:p w14:paraId="252D5AE1" w14:textId="77777777" w:rsidR="001041B8" w:rsidRPr="00E97067" w:rsidRDefault="00000000">
      <w:pPr>
        <w:rPr>
          <w:lang w:val="fr-FR"/>
        </w:rPr>
      </w:pPr>
      <w:r w:rsidRPr="00E97067">
        <w:rPr>
          <w:lang w:val="fr-FR"/>
        </w:rPr>
        <w:t>1. Creer ou ouvrir une vente en cours.</w:t>
      </w:r>
    </w:p>
    <w:p w14:paraId="580428AD" w14:textId="527B4A6E" w:rsidR="001041B8" w:rsidRPr="00E97067" w:rsidRDefault="00000000">
      <w:pPr>
        <w:rPr>
          <w:lang w:val="fr-FR"/>
        </w:rPr>
      </w:pPr>
      <w:r w:rsidRPr="00E97067">
        <w:rPr>
          <w:lang w:val="fr-FR"/>
        </w:rPr>
        <w:t xml:space="preserve">2. Ajouter les lignes </w:t>
      </w:r>
      <w:r w:rsidR="007A3DCD" w:rsidRPr="00E97067">
        <w:rPr>
          <w:lang w:val="fr-FR"/>
        </w:rPr>
        <w:t>nécessaires</w:t>
      </w:r>
      <w:r w:rsidRPr="00E97067">
        <w:rPr>
          <w:lang w:val="fr-FR"/>
        </w:rPr>
        <w:t>.</w:t>
      </w:r>
    </w:p>
    <w:p w14:paraId="329964DE" w14:textId="77777777" w:rsidR="001041B8" w:rsidRDefault="00000000">
      <w:pPr>
        <w:rPr>
          <w:lang w:val="fr-FR"/>
        </w:rPr>
      </w:pPr>
      <w:r w:rsidRPr="00E97067">
        <w:rPr>
          <w:lang w:val="fr-FR"/>
        </w:rPr>
        <w:t>3. Utiliser l'action de suspension si elle est disponible.</w:t>
      </w:r>
    </w:p>
    <w:p w14:paraId="065BE329" w14:textId="2F44AF05" w:rsidR="007A3DCD" w:rsidRPr="00E97067" w:rsidRDefault="007A3DCD">
      <w:pPr>
        <w:rPr>
          <w:lang w:val="fr-FR"/>
        </w:rPr>
      </w:pPr>
      <w:r>
        <w:rPr>
          <w:noProof/>
          <w:lang w:val="fr-FR"/>
        </w:rPr>
        <w:lastRenderedPageBreak/>
        <mc:AlternateContent>
          <mc:Choice Requires="wps">
            <w:drawing>
              <wp:anchor distT="0" distB="0" distL="114300" distR="114300" simplePos="0" relativeHeight="251739648" behindDoc="0" locked="0" layoutInCell="1" allowOverlap="1" wp14:anchorId="78FB1D71" wp14:editId="2B772AC7">
                <wp:simplePos x="0" y="0"/>
                <wp:positionH relativeFrom="column">
                  <wp:posOffset>1016355</wp:posOffset>
                </wp:positionH>
                <wp:positionV relativeFrom="paragraph">
                  <wp:posOffset>491541</wp:posOffset>
                </wp:positionV>
                <wp:extent cx="166726" cy="144780"/>
                <wp:effectExtent l="57150" t="38100" r="62230" b="83820"/>
                <wp:wrapNone/>
                <wp:docPr id="615035730" name="Connecteur droit avec flèch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66726" cy="14478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6914B1" id="Connecteur droit avec flèche 15" o:spid="_x0000_s1026" type="#_x0000_t32" style="position:absolute;margin-left:80.05pt;margin-top:38.7pt;width:13.15pt;height:11.4pt;flip:x y;z-index:25173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" strokecolor="#c00000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  <w:r w:rsidRPr="007A3DCD">
        <w:rPr>
          <w:lang w:val="fr-FR"/>
        </w:rPr>
        <w:drawing>
          <wp:inline distT="0" distB="0" distL="0" distR="0" wp14:anchorId="79E22E94" wp14:editId="4D91B951">
            <wp:extent cx="5486400" cy="2617470"/>
            <wp:effectExtent l="0" t="0" r="0" b="0"/>
            <wp:docPr id="136733518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7335189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17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05B4B2" w14:textId="53BC24C4" w:rsidR="001041B8" w:rsidRPr="00E97067" w:rsidRDefault="00000000">
      <w:pPr>
        <w:rPr>
          <w:lang w:val="fr-FR"/>
        </w:rPr>
      </w:pPr>
      <w:r w:rsidRPr="00E97067">
        <w:rPr>
          <w:lang w:val="fr-FR"/>
        </w:rPr>
        <w:t xml:space="preserve">4. </w:t>
      </w:r>
      <w:r w:rsidR="007A3DCD" w:rsidRPr="00E97067">
        <w:rPr>
          <w:lang w:val="fr-FR"/>
        </w:rPr>
        <w:t>Vérifier</w:t>
      </w:r>
      <w:r w:rsidRPr="00E97067">
        <w:rPr>
          <w:lang w:val="fr-FR"/>
        </w:rPr>
        <w:t xml:space="preserve"> que le ticket apparait dans la liste des ventes en cours.</w:t>
      </w:r>
    </w:p>
    <w:p w14:paraId="761F619B" w14:textId="73DB66AA" w:rsidR="001041B8" w:rsidRPr="00E97067" w:rsidRDefault="00000000" w:rsidP="007A3DCD">
      <w:pPr>
        <w:pStyle w:val="Titre2"/>
        <w:rPr>
          <w:lang w:val="fr-FR"/>
        </w:rPr>
      </w:pPr>
      <w:bookmarkStart w:id="106" w:name="_Toc231178501"/>
      <w:r w:rsidRPr="00E97067">
        <w:rPr>
          <w:lang w:val="fr-FR"/>
        </w:rPr>
        <w:t>Etapes pour reprendre une vente</w:t>
      </w:r>
      <w:bookmarkEnd w:id="106"/>
    </w:p>
    <w:p w14:paraId="2CF06A40" w14:textId="450B6A61" w:rsidR="001041B8" w:rsidRPr="00506B43" w:rsidRDefault="00000000" w:rsidP="00506B43">
      <w:pPr>
        <w:pStyle w:val="Paragraphedeliste"/>
        <w:numPr>
          <w:ilvl w:val="0"/>
          <w:numId w:val="20"/>
        </w:numPr>
        <w:rPr>
          <w:lang w:val="fr-FR"/>
        </w:rPr>
      </w:pPr>
      <w:r w:rsidRPr="00506B43">
        <w:rPr>
          <w:lang w:val="fr-FR"/>
        </w:rPr>
        <w:t xml:space="preserve">Ouvrir la liste `In </w:t>
      </w:r>
      <w:proofErr w:type="spellStart"/>
      <w:r w:rsidRPr="00506B43">
        <w:rPr>
          <w:lang w:val="fr-FR"/>
        </w:rPr>
        <w:t>progress</w:t>
      </w:r>
      <w:proofErr w:type="spellEnd"/>
      <w:r w:rsidRPr="00506B43">
        <w:rPr>
          <w:lang w:val="fr-FR"/>
        </w:rPr>
        <w:t>`.</w:t>
      </w:r>
    </w:p>
    <w:p w14:paraId="5955A0EC" w14:textId="62715245" w:rsidR="00506B43" w:rsidRPr="00506B43" w:rsidRDefault="00506B43" w:rsidP="00506B43">
      <w:pPr>
        <w:rPr>
          <w:lang w:val="fr-FR"/>
        </w:rPr>
      </w:pPr>
      <w:r>
        <w:rPr>
          <w:noProof/>
          <w:lang w:val="fr-FR"/>
        </w:rPr>
        <mc:AlternateContent>
          <mc:Choice Requires="wps">
            <w:drawing>
              <wp:anchor distT="0" distB="0" distL="114300" distR="114300" simplePos="0" relativeHeight="251747840" behindDoc="0" locked="0" layoutInCell="1" allowOverlap="1" wp14:anchorId="306E00AD" wp14:editId="3BF7CAB4">
                <wp:simplePos x="0" y="0"/>
                <wp:positionH relativeFrom="column">
                  <wp:posOffset>1661185</wp:posOffset>
                </wp:positionH>
                <wp:positionV relativeFrom="paragraph">
                  <wp:posOffset>605130</wp:posOffset>
                </wp:positionV>
                <wp:extent cx="297002" cy="45719"/>
                <wp:effectExtent l="57150" t="57150" r="65405" b="107315"/>
                <wp:wrapNone/>
                <wp:docPr id="1422805589" name="Connecteur droit avec flèch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97002" cy="4571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32C580" id="Connecteur droit avec flèche 15" o:spid="_x0000_s1026" type="#_x0000_t32" style="position:absolute;margin-left:130.8pt;margin-top:47.65pt;width:23.4pt;height:3.6pt;flip:x y;z-index:25174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" strokecolor="#c00000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val="fr-FR"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4449BD15" wp14:editId="1FA694AB">
                <wp:simplePos x="0" y="0"/>
                <wp:positionH relativeFrom="column">
                  <wp:posOffset>144475</wp:posOffset>
                </wp:positionH>
                <wp:positionV relativeFrom="paragraph">
                  <wp:posOffset>1015110</wp:posOffset>
                </wp:positionV>
                <wp:extent cx="294361" cy="115519"/>
                <wp:effectExtent l="38100" t="38100" r="48895" b="94615"/>
                <wp:wrapNone/>
                <wp:docPr id="746691794" name="Connecteur droit avec flèch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94361" cy="11551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4B49F7" id="Connecteur droit avec flèche 15" o:spid="_x0000_s1026" type="#_x0000_t32" style="position:absolute;margin-left:11.4pt;margin-top:79.95pt;width:23.2pt;height:9.1pt;flip:y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" strokecolor="#c00000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val="fr-FR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5BDFB9AB" wp14:editId="2769C490">
                <wp:simplePos x="0" y="0"/>
                <wp:positionH relativeFrom="column">
                  <wp:posOffset>599541</wp:posOffset>
                </wp:positionH>
                <wp:positionV relativeFrom="paragraph">
                  <wp:posOffset>194285</wp:posOffset>
                </wp:positionV>
                <wp:extent cx="45719" cy="176682"/>
                <wp:effectExtent l="76200" t="19050" r="69215" b="90170"/>
                <wp:wrapNone/>
                <wp:docPr id="2110931465" name="Connecteur droit avec flèch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176682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D9A570" id="Connecteur droit avec flèche 16" o:spid="_x0000_s1026" type="#_x0000_t32" style="position:absolute;margin-left:47.2pt;margin-top:15.3pt;width:3.6pt;height:13.9pt;flip:x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" strokecolor="#c00000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  <w:r w:rsidRPr="00506B43">
        <w:rPr>
          <w:lang w:val="fr-FR"/>
        </w:rPr>
        <w:drawing>
          <wp:inline distT="0" distB="0" distL="0" distR="0" wp14:anchorId="6E0AFF61" wp14:editId="5C52829F">
            <wp:extent cx="5486400" cy="2623185"/>
            <wp:effectExtent l="0" t="0" r="0" b="5715"/>
            <wp:docPr id="98365359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365359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23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28E54E" w14:textId="040640E5" w:rsidR="001041B8" w:rsidRPr="00E97067" w:rsidRDefault="00000000">
      <w:pPr>
        <w:rPr>
          <w:lang w:val="fr-FR"/>
        </w:rPr>
      </w:pPr>
      <w:r w:rsidRPr="00E97067">
        <w:rPr>
          <w:lang w:val="fr-FR"/>
        </w:rPr>
        <w:t xml:space="preserve">2. </w:t>
      </w:r>
      <w:r w:rsidR="00506B43" w:rsidRPr="00E97067">
        <w:rPr>
          <w:lang w:val="fr-FR"/>
        </w:rPr>
        <w:t>Sélectionner</w:t>
      </w:r>
      <w:r w:rsidRPr="00E97067">
        <w:rPr>
          <w:lang w:val="fr-FR"/>
        </w:rPr>
        <w:t xml:space="preserve"> le ticket suspendu.</w:t>
      </w:r>
    </w:p>
    <w:p w14:paraId="21F1A2D3" w14:textId="7D9ED2E8" w:rsidR="001041B8" w:rsidRPr="00E97067" w:rsidRDefault="00000000">
      <w:pPr>
        <w:rPr>
          <w:lang w:val="fr-FR"/>
        </w:rPr>
      </w:pPr>
      <w:r w:rsidRPr="00E97067">
        <w:rPr>
          <w:lang w:val="fr-FR"/>
        </w:rPr>
        <w:t xml:space="preserve">3. </w:t>
      </w:r>
      <w:r w:rsidR="00506B43" w:rsidRPr="00E97067">
        <w:rPr>
          <w:lang w:val="fr-FR"/>
        </w:rPr>
        <w:t>Vérifier</w:t>
      </w:r>
      <w:r w:rsidRPr="00E97067">
        <w:rPr>
          <w:lang w:val="fr-FR"/>
        </w:rPr>
        <w:t xml:space="preserve"> les lignes.</w:t>
      </w:r>
    </w:p>
    <w:p w14:paraId="7BFF4DBD" w14:textId="510E1A2C" w:rsidR="001041B8" w:rsidRPr="00E97067" w:rsidRDefault="00000000">
      <w:pPr>
        <w:rPr>
          <w:lang w:val="fr-FR"/>
        </w:rPr>
      </w:pPr>
      <w:r w:rsidRPr="00E97067">
        <w:rPr>
          <w:lang w:val="fr-FR"/>
        </w:rPr>
        <w:t>4. Continuer la vente ou encaisser.</w:t>
      </w:r>
    </w:p>
    <w:p w14:paraId="62EBCE96" w14:textId="17BFAD8C" w:rsidR="001041B8" w:rsidRPr="00E97067" w:rsidRDefault="00000000" w:rsidP="00506B43">
      <w:pPr>
        <w:pStyle w:val="Titre2"/>
        <w:rPr>
          <w:lang w:val="fr-FR"/>
        </w:rPr>
      </w:pPr>
      <w:bookmarkStart w:id="107" w:name="_Toc231178502"/>
      <w:r w:rsidRPr="00E97067">
        <w:rPr>
          <w:lang w:val="fr-FR"/>
        </w:rPr>
        <w:t xml:space="preserve">Etapes pour annuler une vente </w:t>
      </w:r>
      <w:r w:rsidR="00506B43" w:rsidRPr="00E97067">
        <w:rPr>
          <w:lang w:val="fr-FR"/>
        </w:rPr>
        <w:t>payée</w:t>
      </w:r>
      <w:bookmarkEnd w:id="107"/>
    </w:p>
    <w:p w14:paraId="0B6138F2" w14:textId="2931C1BD" w:rsidR="001041B8" w:rsidRPr="00E97067" w:rsidRDefault="00000000">
      <w:pPr>
        <w:rPr>
          <w:lang w:val="fr-FR"/>
        </w:rPr>
      </w:pPr>
      <w:r w:rsidRPr="00E97067">
        <w:rPr>
          <w:lang w:val="fr-FR"/>
        </w:rPr>
        <w:t xml:space="preserve">1. Ouvrir la liste des </w:t>
      </w:r>
      <w:r w:rsidR="00506B43" w:rsidRPr="00E97067">
        <w:rPr>
          <w:lang w:val="fr-FR"/>
        </w:rPr>
        <w:t>reçus</w:t>
      </w:r>
      <w:r w:rsidRPr="00E97067">
        <w:rPr>
          <w:lang w:val="fr-FR"/>
        </w:rPr>
        <w:t xml:space="preserve"> ou ventes </w:t>
      </w:r>
      <w:r w:rsidR="00506B43" w:rsidRPr="00E97067">
        <w:rPr>
          <w:lang w:val="fr-FR"/>
        </w:rPr>
        <w:t>payées</w:t>
      </w:r>
      <w:r w:rsidRPr="00E97067">
        <w:rPr>
          <w:lang w:val="fr-FR"/>
        </w:rPr>
        <w:t>.</w:t>
      </w:r>
    </w:p>
    <w:p w14:paraId="2BD25755" w14:textId="25368730" w:rsidR="001041B8" w:rsidRPr="00E97067" w:rsidRDefault="00000000">
      <w:pPr>
        <w:rPr>
          <w:lang w:val="fr-FR"/>
        </w:rPr>
      </w:pPr>
      <w:r w:rsidRPr="00E97067">
        <w:rPr>
          <w:lang w:val="fr-FR"/>
        </w:rPr>
        <w:t xml:space="preserve">2. </w:t>
      </w:r>
      <w:r w:rsidR="00506B43" w:rsidRPr="00E97067">
        <w:rPr>
          <w:lang w:val="fr-FR"/>
        </w:rPr>
        <w:t>Sélectionner</w:t>
      </w:r>
      <w:r w:rsidRPr="00E97067">
        <w:rPr>
          <w:lang w:val="fr-FR"/>
        </w:rPr>
        <w:t xml:space="preserve"> la vente.</w:t>
      </w:r>
    </w:p>
    <w:p w14:paraId="3F6D334B" w14:textId="77777777" w:rsidR="001041B8" w:rsidRDefault="00000000">
      <w:pPr>
        <w:rPr>
          <w:lang w:val="fr-FR"/>
        </w:rPr>
      </w:pPr>
      <w:r w:rsidRPr="00E97067">
        <w:rPr>
          <w:lang w:val="fr-FR"/>
        </w:rPr>
        <w:lastRenderedPageBreak/>
        <w:t>3. Cliquer sur l'action d'annulation si elle est disponible.</w:t>
      </w:r>
    </w:p>
    <w:p w14:paraId="307A510A" w14:textId="7C1BD9BC" w:rsidR="00506B43" w:rsidRPr="00E97067" w:rsidRDefault="00506B43">
      <w:pPr>
        <w:rPr>
          <w:lang w:val="fr-FR"/>
        </w:rPr>
      </w:pPr>
      <w:r>
        <w:rPr>
          <w:noProof/>
          <w:lang w:val="fr-FR"/>
        </w:rPr>
        <mc:AlternateContent>
          <mc:Choice Requires="wps">
            <w:drawing>
              <wp:anchor distT="0" distB="0" distL="114300" distR="114300" simplePos="0" relativeHeight="251756032" behindDoc="0" locked="0" layoutInCell="1" allowOverlap="1" wp14:anchorId="537CF369" wp14:editId="2C281FA7">
                <wp:simplePos x="0" y="0"/>
                <wp:positionH relativeFrom="column">
                  <wp:posOffset>978356</wp:posOffset>
                </wp:positionH>
                <wp:positionV relativeFrom="paragraph">
                  <wp:posOffset>86741</wp:posOffset>
                </wp:positionV>
                <wp:extent cx="73203" cy="279502"/>
                <wp:effectExtent l="76200" t="19050" r="60325" b="82550"/>
                <wp:wrapNone/>
                <wp:docPr id="900186216" name="Connecteur droit avec flèch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3203" cy="279502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B0FC1E" id="Connecteur droit avec flèche 17" o:spid="_x0000_s1026" type="#_x0000_t32" style="position:absolute;margin-left:77.05pt;margin-top:6.85pt;width:5.75pt;height:22pt;flip:x;z-index:25175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" strokecolor="#c00000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val="fr-FR"/>
        </w:rPr>
        <mc:AlternateContent>
          <mc:Choice Requires="wps">
            <w:drawing>
              <wp:anchor distT="0" distB="0" distL="114300" distR="114300" simplePos="0" relativeHeight="251714048" behindDoc="0" locked="0" layoutInCell="1" allowOverlap="1" wp14:anchorId="1F97EFA7" wp14:editId="3F4FABF3">
                <wp:simplePos x="0" y="0"/>
                <wp:positionH relativeFrom="column">
                  <wp:posOffset>340614</wp:posOffset>
                </wp:positionH>
                <wp:positionV relativeFrom="paragraph">
                  <wp:posOffset>971879</wp:posOffset>
                </wp:positionV>
                <wp:extent cx="154991" cy="233833"/>
                <wp:effectExtent l="57150" t="38100" r="54610" b="90170"/>
                <wp:wrapNone/>
                <wp:docPr id="1192306616" name="Connecteur droit avec flèch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4991" cy="233833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2C6F7E" id="Connecteur droit avec flèche 17" o:spid="_x0000_s1026" type="#_x0000_t32" style="position:absolute;margin-left:26.8pt;margin-top:76.55pt;width:12.2pt;height:18.4pt;flip:y;z-index:25171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" strokecolor="#c00000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val="fr-FR"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 wp14:anchorId="6E0B749D" wp14:editId="69F7342C">
                <wp:simplePos x="0" y="0"/>
                <wp:positionH relativeFrom="column">
                  <wp:posOffset>2009851</wp:posOffset>
                </wp:positionH>
                <wp:positionV relativeFrom="paragraph">
                  <wp:posOffset>449605</wp:posOffset>
                </wp:positionV>
                <wp:extent cx="130302" cy="163830"/>
                <wp:effectExtent l="57150" t="19050" r="60325" b="102870"/>
                <wp:wrapNone/>
                <wp:docPr id="695345481" name="Connecteur droit avec flèch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0302" cy="16383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5F9DC2" id="Connecteur droit avec flèche 17" o:spid="_x0000_s1026" type="#_x0000_t32" style="position:absolute;margin-left:158.25pt;margin-top:35.4pt;width:10.25pt;height:12.9pt;flip:x;z-index:2517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" strokecolor="#c00000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  <w:r w:rsidRPr="00506B43">
        <w:rPr>
          <w:lang w:val="fr-FR"/>
        </w:rPr>
        <w:drawing>
          <wp:inline distT="0" distB="0" distL="0" distR="0" wp14:anchorId="1D9D5C53" wp14:editId="19BBB61C">
            <wp:extent cx="5486400" cy="2613025"/>
            <wp:effectExtent l="0" t="0" r="0" b="0"/>
            <wp:docPr id="15715721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157214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1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558ECC" w14:textId="77777777" w:rsidR="001041B8" w:rsidRPr="00E97067" w:rsidRDefault="00000000">
      <w:pPr>
        <w:rPr>
          <w:lang w:val="fr-FR"/>
        </w:rPr>
      </w:pPr>
      <w:r w:rsidRPr="00E97067">
        <w:rPr>
          <w:lang w:val="fr-FR"/>
        </w:rPr>
        <w:t>4. Confirmer.</w:t>
      </w:r>
    </w:p>
    <w:p w14:paraId="42118874" w14:textId="27ADF80B" w:rsidR="001041B8" w:rsidRPr="00E97067" w:rsidRDefault="00000000">
      <w:pPr>
        <w:rPr>
          <w:lang w:val="fr-FR"/>
        </w:rPr>
      </w:pPr>
      <w:r w:rsidRPr="00E97067">
        <w:rPr>
          <w:lang w:val="fr-FR"/>
        </w:rPr>
        <w:t xml:space="preserve">5. </w:t>
      </w:r>
      <w:r w:rsidR="00506B43" w:rsidRPr="00E97067">
        <w:rPr>
          <w:lang w:val="fr-FR"/>
        </w:rPr>
        <w:t>Vérifier</w:t>
      </w:r>
      <w:r w:rsidRPr="00E97067">
        <w:rPr>
          <w:lang w:val="fr-FR"/>
        </w:rPr>
        <w:t xml:space="preserve"> que le statut indique l'annulation.</w:t>
      </w:r>
    </w:p>
    <w:p w14:paraId="396C7941" w14:textId="080CF17F" w:rsidR="001041B8" w:rsidRPr="00E97067" w:rsidRDefault="00000000" w:rsidP="00506B43">
      <w:pPr>
        <w:pStyle w:val="Titre2"/>
        <w:rPr>
          <w:lang w:val="fr-FR"/>
        </w:rPr>
      </w:pPr>
      <w:bookmarkStart w:id="108" w:name="_Toc231178503"/>
      <w:r w:rsidRPr="00E97067">
        <w:rPr>
          <w:lang w:val="fr-FR"/>
        </w:rPr>
        <w:t>A savoir</w:t>
      </w:r>
      <w:bookmarkEnd w:id="108"/>
    </w:p>
    <w:p w14:paraId="1174905A" w14:textId="0A831A47" w:rsidR="001041B8" w:rsidRPr="00E97067" w:rsidRDefault="00000000">
      <w:pPr>
        <w:rPr>
          <w:lang w:val="fr-FR"/>
        </w:rPr>
      </w:pPr>
      <w:r w:rsidRPr="00E97067">
        <w:rPr>
          <w:lang w:val="fr-FR"/>
        </w:rPr>
        <w:t xml:space="preserve">Une vente </w:t>
      </w:r>
      <w:r w:rsidR="00506B43" w:rsidRPr="00E97067">
        <w:rPr>
          <w:lang w:val="fr-FR"/>
        </w:rPr>
        <w:t>annulée</w:t>
      </w:r>
      <w:r w:rsidRPr="00E97067">
        <w:rPr>
          <w:lang w:val="fr-FR"/>
        </w:rPr>
        <w:t xml:space="preserve"> ne peut pas </w:t>
      </w:r>
      <w:r w:rsidR="00506B43" w:rsidRPr="00E97067">
        <w:rPr>
          <w:lang w:val="fr-FR"/>
        </w:rPr>
        <w:t>être</w:t>
      </w:r>
      <w:r w:rsidRPr="00E97067">
        <w:rPr>
          <w:lang w:val="fr-FR"/>
        </w:rPr>
        <w:t xml:space="preserve"> suspendue ni reprise.</w:t>
      </w:r>
    </w:p>
    <w:p w14:paraId="3FD28916" w14:textId="5C749887" w:rsidR="001041B8" w:rsidRPr="00E97067" w:rsidRDefault="00000000">
      <w:pPr>
        <w:rPr>
          <w:lang w:val="fr-FR"/>
        </w:rPr>
      </w:pPr>
      <w:r w:rsidRPr="00E97067">
        <w:rPr>
          <w:lang w:val="fr-FR"/>
        </w:rPr>
        <w:t xml:space="preserve">Il faut </w:t>
      </w:r>
      <w:r w:rsidR="00506B43" w:rsidRPr="00E97067">
        <w:rPr>
          <w:lang w:val="fr-FR"/>
        </w:rPr>
        <w:t>recréer</w:t>
      </w:r>
      <w:r w:rsidRPr="00E97067">
        <w:rPr>
          <w:lang w:val="fr-FR"/>
        </w:rPr>
        <w:t xml:space="preserve"> un nouveau ticket.</w:t>
      </w:r>
    </w:p>
    <w:p w14:paraId="1A4AE46A" w14:textId="47FBE1A6" w:rsidR="001041B8" w:rsidRPr="00E97067" w:rsidRDefault="00000000">
      <w:pPr>
        <w:rPr>
          <w:lang w:val="fr-FR"/>
        </w:rPr>
      </w:pPr>
      <w:r w:rsidRPr="00E97067">
        <w:rPr>
          <w:lang w:val="fr-FR"/>
        </w:rPr>
        <w:t xml:space="preserve">Le </w:t>
      </w:r>
      <w:r w:rsidR="00506B43" w:rsidRPr="00E97067">
        <w:rPr>
          <w:lang w:val="fr-FR"/>
        </w:rPr>
        <w:t>reçu</w:t>
      </w:r>
      <w:r w:rsidRPr="00E97067">
        <w:rPr>
          <w:lang w:val="fr-FR"/>
        </w:rPr>
        <w:t xml:space="preserve"> d'une vente </w:t>
      </w:r>
      <w:r w:rsidR="00506B43" w:rsidRPr="00E97067">
        <w:rPr>
          <w:lang w:val="fr-FR"/>
        </w:rPr>
        <w:t>annulée</w:t>
      </w:r>
      <w:r w:rsidRPr="00E97067">
        <w:rPr>
          <w:lang w:val="fr-FR"/>
        </w:rPr>
        <w:t xml:space="preserve"> reste consultable et imprimable.</w:t>
      </w:r>
    </w:p>
    <w:p w14:paraId="3D04C388" w14:textId="7A563859" w:rsidR="001041B8" w:rsidRPr="00E97067" w:rsidRDefault="00833872" w:rsidP="00833872">
      <w:pPr>
        <w:pStyle w:val="Titre1"/>
      </w:pPr>
      <w:r>
        <w:t xml:space="preserve"> </w:t>
      </w:r>
      <w:bookmarkStart w:id="109" w:name="_Toc231178504"/>
      <w:r w:rsidR="00000000" w:rsidRPr="00E97067">
        <w:t>Parcours back-office : utiliser le planning</w:t>
      </w:r>
      <w:bookmarkEnd w:id="109"/>
    </w:p>
    <w:p w14:paraId="4D069EEC" w14:textId="69DC1CC4" w:rsidR="001041B8" w:rsidRPr="00E97067" w:rsidRDefault="00000000" w:rsidP="00506B43">
      <w:pPr>
        <w:pStyle w:val="Titre2"/>
        <w:rPr>
          <w:lang w:val="fr-FR"/>
        </w:rPr>
      </w:pPr>
      <w:bookmarkStart w:id="110" w:name="_Toc231178505"/>
      <w:r w:rsidRPr="00E97067">
        <w:rPr>
          <w:lang w:val="fr-FR"/>
        </w:rPr>
        <w:t>Objectif</w:t>
      </w:r>
      <w:bookmarkEnd w:id="110"/>
    </w:p>
    <w:p w14:paraId="640D5209" w14:textId="3935B10D" w:rsidR="001041B8" w:rsidRPr="00E97067" w:rsidRDefault="00000000">
      <w:pPr>
        <w:rPr>
          <w:lang w:val="fr-FR"/>
        </w:rPr>
      </w:pPr>
      <w:r w:rsidRPr="00E97067">
        <w:rPr>
          <w:lang w:val="fr-FR"/>
        </w:rPr>
        <w:t xml:space="preserve">Voir, </w:t>
      </w:r>
      <w:r w:rsidR="00506B43" w:rsidRPr="00E97067">
        <w:rPr>
          <w:lang w:val="fr-FR"/>
        </w:rPr>
        <w:t>créer</w:t>
      </w:r>
      <w:r w:rsidRPr="00E97067">
        <w:rPr>
          <w:lang w:val="fr-FR"/>
        </w:rPr>
        <w:t xml:space="preserve"> et suivre les rendez-vous en boutique.</w:t>
      </w:r>
    </w:p>
    <w:p w14:paraId="20A2009E" w14:textId="45443006" w:rsidR="001041B8" w:rsidRPr="00E97067" w:rsidRDefault="00000000" w:rsidP="00506B43">
      <w:pPr>
        <w:pStyle w:val="Titre2"/>
        <w:rPr>
          <w:lang w:val="fr-FR"/>
        </w:rPr>
      </w:pPr>
      <w:bookmarkStart w:id="111" w:name="_Toc231178506"/>
      <w:r w:rsidRPr="00E97067">
        <w:rPr>
          <w:lang w:val="fr-FR"/>
        </w:rPr>
        <w:t>Qui peut le faire</w:t>
      </w:r>
      <w:bookmarkEnd w:id="111"/>
    </w:p>
    <w:p w14:paraId="1847327F" w14:textId="5BD610CB" w:rsidR="001041B8" w:rsidRPr="00E97067" w:rsidRDefault="00506B43">
      <w:pPr>
        <w:rPr>
          <w:lang w:val="fr-FR"/>
        </w:rPr>
      </w:pPr>
      <w:r w:rsidRPr="00E97067">
        <w:rPr>
          <w:lang w:val="fr-FR"/>
        </w:rPr>
        <w:t>Employé</w:t>
      </w:r>
      <w:r w:rsidR="00000000" w:rsidRPr="00E97067">
        <w:rPr>
          <w:lang w:val="fr-FR"/>
        </w:rPr>
        <w:t xml:space="preserve"> ou manager.</w:t>
      </w:r>
    </w:p>
    <w:p w14:paraId="1A9C50EF" w14:textId="3E4F2A1E" w:rsidR="001041B8" w:rsidRPr="00E97067" w:rsidRDefault="00000000" w:rsidP="00506B43">
      <w:pPr>
        <w:pStyle w:val="Titre2"/>
        <w:rPr>
          <w:lang w:val="fr-FR"/>
        </w:rPr>
      </w:pPr>
      <w:bookmarkStart w:id="112" w:name="_Toc231178507"/>
      <w:r w:rsidRPr="00E97067">
        <w:rPr>
          <w:lang w:val="fr-FR"/>
        </w:rPr>
        <w:t>Etapes pour naviguer dans le planning</w:t>
      </w:r>
      <w:bookmarkEnd w:id="112"/>
    </w:p>
    <w:p w14:paraId="79D9AD2C" w14:textId="6DFBAC48" w:rsidR="001041B8" w:rsidRPr="005942F6" w:rsidRDefault="00000000" w:rsidP="005942F6">
      <w:pPr>
        <w:pStyle w:val="Paragraphedeliste"/>
        <w:numPr>
          <w:ilvl w:val="0"/>
          <w:numId w:val="21"/>
        </w:numPr>
        <w:rPr>
          <w:lang w:val="fr-FR"/>
        </w:rPr>
      </w:pPr>
      <w:r w:rsidRPr="005942F6">
        <w:rPr>
          <w:lang w:val="fr-FR"/>
        </w:rPr>
        <w:t>Ouvrir `Planning`.</w:t>
      </w:r>
    </w:p>
    <w:p w14:paraId="342AEE10" w14:textId="7C833FFA" w:rsidR="005942F6" w:rsidRPr="005942F6" w:rsidRDefault="005942F6" w:rsidP="005942F6">
      <w:pPr>
        <w:rPr>
          <w:lang w:val="fr-FR"/>
        </w:rPr>
      </w:pPr>
      <w:r w:rsidRPr="005942F6">
        <w:rPr>
          <w:lang w:val="fr-FR"/>
        </w:rPr>
        <w:lastRenderedPageBreak/>
        <w:drawing>
          <wp:inline distT="0" distB="0" distL="0" distR="0" wp14:anchorId="523A536E" wp14:editId="310B8C2A">
            <wp:extent cx="5486400" cy="2615565"/>
            <wp:effectExtent l="0" t="0" r="0" b="0"/>
            <wp:docPr id="80009203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0092036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15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D574B6" w14:textId="77777777" w:rsidR="001041B8" w:rsidRPr="00E97067" w:rsidRDefault="00000000">
      <w:pPr>
        <w:rPr>
          <w:lang w:val="fr-FR"/>
        </w:rPr>
      </w:pPr>
      <w:r w:rsidRPr="00E97067">
        <w:rPr>
          <w:lang w:val="fr-FR"/>
        </w:rPr>
        <w:t>2. Choisir la vue `Day`, `Week`, `</w:t>
      </w:r>
      <w:proofErr w:type="spellStart"/>
      <w:r w:rsidRPr="00E97067">
        <w:rPr>
          <w:lang w:val="fr-FR"/>
        </w:rPr>
        <w:t>Month</w:t>
      </w:r>
      <w:proofErr w:type="spellEnd"/>
      <w:r w:rsidRPr="00E97067">
        <w:rPr>
          <w:lang w:val="fr-FR"/>
        </w:rPr>
        <w:t>` ou `</w:t>
      </w:r>
      <w:proofErr w:type="spellStart"/>
      <w:r w:rsidRPr="00E97067">
        <w:rPr>
          <w:lang w:val="fr-FR"/>
        </w:rPr>
        <w:t>Year</w:t>
      </w:r>
      <w:proofErr w:type="spellEnd"/>
      <w:r w:rsidRPr="00E97067">
        <w:rPr>
          <w:lang w:val="fr-FR"/>
        </w:rPr>
        <w:t>`.</w:t>
      </w:r>
    </w:p>
    <w:p w14:paraId="4DEB2A2E" w14:textId="77777777" w:rsidR="001041B8" w:rsidRPr="00E97067" w:rsidRDefault="00000000">
      <w:pPr>
        <w:rPr>
          <w:lang w:val="fr-FR"/>
        </w:rPr>
      </w:pPr>
      <w:r w:rsidRPr="00E97067">
        <w:rPr>
          <w:lang w:val="fr-FR"/>
        </w:rPr>
        <w:t>3. Choisir la boutique.</w:t>
      </w:r>
    </w:p>
    <w:p w14:paraId="51BE0C2A" w14:textId="0AB438D0" w:rsidR="001041B8" w:rsidRPr="00E97067" w:rsidRDefault="00000000">
      <w:pPr>
        <w:rPr>
          <w:lang w:val="fr-FR"/>
        </w:rPr>
      </w:pPr>
      <w:r w:rsidRPr="00E97067">
        <w:rPr>
          <w:lang w:val="fr-FR"/>
        </w:rPr>
        <w:t xml:space="preserve">4. Choisir un </w:t>
      </w:r>
      <w:r w:rsidR="006139CA" w:rsidRPr="00E97067">
        <w:rPr>
          <w:lang w:val="fr-FR"/>
        </w:rPr>
        <w:t>employé</w:t>
      </w:r>
      <w:r w:rsidRPr="00E97067">
        <w:rPr>
          <w:lang w:val="fr-FR"/>
        </w:rPr>
        <w:t xml:space="preserve"> ou tous les </w:t>
      </w:r>
      <w:r w:rsidR="006139CA" w:rsidRPr="00E97067">
        <w:rPr>
          <w:lang w:val="fr-FR"/>
        </w:rPr>
        <w:t>employés</w:t>
      </w:r>
      <w:r w:rsidRPr="00E97067">
        <w:rPr>
          <w:lang w:val="fr-FR"/>
        </w:rPr>
        <w:t>.</w:t>
      </w:r>
    </w:p>
    <w:p w14:paraId="394031A2" w14:textId="522B40D3" w:rsidR="001041B8" w:rsidRPr="00E97067" w:rsidRDefault="00000000">
      <w:pPr>
        <w:rPr>
          <w:lang w:val="fr-FR"/>
        </w:rPr>
      </w:pPr>
      <w:r w:rsidRPr="00E97067">
        <w:rPr>
          <w:lang w:val="fr-FR"/>
        </w:rPr>
        <w:t xml:space="preserve">5. Naviguer entre les </w:t>
      </w:r>
      <w:r w:rsidR="006139CA" w:rsidRPr="00E97067">
        <w:rPr>
          <w:lang w:val="fr-FR"/>
        </w:rPr>
        <w:t>périodes</w:t>
      </w:r>
      <w:r w:rsidRPr="00E97067">
        <w:rPr>
          <w:lang w:val="fr-FR"/>
        </w:rPr>
        <w:t xml:space="preserve"> avec les boutons </w:t>
      </w:r>
      <w:r w:rsidR="006139CA" w:rsidRPr="00E97067">
        <w:rPr>
          <w:lang w:val="fr-FR"/>
        </w:rPr>
        <w:t>précèdent</w:t>
      </w:r>
      <w:r w:rsidRPr="00E97067">
        <w:rPr>
          <w:lang w:val="fr-FR"/>
        </w:rPr>
        <w:t>/suivant.</w:t>
      </w:r>
    </w:p>
    <w:p w14:paraId="622DFA02" w14:textId="77A07590" w:rsidR="001041B8" w:rsidRPr="00E97067" w:rsidRDefault="00000000" w:rsidP="005942F6">
      <w:pPr>
        <w:pStyle w:val="Titre2"/>
        <w:rPr>
          <w:lang w:val="fr-FR"/>
        </w:rPr>
      </w:pPr>
      <w:bookmarkStart w:id="113" w:name="_Toc231178508"/>
      <w:r w:rsidRPr="00E97067">
        <w:rPr>
          <w:lang w:val="fr-FR"/>
        </w:rPr>
        <w:t xml:space="preserve">Etapes pour </w:t>
      </w:r>
      <w:r w:rsidR="005942F6" w:rsidRPr="00E97067">
        <w:rPr>
          <w:lang w:val="fr-FR"/>
        </w:rPr>
        <w:t>créer</w:t>
      </w:r>
      <w:r w:rsidRPr="00E97067">
        <w:rPr>
          <w:lang w:val="fr-FR"/>
        </w:rPr>
        <w:t xml:space="preserve"> un rendez-vous</w:t>
      </w:r>
      <w:bookmarkEnd w:id="113"/>
    </w:p>
    <w:p w14:paraId="18DCFE6A" w14:textId="0D013FFF" w:rsidR="001041B8" w:rsidRPr="005942F6" w:rsidRDefault="00000000" w:rsidP="005942F6">
      <w:pPr>
        <w:pStyle w:val="Paragraphedeliste"/>
        <w:numPr>
          <w:ilvl w:val="0"/>
          <w:numId w:val="22"/>
        </w:numPr>
        <w:rPr>
          <w:lang w:val="fr-FR"/>
        </w:rPr>
      </w:pPr>
      <w:r w:rsidRPr="005942F6">
        <w:rPr>
          <w:lang w:val="fr-FR"/>
        </w:rPr>
        <w:t xml:space="preserve">Cliquer sur `New </w:t>
      </w:r>
      <w:proofErr w:type="spellStart"/>
      <w:r w:rsidRPr="005942F6">
        <w:rPr>
          <w:lang w:val="fr-FR"/>
        </w:rPr>
        <w:t>appointment</w:t>
      </w:r>
      <w:proofErr w:type="spellEnd"/>
      <w:r w:rsidRPr="005942F6">
        <w:rPr>
          <w:lang w:val="fr-FR"/>
        </w:rPr>
        <w:t>`.</w:t>
      </w:r>
    </w:p>
    <w:p w14:paraId="482D4D74" w14:textId="539E208D" w:rsidR="005942F6" w:rsidRPr="005942F6" w:rsidRDefault="005942F6" w:rsidP="005942F6">
      <w:pPr>
        <w:rPr>
          <w:lang w:val="fr-FR"/>
        </w:rPr>
      </w:pPr>
      <w:r>
        <w:rPr>
          <w:noProof/>
          <w:lang w:val="fr-FR"/>
        </w:rPr>
        <mc:AlternateContent>
          <mc:Choice Requires="wps">
            <w:drawing>
              <wp:anchor distT="0" distB="0" distL="114300" distR="114300" simplePos="0" relativeHeight="251778560" behindDoc="0" locked="0" layoutInCell="1" allowOverlap="1" wp14:anchorId="7453B429" wp14:editId="1A530F5B">
                <wp:simplePos x="0" y="0"/>
                <wp:positionH relativeFrom="column">
                  <wp:posOffset>408381</wp:posOffset>
                </wp:positionH>
                <wp:positionV relativeFrom="paragraph">
                  <wp:posOffset>332689</wp:posOffset>
                </wp:positionV>
                <wp:extent cx="154991" cy="233833"/>
                <wp:effectExtent l="57150" t="38100" r="54610" b="90170"/>
                <wp:wrapNone/>
                <wp:docPr id="1775178650" name="Connecteur droit avec flèch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4991" cy="233833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BBDFE7" id="Connecteur droit avec flèche 17" o:spid="_x0000_s1026" type="#_x0000_t32" style="position:absolute;margin-left:32.15pt;margin-top:26.2pt;width:12.2pt;height:18.4pt;flip:y;z-index:25177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" strokecolor="#c00000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  <w:r w:rsidRPr="005942F6">
        <w:rPr>
          <w:lang w:val="fr-FR"/>
        </w:rPr>
        <w:drawing>
          <wp:inline distT="0" distB="0" distL="0" distR="0" wp14:anchorId="76C51566" wp14:editId="7B924B06">
            <wp:extent cx="5486400" cy="2608580"/>
            <wp:effectExtent l="0" t="0" r="0" b="1270"/>
            <wp:docPr id="77352839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352839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08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18DA42" w14:textId="77777777" w:rsidR="001041B8" w:rsidRPr="00E97067" w:rsidRDefault="00000000">
      <w:pPr>
        <w:rPr>
          <w:lang w:val="fr-FR"/>
        </w:rPr>
      </w:pPr>
      <w:r w:rsidRPr="00E97067">
        <w:rPr>
          <w:lang w:val="fr-FR"/>
        </w:rPr>
        <w:t>2. Choisir la boutique.</w:t>
      </w:r>
    </w:p>
    <w:p w14:paraId="617A0731" w14:textId="77777777" w:rsidR="001041B8" w:rsidRPr="00E97067" w:rsidRDefault="00000000">
      <w:pPr>
        <w:rPr>
          <w:lang w:val="fr-FR"/>
        </w:rPr>
      </w:pPr>
      <w:r w:rsidRPr="00E97067">
        <w:rPr>
          <w:lang w:val="fr-FR"/>
        </w:rPr>
        <w:t>3. Choisir la prestation avant la date.</w:t>
      </w:r>
    </w:p>
    <w:p w14:paraId="2172CE53" w14:textId="64E32BD6" w:rsidR="001041B8" w:rsidRPr="00E97067" w:rsidRDefault="00000000">
      <w:pPr>
        <w:rPr>
          <w:lang w:val="fr-FR"/>
        </w:rPr>
      </w:pPr>
      <w:r w:rsidRPr="00E97067">
        <w:rPr>
          <w:lang w:val="fr-FR"/>
        </w:rPr>
        <w:t>4. Choisir l'</w:t>
      </w:r>
      <w:r w:rsidR="005942F6" w:rsidRPr="00E97067">
        <w:rPr>
          <w:lang w:val="fr-FR"/>
        </w:rPr>
        <w:t>employé</w:t>
      </w:r>
      <w:r w:rsidRPr="00E97067">
        <w:rPr>
          <w:lang w:val="fr-FR"/>
        </w:rPr>
        <w:t>.</w:t>
      </w:r>
    </w:p>
    <w:p w14:paraId="4C6212BB" w14:textId="77777777" w:rsidR="001041B8" w:rsidRPr="00E97067" w:rsidRDefault="00000000">
      <w:pPr>
        <w:rPr>
          <w:lang w:val="fr-FR"/>
        </w:rPr>
      </w:pPr>
      <w:r w:rsidRPr="00E97067">
        <w:rPr>
          <w:lang w:val="fr-FR"/>
        </w:rPr>
        <w:lastRenderedPageBreak/>
        <w:t>5. Choisir une date disponible.</w:t>
      </w:r>
    </w:p>
    <w:p w14:paraId="69755BD5" w14:textId="77777777" w:rsidR="001041B8" w:rsidRPr="00E97067" w:rsidRDefault="00000000">
      <w:pPr>
        <w:rPr>
          <w:lang w:val="fr-FR"/>
        </w:rPr>
      </w:pPr>
      <w:r w:rsidRPr="00E97067">
        <w:rPr>
          <w:lang w:val="fr-FR"/>
        </w:rPr>
        <w:t>6. Choisir un horaire disponible.</w:t>
      </w:r>
    </w:p>
    <w:p w14:paraId="5650FAA8" w14:textId="44A8DE54" w:rsidR="001041B8" w:rsidRPr="00E97067" w:rsidRDefault="00000000">
      <w:pPr>
        <w:rPr>
          <w:lang w:val="fr-FR"/>
        </w:rPr>
      </w:pPr>
      <w:r w:rsidRPr="00E97067">
        <w:rPr>
          <w:lang w:val="fr-FR"/>
        </w:rPr>
        <w:t xml:space="preserve">7. Indiquer la </w:t>
      </w:r>
      <w:r w:rsidR="006139CA" w:rsidRPr="00E97067">
        <w:rPr>
          <w:lang w:val="fr-FR"/>
        </w:rPr>
        <w:t>quantité</w:t>
      </w:r>
      <w:r w:rsidRPr="00E97067">
        <w:rPr>
          <w:lang w:val="fr-FR"/>
        </w:rPr>
        <w:t xml:space="preserve"> si besoin.</w:t>
      </w:r>
    </w:p>
    <w:p w14:paraId="7BACD7AB" w14:textId="77777777" w:rsidR="001041B8" w:rsidRPr="00E97067" w:rsidRDefault="00000000">
      <w:pPr>
        <w:rPr>
          <w:lang w:val="fr-FR"/>
        </w:rPr>
      </w:pPr>
      <w:r w:rsidRPr="00E97067">
        <w:rPr>
          <w:lang w:val="fr-FR"/>
        </w:rPr>
        <w:t>8. Ajouter une note.</w:t>
      </w:r>
    </w:p>
    <w:p w14:paraId="51A1D8DD" w14:textId="7A159B10" w:rsidR="001041B8" w:rsidRPr="00E97067" w:rsidRDefault="00000000">
      <w:pPr>
        <w:rPr>
          <w:lang w:val="fr-FR"/>
        </w:rPr>
      </w:pPr>
      <w:r w:rsidRPr="00E97067">
        <w:rPr>
          <w:lang w:val="fr-FR"/>
        </w:rPr>
        <w:t>9. Valider.</w:t>
      </w:r>
    </w:p>
    <w:p w14:paraId="099273A3" w14:textId="174704DD" w:rsidR="001041B8" w:rsidRPr="00E97067" w:rsidRDefault="00000000" w:rsidP="005942F6">
      <w:pPr>
        <w:pStyle w:val="Titre2"/>
        <w:rPr>
          <w:lang w:val="fr-FR"/>
        </w:rPr>
      </w:pPr>
      <w:bookmarkStart w:id="114" w:name="_Toc231178509"/>
      <w:r w:rsidRPr="00E97067">
        <w:rPr>
          <w:lang w:val="fr-FR"/>
        </w:rPr>
        <w:t xml:space="preserve">Etapes pour rechercher une </w:t>
      </w:r>
      <w:r w:rsidR="005942F6" w:rsidRPr="00E97067">
        <w:rPr>
          <w:lang w:val="fr-FR"/>
        </w:rPr>
        <w:t>disponibilité</w:t>
      </w:r>
      <w:bookmarkEnd w:id="114"/>
    </w:p>
    <w:p w14:paraId="526AF15B" w14:textId="30CF5C54" w:rsidR="001041B8" w:rsidRPr="005942F6" w:rsidRDefault="00000000" w:rsidP="005942F6">
      <w:pPr>
        <w:pStyle w:val="Paragraphedeliste"/>
        <w:numPr>
          <w:ilvl w:val="0"/>
          <w:numId w:val="23"/>
        </w:numPr>
        <w:rPr>
          <w:lang w:val="fr-FR"/>
        </w:rPr>
      </w:pPr>
      <w:r w:rsidRPr="005942F6">
        <w:rPr>
          <w:lang w:val="fr-FR"/>
        </w:rPr>
        <w:t xml:space="preserve">Cliquer sur `Search </w:t>
      </w:r>
      <w:proofErr w:type="spellStart"/>
      <w:r w:rsidRPr="005942F6">
        <w:rPr>
          <w:lang w:val="fr-FR"/>
        </w:rPr>
        <w:t>availability</w:t>
      </w:r>
      <w:proofErr w:type="spellEnd"/>
      <w:r w:rsidRPr="005942F6">
        <w:rPr>
          <w:lang w:val="fr-FR"/>
        </w:rPr>
        <w:t>`.</w:t>
      </w:r>
    </w:p>
    <w:p w14:paraId="27067184" w14:textId="4A65C301" w:rsidR="005942F6" w:rsidRPr="005942F6" w:rsidRDefault="005942F6" w:rsidP="005942F6">
      <w:pPr>
        <w:rPr>
          <w:lang w:val="fr-FR"/>
        </w:rPr>
      </w:pPr>
      <w:r>
        <w:rPr>
          <w:noProof/>
          <w:lang w:val="fr-FR"/>
        </w:rPr>
        <mc:AlternateContent>
          <mc:Choice Requires="wps">
            <w:drawing>
              <wp:anchor distT="0" distB="0" distL="114300" distR="114300" simplePos="0" relativeHeight="251795968" behindDoc="0" locked="0" layoutInCell="1" allowOverlap="1" wp14:anchorId="3CF6CAEA" wp14:editId="7F80C6AF">
                <wp:simplePos x="0" y="0"/>
                <wp:positionH relativeFrom="column">
                  <wp:posOffset>985671</wp:posOffset>
                </wp:positionH>
                <wp:positionV relativeFrom="paragraph">
                  <wp:posOffset>41224</wp:posOffset>
                </wp:positionV>
                <wp:extent cx="131725" cy="169774"/>
                <wp:effectExtent l="57150" t="19050" r="59055" b="97155"/>
                <wp:wrapNone/>
                <wp:docPr id="2046196660" name="Connecteur droit avec flèch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1725" cy="169774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260231" id="Connecteur droit avec flèche 17" o:spid="_x0000_s1026" type="#_x0000_t32" style="position:absolute;margin-left:77.6pt;margin-top:3.25pt;width:10.35pt;height:13.35pt;flip:x;z-index:25179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" strokecolor="#c00000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  <w:r w:rsidRPr="005942F6">
        <w:rPr>
          <w:lang w:val="fr-FR"/>
        </w:rPr>
        <w:drawing>
          <wp:inline distT="0" distB="0" distL="0" distR="0" wp14:anchorId="20761EB5" wp14:editId="6BC682C7">
            <wp:extent cx="5486400" cy="2616835"/>
            <wp:effectExtent l="0" t="0" r="0" b="0"/>
            <wp:docPr id="128771649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7716496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16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BA124A" w14:textId="77777777" w:rsidR="001041B8" w:rsidRPr="00E97067" w:rsidRDefault="00000000">
      <w:pPr>
        <w:rPr>
          <w:lang w:val="fr-FR"/>
        </w:rPr>
      </w:pPr>
      <w:r w:rsidRPr="00E97067">
        <w:rPr>
          <w:lang w:val="fr-FR"/>
        </w:rPr>
        <w:t>2. Choisir la prestation.</w:t>
      </w:r>
    </w:p>
    <w:p w14:paraId="5C5C7FBE" w14:textId="6E918874" w:rsidR="001041B8" w:rsidRPr="00E97067" w:rsidRDefault="00000000">
      <w:pPr>
        <w:rPr>
          <w:lang w:val="fr-FR"/>
        </w:rPr>
      </w:pPr>
      <w:r w:rsidRPr="00E97067">
        <w:rPr>
          <w:lang w:val="fr-FR"/>
        </w:rPr>
        <w:t>3. Choisir l'</w:t>
      </w:r>
      <w:r w:rsidR="006139CA" w:rsidRPr="00E97067">
        <w:rPr>
          <w:lang w:val="fr-FR"/>
        </w:rPr>
        <w:t>employé</w:t>
      </w:r>
      <w:r w:rsidRPr="00E97067">
        <w:rPr>
          <w:lang w:val="fr-FR"/>
        </w:rPr>
        <w:t xml:space="preserve"> ou une option globale si disponible.</w:t>
      </w:r>
    </w:p>
    <w:p w14:paraId="639D745D" w14:textId="318F2164" w:rsidR="001041B8" w:rsidRPr="00E97067" w:rsidRDefault="00000000">
      <w:pPr>
        <w:rPr>
          <w:lang w:val="fr-FR"/>
        </w:rPr>
      </w:pPr>
      <w:r w:rsidRPr="00E97067">
        <w:rPr>
          <w:lang w:val="fr-FR"/>
        </w:rPr>
        <w:t xml:space="preserve">4. Choisir la </w:t>
      </w:r>
      <w:r w:rsidR="006139CA" w:rsidRPr="00E97067">
        <w:rPr>
          <w:lang w:val="fr-FR"/>
        </w:rPr>
        <w:t>période</w:t>
      </w:r>
      <w:r w:rsidRPr="00E97067">
        <w:rPr>
          <w:lang w:val="fr-FR"/>
        </w:rPr>
        <w:t xml:space="preserve"> de recherche.</w:t>
      </w:r>
    </w:p>
    <w:p w14:paraId="2A85F38C" w14:textId="77777777" w:rsidR="001041B8" w:rsidRPr="00E97067" w:rsidRDefault="00000000">
      <w:pPr>
        <w:rPr>
          <w:lang w:val="fr-FR"/>
        </w:rPr>
      </w:pPr>
      <w:r w:rsidRPr="00E97067">
        <w:rPr>
          <w:lang w:val="fr-FR"/>
        </w:rPr>
        <w:t>5. Lancer la recherche.</w:t>
      </w:r>
    </w:p>
    <w:p w14:paraId="6FDCFA94" w14:textId="490D7428" w:rsidR="001041B8" w:rsidRPr="00E97067" w:rsidRDefault="00000000">
      <w:pPr>
        <w:rPr>
          <w:lang w:val="fr-FR"/>
        </w:rPr>
      </w:pPr>
      <w:r w:rsidRPr="00E97067">
        <w:rPr>
          <w:lang w:val="fr-FR"/>
        </w:rPr>
        <w:t xml:space="preserve">6. </w:t>
      </w:r>
      <w:r w:rsidR="006139CA" w:rsidRPr="00E97067">
        <w:rPr>
          <w:lang w:val="fr-FR"/>
        </w:rPr>
        <w:t>Sélectionner</w:t>
      </w:r>
      <w:r w:rsidRPr="00E97067">
        <w:rPr>
          <w:lang w:val="fr-FR"/>
        </w:rPr>
        <w:t xml:space="preserve"> un </w:t>
      </w:r>
      <w:r w:rsidR="006139CA" w:rsidRPr="00E97067">
        <w:rPr>
          <w:lang w:val="fr-FR"/>
        </w:rPr>
        <w:t>créneau</w:t>
      </w:r>
      <w:r w:rsidRPr="00E97067">
        <w:rPr>
          <w:lang w:val="fr-FR"/>
        </w:rPr>
        <w:t>.</w:t>
      </w:r>
    </w:p>
    <w:p w14:paraId="2BDC9FBF" w14:textId="163CD766" w:rsidR="001041B8" w:rsidRPr="00E97067" w:rsidRDefault="00000000">
      <w:pPr>
        <w:rPr>
          <w:lang w:val="fr-FR"/>
        </w:rPr>
      </w:pPr>
      <w:r w:rsidRPr="00E97067">
        <w:rPr>
          <w:lang w:val="fr-FR"/>
        </w:rPr>
        <w:t xml:space="preserve">7. Utiliser ce </w:t>
      </w:r>
      <w:r w:rsidR="00497312" w:rsidRPr="00E97067">
        <w:rPr>
          <w:lang w:val="fr-FR"/>
        </w:rPr>
        <w:t>créneau</w:t>
      </w:r>
      <w:r w:rsidRPr="00E97067">
        <w:rPr>
          <w:lang w:val="fr-FR"/>
        </w:rPr>
        <w:t xml:space="preserve"> pour </w:t>
      </w:r>
      <w:proofErr w:type="spellStart"/>
      <w:r w:rsidR="006139CA" w:rsidRPr="00E97067">
        <w:rPr>
          <w:lang w:val="fr-FR"/>
        </w:rPr>
        <w:t>pré</w:t>
      </w:r>
      <w:r w:rsidRPr="00E97067">
        <w:rPr>
          <w:lang w:val="fr-FR"/>
        </w:rPr>
        <w:t>-remplir</w:t>
      </w:r>
      <w:proofErr w:type="spellEnd"/>
      <w:r w:rsidRPr="00E97067">
        <w:rPr>
          <w:lang w:val="fr-FR"/>
        </w:rPr>
        <w:t xml:space="preserve"> le formulaire de rendez-vous.</w:t>
      </w:r>
    </w:p>
    <w:p w14:paraId="102917BE" w14:textId="299686DA" w:rsidR="001041B8" w:rsidRPr="00E97067" w:rsidRDefault="00000000" w:rsidP="00497312">
      <w:pPr>
        <w:pStyle w:val="Titre2"/>
        <w:rPr>
          <w:lang w:val="fr-FR"/>
        </w:rPr>
      </w:pPr>
      <w:bookmarkStart w:id="115" w:name="_Toc231178510"/>
      <w:r w:rsidRPr="00E97067">
        <w:rPr>
          <w:lang w:val="fr-FR"/>
        </w:rPr>
        <w:t>Etapes pour consulter un rendez-vous</w:t>
      </w:r>
      <w:bookmarkEnd w:id="115"/>
    </w:p>
    <w:p w14:paraId="13808913" w14:textId="77777777" w:rsidR="001041B8" w:rsidRPr="00E97067" w:rsidRDefault="00000000">
      <w:pPr>
        <w:rPr>
          <w:lang w:val="fr-FR"/>
        </w:rPr>
      </w:pPr>
      <w:r w:rsidRPr="00E97067">
        <w:rPr>
          <w:lang w:val="fr-FR"/>
        </w:rPr>
        <w:t>1. Cliquer sur un rendez-vous dans le calendrier.</w:t>
      </w:r>
    </w:p>
    <w:p w14:paraId="45176875" w14:textId="5C4AAAC9" w:rsidR="001041B8" w:rsidRPr="00E97067" w:rsidRDefault="00000000">
      <w:pPr>
        <w:rPr>
          <w:lang w:val="fr-FR"/>
        </w:rPr>
      </w:pPr>
      <w:r w:rsidRPr="00E97067">
        <w:rPr>
          <w:lang w:val="fr-FR"/>
        </w:rPr>
        <w:t xml:space="preserve">2. Lire le </w:t>
      </w:r>
      <w:r w:rsidR="006139CA" w:rsidRPr="00E97067">
        <w:rPr>
          <w:lang w:val="fr-FR"/>
        </w:rPr>
        <w:t>résume</w:t>
      </w:r>
      <w:r w:rsidRPr="00E97067">
        <w:rPr>
          <w:lang w:val="fr-FR"/>
        </w:rPr>
        <w:t xml:space="preserve"> : client, </w:t>
      </w:r>
      <w:r w:rsidR="006139CA" w:rsidRPr="00E97067">
        <w:rPr>
          <w:lang w:val="fr-FR"/>
        </w:rPr>
        <w:t>employé</w:t>
      </w:r>
      <w:r w:rsidRPr="00E97067">
        <w:rPr>
          <w:lang w:val="fr-FR"/>
        </w:rPr>
        <w:t>, boutique, heure, prestation, prix, notes et statut.</w:t>
      </w:r>
    </w:p>
    <w:p w14:paraId="2E0F2014" w14:textId="488FE683" w:rsidR="001041B8" w:rsidRPr="00E97067" w:rsidRDefault="00000000">
      <w:pPr>
        <w:rPr>
          <w:lang w:val="fr-FR"/>
        </w:rPr>
      </w:pPr>
      <w:r w:rsidRPr="00E97067">
        <w:rPr>
          <w:lang w:val="fr-FR"/>
        </w:rPr>
        <w:t xml:space="preserve">3. Fermer la fiche ou </w:t>
      </w:r>
      <w:r w:rsidR="006139CA" w:rsidRPr="00E97067">
        <w:rPr>
          <w:lang w:val="fr-FR"/>
        </w:rPr>
        <w:t>exécuter</w:t>
      </w:r>
      <w:r w:rsidRPr="00E97067">
        <w:rPr>
          <w:lang w:val="fr-FR"/>
        </w:rPr>
        <w:t xml:space="preserve"> une action disponible.</w:t>
      </w:r>
    </w:p>
    <w:p w14:paraId="154E755C" w14:textId="77777777" w:rsidR="001041B8" w:rsidRPr="00E97067" w:rsidRDefault="001041B8">
      <w:pPr>
        <w:rPr>
          <w:lang w:val="fr-FR"/>
        </w:rPr>
      </w:pPr>
    </w:p>
    <w:p w14:paraId="7DF918F1" w14:textId="77777777" w:rsidR="001041B8" w:rsidRPr="00E97067" w:rsidRDefault="00000000">
      <w:pPr>
        <w:pStyle w:val="Titre2"/>
        <w:rPr>
          <w:lang w:val="fr-FR"/>
        </w:rPr>
      </w:pPr>
      <w:bookmarkStart w:id="116" w:name="_Toc231178511"/>
      <w:r w:rsidRPr="00E97067">
        <w:rPr>
          <w:lang w:val="fr-FR"/>
        </w:rPr>
        <w:lastRenderedPageBreak/>
        <w:t>Etapes pour terminer un rendez-vous</w:t>
      </w:r>
      <w:bookmarkEnd w:id="116"/>
    </w:p>
    <w:p w14:paraId="7FAC070F" w14:textId="1DB46F57" w:rsidR="001041B8" w:rsidRPr="00497312" w:rsidRDefault="00000000" w:rsidP="00497312">
      <w:pPr>
        <w:pStyle w:val="Paragraphedeliste"/>
        <w:numPr>
          <w:ilvl w:val="0"/>
          <w:numId w:val="24"/>
        </w:numPr>
        <w:rPr>
          <w:lang w:val="fr-FR"/>
        </w:rPr>
      </w:pPr>
      <w:r w:rsidRPr="00497312">
        <w:rPr>
          <w:lang w:val="fr-FR"/>
        </w:rPr>
        <w:t>Ouvrir le rendez-vous.</w:t>
      </w:r>
    </w:p>
    <w:p w14:paraId="064FD91C" w14:textId="1A75BCF7" w:rsidR="00497312" w:rsidRPr="00497312" w:rsidRDefault="00497312" w:rsidP="00497312">
      <w:pPr>
        <w:rPr>
          <w:lang w:val="fr-FR"/>
        </w:rPr>
      </w:pPr>
      <w:r>
        <w:rPr>
          <w:noProof/>
          <w:lang w:val="fr-FR"/>
        </w:rPr>
        <mc:AlternateContent>
          <mc:Choice Requires="wps">
            <w:drawing>
              <wp:anchor distT="0" distB="0" distL="114300" distR="114300" simplePos="0" relativeHeight="251770368" behindDoc="0" locked="0" layoutInCell="1" allowOverlap="1" wp14:anchorId="0C92ACF6" wp14:editId="03CA8AE2">
                <wp:simplePos x="0" y="0"/>
                <wp:positionH relativeFrom="column">
                  <wp:posOffset>824789</wp:posOffset>
                </wp:positionH>
                <wp:positionV relativeFrom="paragraph">
                  <wp:posOffset>2025294</wp:posOffset>
                </wp:positionV>
                <wp:extent cx="460654" cy="45719"/>
                <wp:effectExtent l="38100" t="38100" r="34925" b="126365"/>
                <wp:wrapNone/>
                <wp:docPr id="1318782157" name="Connecteur droit avec flèch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0654" cy="4571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D54F8A" id="Connecteur droit avec flèche 17" o:spid="_x0000_s1026" type="#_x0000_t32" style="position:absolute;margin-left:64.95pt;margin-top:159.45pt;width:36.25pt;height:3.6pt;z-index:25177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" strokecolor="#c00000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  <w:r w:rsidRPr="00497312">
        <w:rPr>
          <w:lang w:val="fr-FR"/>
        </w:rPr>
        <w:drawing>
          <wp:inline distT="0" distB="0" distL="0" distR="0" wp14:anchorId="79B2AFB5" wp14:editId="6E35BF1C">
            <wp:extent cx="5486400" cy="2601595"/>
            <wp:effectExtent l="0" t="0" r="0" b="8255"/>
            <wp:docPr id="191822812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8228125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01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97DA2A" w14:textId="23394DA5" w:rsidR="001041B8" w:rsidRPr="00E97067" w:rsidRDefault="00000000">
      <w:pPr>
        <w:rPr>
          <w:lang w:val="fr-FR"/>
        </w:rPr>
      </w:pPr>
      <w:r w:rsidRPr="00E97067">
        <w:rPr>
          <w:lang w:val="fr-FR"/>
        </w:rPr>
        <w:t xml:space="preserve">2. Cliquer sur l'action de </w:t>
      </w:r>
      <w:r w:rsidR="00497312" w:rsidRPr="00E97067">
        <w:rPr>
          <w:lang w:val="fr-FR"/>
        </w:rPr>
        <w:t>complétion</w:t>
      </w:r>
      <w:r w:rsidRPr="00E97067">
        <w:rPr>
          <w:lang w:val="fr-FR"/>
        </w:rPr>
        <w:t>.</w:t>
      </w:r>
    </w:p>
    <w:p w14:paraId="2D993FB8" w14:textId="2526B561" w:rsidR="001041B8" w:rsidRPr="00E97067" w:rsidRDefault="00000000">
      <w:pPr>
        <w:rPr>
          <w:lang w:val="fr-FR"/>
        </w:rPr>
      </w:pPr>
      <w:r w:rsidRPr="00E97067">
        <w:rPr>
          <w:lang w:val="fr-FR"/>
        </w:rPr>
        <w:t>3. Confirmer.</w:t>
      </w:r>
    </w:p>
    <w:p w14:paraId="6B5D569D" w14:textId="192CC2A7" w:rsidR="001041B8" w:rsidRPr="00E97067" w:rsidRDefault="00000000">
      <w:pPr>
        <w:rPr>
          <w:lang w:val="fr-FR"/>
        </w:rPr>
      </w:pPr>
      <w:r w:rsidRPr="00E97067">
        <w:rPr>
          <w:lang w:val="fr-FR"/>
        </w:rPr>
        <w:t xml:space="preserve">4. </w:t>
      </w:r>
      <w:r w:rsidR="00497312" w:rsidRPr="00E97067">
        <w:rPr>
          <w:lang w:val="fr-FR"/>
        </w:rPr>
        <w:t>Vérifier</w:t>
      </w:r>
      <w:r w:rsidRPr="00E97067">
        <w:rPr>
          <w:lang w:val="fr-FR"/>
        </w:rPr>
        <w:t xml:space="preserve"> le changement de statut.</w:t>
      </w:r>
    </w:p>
    <w:p w14:paraId="402BDDED" w14:textId="05194DDC" w:rsidR="001041B8" w:rsidRPr="00E97067" w:rsidRDefault="00000000" w:rsidP="00497312">
      <w:pPr>
        <w:pStyle w:val="Titre2"/>
        <w:rPr>
          <w:lang w:val="fr-FR"/>
        </w:rPr>
      </w:pPr>
      <w:bookmarkStart w:id="117" w:name="_Toc231178512"/>
      <w:r w:rsidRPr="00E97067">
        <w:rPr>
          <w:lang w:val="fr-FR"/>
        </w:rPr>
        <w:t>Etapes pour annuler un rendez-vous</w:t>
      </w:r>
      <w:bookmarkEnd w:id="117"/>
    </w:p>
    <w:p w14:paraId="6DEDB22C" w14:textId="4EE97573" w:rsidR="001041B8" w:rsidRPr="00E97067" w:rsidRDefault="00000000">
      <w:pPr>
        <w:rPr>
          <w:lang w:val="fr-FR"/>
        </w:rPr>
      </w:pPr>
      <w:r w:rsidRPr="00E97067">
        <w:rPr>
          <w:lang w:val="fr-FR"/>
        </w:rPr>
        <w:t>1. Ouvrir le rendez-vous.</w:t>
      </w:r>
    </w:p>
    <w:p w14:paraId="52D94376" w14:textId="124A8582" w:rsidR="001041B8" w:rsidRDefault="00000000">
      <w:pPr>
        <w:rPr>
          <w:lang w:val="fr-FR"/>
        </w:rPr>
      </w:pPr>
      <w:r w:rsidRPr="00E97067">
        <w:rPr>
          <w:lang w:val="fr-FR"/>
        </w:rPr>
        <w:t>2. Cliquer sur l'action d'annulation.</w:t>
      </w:r>
    </w:p>
    <w:p w14:paraId="31002874" w14:textId="31DF0C59" w:rsidR="00497312" w:rsidRPr="00E97067" w:rsidRDefault="00497312">
      <w:pPr>
        <w:rPr>
          <w:lang w:val="fr-FR"/>
        </w:rPr>
      </w:pPr>
      <w:r>
        <w:rPr>
          <w:noProof/>
          <w:lang w:val="fr-FR"/>
        </w:rPr>
        <mc:AlternateContent>
          <mc:Choice Requires="wps">
            <w:drawing>
              <wp:anchor distT="0" distB="0" distL="114300" distR="114300" simplePos="0" relativeHeight="251787776" behindDoc="0" locked="0" layoutInCell="1" allowOverlap="1" wp14:anchorId="6FA9E01E" wp14:editId="5CC10355">
                <wp:simplePos x="0" y="0"/>
                <wp:positionH relativeFrom="column">
                  <wp:posOffset>2354707</wp:posOffset>
                </wp:positionH>
                <wp:positionV relativeFrom="paragraph">
                  <wp:posOffset>1871904</wp:posOffset>
                </wp:positionV>
                <wp:extent cx="45719" cy="275260"/>
                <wp:effectExtent l="76200" t="38100" r="88265" b="86995"/>
                <wp:wrapNone/>
                <wp:docPr id="92675156" name="Connecteur droit avec flèch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27526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C10102" id="Connecteur droit avec flèche 17" o:spid="_x0000_s1026" type="#_x0000_t32" style="position:absolute;margin-left:185.4pt;margin-top:147.4pt;width:3.6pt;height:21.65pt;flip:x y;z-index:25178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" strokecolor="#c00000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  <w:r w:rsidRPr="00497312">
        <w:rPr>
          <w:lang w:val="fr-FR"/>
        </w:rPr>
        <w:drawing>
          <wp:inline distT="0" distB="0" distL="0" distR="0" wp14:anchorId="5FDF4E21" wp14:editId="1BB594BD">
            <wp:extent cx="5486400" cy="2601595"/>
            <wp:effectExtent l="0" t="0" r="0" b="8255"/>
            <wp:docPr id="23659744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8228125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01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FDDAE8" w14:textId="77777777" w:rsidR="001041B8" w:rsidRPr="00E97067" w:rsidRDefault="00000000">
      <w:pPr>
        <w:rPr>
          <w:lang w:val="fr-FR"/>
        </w:rPr>
      </w:pPr>
      <w:r w:rsidRPr="00E97067">
        <w:rPr>
          <w:lang w:val="fr-FR"/>
        </w:rPr>
        <w:t>3. Confirmer.</w:t>
      </w:r>
    </w:p>
    <w:p w14:paraId="35C25A23" w14:textId="7012D905" w:rsidR="001041B8" w:rsidRPr="00E97067" w:rsidRDefault="00000000">
      <w:pPr>
        <w:rPr>
          <w:lang w:val="fr-FR"/>
        </w:rPr>
      </w:pPr>
      <w:r w:rsidRPr="00E97067">
        <w:rPr>
          <w:lang w:val="fr-FR"/>
        </w:rPr>
        <w:lastRenderedPageBreak/>
        <w:t xml:space="preserve">4. </w:t>
      </w:r>
      <w:r w:rsidR="00497312" w:rsidRPr="00E97067">
        <w:rPr>
          <w:lang w:val="fr-FR"/>
        </w:rPr>
        <w:t>Vérifier</w:t>
      </w:r>
      <w:r w:rsidRPr="00E97067">
        <w:rPr>
          <w:lang w:val="fr-FR"/>
        </w:rPr>
        <w:t xml:space="preserve"> que le rendez-vous passe en annule.</w:t>
      </w:r>
    </w:p>
    <w:p w14:paraId="7C08B4F9" w14:textId="56673336" w:rsidR="001041B8" w:rsidRPr="00E97067" w:rsidRDefault="00833872" w:rsidP="00833872">
      <w:pPr>
        <w:pStyle w:val="Titre1"/>
      </w:pPr>
      <w:r>
        <w:t xml:space="preserve"> </w:t>
      </w:r>
      <w:bookmarkStart w:id="118" w:name="_Toc231178513"/>
      <w:r w:rsidR="00000000" w:rsidRPr="00E97067">
        <w:t xml:space="preserve">Parcours manager : </w:t>
      </w:r>
      <w:r w:rsidR="00497312" w:rsidRPr="00E97067">
        <w:t>gérer</w:t>
      </w:r>
      <w:r w:rsidR="00000000" w:rsidRPr="00E97067">
        <w:t xml:space="preserve"> les horaires</w:t>
      </w:r>
      <w:bookmarkEnd w:id="118"/>
    </w:p>
    <w:p w14:paraId="05CDA5CC" w14:textId="27083C7E" w:rsidR="001041B8" w:rsidRPr="00E97067" w:rsidRDefault="00000000" w:rsidP="00497312">
      <w:pPr>
        <w:pStyle w:val="Titre2"/>
        <w:rPr>
          <w:lang w:val="fr-FR"/>
        </w:rPr>
      </w:pPr>
      <w:bookmarkStart w:id="119" w:name="_Toc231178514"/>
      <w:r w:rsidRPr="00E97067">
        <w:rPr>
          <w:lang w:val="fr-FR"/>
        </w:rPr>
        <w:t>Objectif</w:t>
      </w:r>
      <w:bookmarkEnd w:id="119"/>
    </w:p>
    <w:p w14:paraId="629787B4" w14:textId="0A325437" w:rsidR="001041B8" w:rsidRPr="00E97067" w:rsidRDefault="00000000">
      <w:pPr>
        <w:rPr>
          <w:lang w:val="fr-FR"/>
        </w:rPr>
      </w:pPr>
      <w:r w:rsidRPr="00E97067">
        <w:rPr>
          <w:lang w:val="fr-FR"/>
        </w:rPr>
        <w:t xml:space="preserve">Modifier les horaires d'ouverture de la boutique et garder </w:t>
      </w:r>
      <w:r w:rsidR="00905E68" w:rsidRPr="00E97067">
        <w:rPr>
          <w:lang w:val="fr-FR"/>
        </w:rPr>
        <w:t>les disponibilités employées</w:t>
      </w:r>
      <w:r w:rsidRPr="00E97067">
        <w:rPr>
          <w:lang w:val="fr-FR"/>
        </w:rPr>
        <w:t xml:space="preserve"> </w:t>
      </w:r>
      <w:r w:rsidR="00497312" w:rsidRPr="00E97067">
        <w:rPr>
          <w:lang w:val="fr-FR"/>
        </w:rPr>
        <w:t>cohérentes</w:t>
      </w:r>
      <w:r w:rsidRPr="00E97067">
        <w:rPr>
          <w:lang w:val="fr-FR"/>
        </w:rPr>
        <w:t>.</w:t>
      </w:r>
    </w:p>
    <w:p w14:paraId="67F57061" w14:textId="47D57814" w:rsidR="001041B8" w:rsidRPr="00E97067" w:rsidRDefault="00000000" w:rsidP="00905E68">
      <w:pPr>
        <w:pStyle w:val="Titre2"/>
        <w:rPr>
          <w:lang w:val="fr-FR"/>
        </w:rPr>
      </w:pPr>
      <w:bookmarkStart w:id="120" w:name="_Toc231178515"/>
      <w:r w:rsidRPr="00E97067">
        <w:rPr>
          <w:lang w:val="fr-FR"/>
        </w:rPr>
        <w:t>Qui peut le faire</w:t>
      </w:r>
      <w:bookmarkEnd w:id="120"/>
    </w:p>
    <w:p w14:paraId="6D359D17" w14:textId="636C76A6" w:rsidR="001041B8" w:rsidRPr="00E97067" w:rsidRDefault="00000000">
      <w:pPr>
        <w:rPr>
          <w:lang w:val="fr-FR"/>
        </w:rPr>
      </w:pPr>
      <w:r w:rsidRPr="00E97067">
        <w:rPr>
          <w:lang w:val="fr-FR"/>
        </w:rPr>
        <w:t>Manager.</w:t>
      </w:r>
    </w:p>
    <w:p w14:paraId="58ACC740" w14:textId="5310A0E9" w:rsidR="001041B8" w:rsidRPr="00E97067" w:rsidRDefault="00000000" w:rsidP="00905E68">
      <w:pPr>
        <w:pStyle w:val="Titre2"/>
        <w:rPr>
          <w:lang w:val="fr-FR"/>
        </w:rPr>
      </w:pPr>
      <w:bookmarkStart w:id="121" w:name="_Toc231178516"/>
      <w:r w:rsidRPr="00E97067">
        <w:rPr>
          <w:lang w:val="fr-FR"/>
        </w:rPr>
        <w:t>Etapes</w:t>
      </w:r>
      <w:bookmarkEnd w:id="121"/>
    </w:p>
    <w:p w14:paraId="7764B6EA" w14:textId="77777777" w:rsidR="001041B8" w:rsidRPr="00E97067" w:rsidRDefault="00000000">
      <w:pPr>
        <w:rPr>
          <w:lang w:val="fr-FR"/>
        </w:rPr>
      </w:pPr>
      <w:r w:rsidRPr="00E97067">
        <w:rPr>
          <w:lang w:val="fr-FR"/>
        </w:rPr>
        <w:t>1. Ouvrir `Planning`.</w:t>
      </w:r>
    </w:p>
    <w:p w14:paraId="6DCA38F3" w14:textId="252CBE68" w:rsidR="001041B8" w:rsidRDefault="00905E68">
      <w:pPr>
        <w:rPr>
          <w:lang w:val="fr-FR"/>
        </w:rPr>
      </w:pPr>
      <w:r>
        <w:rPr>
          <w:noProof/>
          <w:lang w:val="fr-FR"/>
        </w:rPr>
        <mc:AlternateContent>
          <mc:Choice Requires="wps">
            <w:drawing>
              <wp:anchor distT="0" distB="0" distL="114300" distR="114300" simplePos="0" relativeHeight="251814400" behindDoc="0" locked="0" layoutInCell="1" allowOverlap="1" wp14:anchorId="65BC4E44" wp14:editId="1559A763">
                <wp:simplePos x="0" y="0"/>
                <wp:positionH relativeFrom="column">
                  <wp:posOffset>1252117</wp:posOffset>
                </wp:positionH>
                <wp:positionV relativeFrom="paragraph">
                  <wp:posOffset>226695</wp:posOffset>
                </wp:positionV>
                <wp:extent cx="45719" cy="272186"/>
                <wp:effectExtent l="76200" t="19050" r="69215" b="90170"/>
                <wp:wrapNone/>
                <wp:docPr id="2070935018" name="Connecteur droit avec flèch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272186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0D75D0" id="Connecteur droit avec flèche 17" o:spid="_x0000_s1026" type="#_x0000_t32" style="position:absolute;margin-left:98.6pt;margin-top:17.85pt;width:3.6pt;height:21.45pt;flip:x;z-index:25181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" strokecolor="#c00000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  <w:r w:rsidR="00000000" w:rsidRPr="00E97067">
        <w:rPr>
          <w:lang w:val="fr-FR"/>
        </w:rPr>
        <w:t xml:space="preserve">2. Cliquer sur `Salon </w:t>
      </w:r>
      <w:proofErr w:type="spellStart"/>
      <w:r w:rsidR="00000000" w:rsidRPr="00E97067">
        <w:rPr>
          <w:lang w:val="fr-FR"/>
        </w:rPr>
        <w:t>hours</w:t>
      </w:r>
      <w:proofErr w:type="spellEnd"/>
      <w:r w:rsidR="00000000" w:rsidRPr="00E97067">
        <w:rPr>
          <w:lang w:val="fr-FR"/>
        </w:rPr>
        <w:t>`.</w:t>
      </w:r>
    </w:p>
    <w:p w14:paraId="10BCC40D" w14:textId="0E77CE29" w:rsidR="00905E68" w:rsidRPr="00E97067" w:rsidRDefault="00905E68">
      <w:pPr>
        <w:rPr>
          <w:lang w:val="fr-FR"/>
        </w:rPr>
      </w:pPr>
      <w:r w:rsidRPr="00905E68">
        <w:rPr>
          <w:lang w:val="fr-FR"/>
        </w:rPr>
        <w:drawing>
          <wp:inline distT="0" distB="0" distL="0" distR="0" wp14:anchorId="7D4EF725" wp14:editId="349CE6F3">
            <wp:extent cx="5486400" cy="2614295"/>
            <wp:effectExtent l="0" t="0" r="0" b="0"/>
            <wp:docPr id="128870468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8704687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1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F7AB8E" w14:textId="77777777" w:rsidR="001041B8" w:rsidRPr="00E97067" w:rsidRDefault="00000000">
      <w:pPr>
        <w:rPr>
          <w:lang w:val="fr-FR"/>
        </w:rPr>
      </w:pPr>
      <w:r w:rsidRPr="00E97067">
        <w:rPr>
          <w:lang w:val="fr-FR"/>
        </w:rPr>
        <w:t>3. Choisir la boutique si un filtre est disponible.</w:t>
      </w:r>
    </w:p>
    <w:p w14:paraId="157D2202" w14:textId="77777777" w:rsidR="001041B8" w:rsidRPr="00E97067" w:rsidRDefault="00000000">
      <w:pPr>
        <w:rPr>
          <w:lang w:val="fr-FR"/>
        </w:rPr>
      </w:pPr>
      <w:r w:rsidRPr="00E97067">
        <w:rPr>
          <w:lang w:val="fr-FR"/>
        </w:rPr>
        <w:t>4. Pour chaque jour, indiquer si le salon est ouvert.</w:t>
      </w:r>
    </w:p>
    <w:p w14:paraId="7C8E5BC6" w14:textId="77777777" w:rsidR="001041B8" w:rsidRPr="00E97067" w:rsidRDefault="00000000">
      <w:pPr>
        <w:rPr>
          <w:lang w:val="fr-FR"/>
        </w:rPr>
      </w:pPr>
      <w:r w:rsidRPr="00E97067">
        <w:rPr>
          <w:lang w:val="fr-FR"/>
        </w:rPr>
        <w:t>5. Renseigner l'heure d'ouverture.</w:t>
      </w:r>
    </w:p>
    <w:p w14:paraId="7C63C2D9" w14:textId="77777777" w:rsidR="001041B8" w:rsidRPr="00E97067" w:rsidRDefault="00000000">
      <w:pPr>
        <w:rPr>
          <w:lang w:val="fr-FR"/>
        </w:rPr>
      </w:pPr>
      <w:r w:rsidRPr="00E97067">
        <w:rPr>
          <w:lang w:val="fr-FR"/>
        </w:rPr>
        <w:t>6. Renseigner l'heure de fermeture.</w:t>
      </w:r>
    </w:p>
    <w:p w14:paraId="4802EF20" w14:textId="40916882" w:rsidR="001041B8" w:rsidRPr="00E97067" w:rsidRDefault="00000000">
      <w:pPr>
        <w:rPr>
          <w:lang w:val="fr-FR"/>
        </w:rPr>
      </w:pPr>
      <w:r w:rsidRPr="00E97067">
        <w:rPr>
          <w:lang w:val="fr-FR"/>
        </w:rPr>
        <w:t>7. Enregistrer.</w:t>
      </w:r>
    </w:p>
    <w:p w14:paraId="12E074C3" w14:textId="61CAEC38" w:rsidR="001041B8" w:rsidRPr="00E97067" w:rsidRDefault="00905E68" w:rsidP="00905E68">
      <w:pPr>
        <w:pStyle w:val="Titre2"/>
        <w:rPr>
          <w:lang w:val="fr-FR"/>
        </w:rPr>
      </w:pPr>
      <w:bookmarkStart w:id="122" w:name="_Toc231178517"/>
      <w:r w:rsidRPr="00E97067">
        <w:rPr>
          <w:lang w:val="fr-FR"/>
        </w:rPr>
        <w:t>Résultat</w:t>
      </w:r>
      <w:r w:rsidR="00000000" w:rsidRPr="00E97067">
        <w:rPr>
          <w:lang w:val="fr-FR"/>
        </w:rPr>
        <w:t xml:space="preserve"> attendu</w:t>
      </w:r>
      <w:bookmarkEnd w:id="122"/>
    </w:p>
    <w:p w14:paraId="47EC15C9" w14:textId="77777777" w:rsidR="001041B8" w:rsidRPr="00E97067" w:rsidRDefault="00000000">
      <w:pPr>
        <w:rPr>
          <w:lang w:val="fr-FR"/>
        </w:rPr>
      </w:pPr>
      <w:r w:rsidRPr="00E97067">
        <w:rPr>
          <w:lang w:val="fr-FR"/>
        </w:rPr>
        <w:t>Les nouveaux horaires sont appliques au planning.</w:t>
      </w:r>
    </w:p>
    <w:p w14:paraId="470C9BA8" w14:textId="77777777" w:rsidR="001041B8" w:rsidRPr="00E97067" w:rsidRDefault="001041B8">
      <w:pPr>
        <w:rPr>
          <w:lang w:val="fr-FR"/>
        </w:rPr>
      </w:pPr>
    </w:p>
    <w:p w14:paraId="5A0EB3FC" w14:textId="40D514EF" w:rsidR="001041B8" w:rsidRPr="00E97067" w:rsidRDefault="00000000" w:rsidP="00905E68">
      <w:pPr>
        <w:pStyle w:val="Titre2"/>
        <w:rPr>
          <w:lang w:val="fr-FR"/>
        </w:rPr>
      </w:pPr>
      <w:bookmarkStart w:id="123" w:name="_Toc231178518"/>
      <w:r w:rsidRPr="00E97067">
        <w:rPr>
          <w:lang w:val="fr-FR"/>
        </w:rPr>
        <w:lastRenderedPageBreak/>
        <w:t>A savoir</w:t>
      </w:r>
      <w:bookmarkEnd w:id="123"/>
    </w:p>
    <w:p w14:paraId="011BA1C4" w14:textId="474163BD" w:rsidR="001041B8" w:rsidRPr="00E97067" w:rsidRDefault="00000000">
      <w:pPr>
        <w:rPr>
          <w:lang w:val="fr-FR"/>
        </w:rPr>
      </w:pPr>
      <w:r w:rsidRPr="00E97067">
        <w:rPr>
          <w:lang w:val="fr-FR"/>
        </w:rPr>
        <w:t xml:space="preserve">Si </w:t>
      </w:r>
      <w:proofErr w:type="gramStart"/>
      <w:r w:rsidRPr="00E97067">
        <w:rPr>
          <w:lang w:val="fr-FR"/>
        </w:rPr>
        <w:t xml:space="preserve">une plage </w:t>
      </w:r>
      <w:r w:rsidR="006139CA" w:rsidRPr="00E97067">
        <w:rPr>
          <w:lang w:val="fr-FR"/>
        </w:rPr>
        <w:t>employé</w:t>
      </w:r>
      <w:proofErr w:type="gramEnd"/>
      <w:r w:rsidRPr="00E97067">
        <w:rPr>
          <w:lang w:val="fr-FR"/>
        </w:rPr>
        <w:t xml:space="preserve"> </w:t>
      </w:r>
      <w:r w:rsidR="006139CA" w:rsidRPr="00E97067">
        <w:rPr>
          <w:lang w:val="fr-FR"/>
        </w:rPr>
        <w:t>dépasse</w:t>
      </w:r>
      <w:r w:rsidRPr="00E97067">
        <w:rPr>
          <w:lang w:val="fr-FR"/>
        </w:rPr>
        <w:t xml:space="preserve"> les nouveaux horaires de boutique, elle est </w:t>
      </w:r>
      <w:r w:rsidR="006139CA" w:rsidRPr="00E97067">
        <w:rPr>
          <w:lang w:val="fr-FR"/>
        </w:rPr>
        <w:t>ajustée</w:t>
      </w:r>
      <w:r w:rsidRPr="00E97067">
        <w:rPr>
          <w:lang w:val="fr-FR"/>
        </w:rPr>
        <w:t xml:space="preserve"> pour rester dans l'amplitude </w:t>
      </w:r>
      <w:r w:rsidR="006139CA" w:rsidRPr="00E97067">
        <w:rPr>
          <w:lang w:val="fr-FR"/>
        </w:rPr>
        <w:t>autorisée</w:t>
      </w:r>
      <w:r w:rsidRPr="00E97067">
        <w:rPr>
          <w:lang w:val="fr-FR"/>
        </w:rPr>
        <w:t>.</w:t>
      </w:r>
    </w:p>
    <w:p w14:paraId="1E223B6F" w14:textId="03793BB9" w:rsidR="001041B8" w:rsidRPr="00E97067" w:rsidRDefault="00000000">
      <w:pPr>
        <w:rPr>
          <w:lang w:val="fr-FR"/>
        </w:rPr>
      </w:pPr>
      <w:r w:rsidRPr="00E97067">
        <w:rPr>
          <w:lang w:val="fr-FR"/>
        </w:rPr>
        <w:t xml:space="preserve">Un </w:t>
      </w:r>
      <w:r w:rsidR="006139CA" w:rsidRPr="00E97067">
        <w:rPr>
          <w:lang w:val="fr-FR"/>
        </w:rPr>
        <w:t>employé</w:t>
      </w:r>
      <w:r w:rsidRPr="00E97067">
        <w:rPr>
          <w:lang w:val="fr-FR"/>
        </w:rPr>
        <w:t xml:space="preserve"> ne modifie pas les horaires du magasin : il consulte uniquement le </w:t>
      </w:r>
      <w:r w:rsidR="006139CA" w:rsidRPr="00E97067">
        <w:rPr>
          <w:lang w:val="fr-FR"/>
        </w:rPr>
        <w:t>résume</w:t>
      </w:r>
      <w:r w:rsidRPr="00E97067">
        <w:rPr>
          <w:lang w:val="fr-FR"/>
        </w:rPr>
        <w:t>.</w:t>
      </w:r>
    </w:p>
    <w:p w14:paraId="46A522C1" w14:textId="1E34A1FA" w:rsidR="001041B8" w:rsidRPr="00E97067" w:rsidRDefault="00833872" w:rsidP="00833872">
      <w:pPr>
        <w:pStyle w:val="Titre1"/>
      </w:pPr>
      <w:r>
        <w:t xml:space="preserve"> </w:t>
      </w:r>
      <w:r w:rsidR="00000000" w:rsidRPr="00E97067">
        <w:t xml:space="preserve"> </w:t>
      </w:r>
      <w:bookmarkStart w:id="124" w:name="_Toc231178519"/>
      <w:r w:rsidR="00000000" w:rsidRPr="00E97067">
        <w:t xml:space="preserve">Parcours back-office : </w:t>
      </w:r>
      <w:r w:rsidR="00905E68" w:rsidRPr="00E97067">
        <w:t>gérer</w:t>
      </w:r>
      <w:r w:rsidR="00000000" w:rsidRPr="00E97067">
        <w:t xml:space="preserve"> les clients</w:t>
      </w:r>
      <w:bookmarkEnd w:id="124"/>
    </w:p>
    <w:p w14:paraId="48333126" w14:textId="77777777" w:rsidR="001041B8" w:rsidRPr="00E97067" w:rsidRDefault="00000000">
      <w:pPr>
        <w:pStyle w:val="Titre2"/>
        <w:rPr>
          <w:lang w:val="fr-FR"/>
        </w:rPr>
      </w:pPr>
      <w:bookmarkStart w:id="125" w:name="_Toc231178520"/>
      <w:r w:rsidRPr="00E97067">
        <w:rPr>
          <w:lang w:val="fr-FR"/>
        </w:rPr>
        <w:t>Objectif</w:t>
      </w:r>
      <w:bookmarkEnd w:id="125"/>
    </w:p>
    <w:p w14:paraId="624C96EB" w14:textId="3BCF641E" w:rsidR="001041B8" w:rsidRPr="00E97067" w:rsidRDefault="00000000">
      <w:pPr>
        <w:rPr>
          <w:lang w:val="fr-FR"/>
        </w:rPr>
      </w:pPr>
      <w:r w:rsidRPr="00E97067">
        <w:rPr>
          <w:lang w:val="fr-FR"/>
        </w:rPr>
        <w:t>Creer, retrouver, modifier ou consulter une fiche client.</w:t>
      </w:r>
    </w:p>
    <w:p w14:paraId="2F46AC0F" w14:textId="77777777" w:rsidR="001041B8" w:rsidRPr="00E97067" w:rsidRDefault="00000000">
      <w:pPr>
        <w:pStyle w:val="Titre2"/>
        <w:rPr>
          <w:lang w:val="fr-FR"/>
        </w:rPr>
      </w:pPr>
      <w:bookmarkStart w:id="126" w:name="_Toc231178521"/>
      <w:r w:rsidRPr="00E97067">
        <w:rPr>
          <w:lang w:val="fr-FR"/>
        </w:rPr>
        <w:t>Qui peut le faire</w:t>
      </w:r>
      <w:bookmarkEnd w:id="126"/>
    </w:p>
    <w:p w14:paraId="4B251C2D" w14:textId="374C4961" w:rsidR="001041B8" w:rsidRPr="00E97067" w:rsidRDefault="006139CA">
      <w:pPr>
        <w:rPr>
          <w:lang w:val="fr-FR"/>
        </w:rPr>
      </w:pPr>
      <w:r w:rsidRPr="00E97067">
        <w:rPr>
          <w:lang w:val="fr-FR"/>
        </w:rPr>
        <w:t>Employé</w:t>
      </w:r>
      <w:r w:rsidR="00000000" w:rsidRPr="00E97067">
        <w:rPr>
          <w:lang w:val="fr-FR"/>
        </w:rPr>
        <w:t xml:space="preserve"> ou manager selon les permissions.</w:t>
      </w:r>
    </w:p>
    <w:p w14:paraId="2631D8D9" w14:textId="77777777" w:rsidR="001041B8" w:rsidRPr="00E97067" w:rsidRDefault="00000000">
      <w:pPr>
        <w:pStyle w:val="Titre2"/>
        <w:rPr>
          <w:lang w:val="fr-FR"/>
        </w:rPr>
      </w:pPr>
      <w:bookmarkStart w:id="127" w:name="_Toc231178522"/>
      <w:r w:rsidRPr="00E97067">
        <w:rPr>
          <w:lang w:val="fr-FR"/>
        </w:rPr>
        <w:t>Etapes pour rechercher un client</w:t>
      </w:r>
      <w:bookmarkEnd w:id="127"/>
    </w:p>
    <w:p w14:paraId="2755DFFD" w14:textId="77777777" w:rsidR="001041B8" w:rsidRPr="00E97067" w:rsidRDefault="00000000">
      <w:pPr>
        <w:rPr>
          <w:lang w:val="fr-FR"/>
        </w:rPr>
      </w:pPr>
      <w:r w:rsidRPr="00E97067">
        <w:rPr>
          <w:lang w:val="fr-FR"/>
        </w:rPr>
        <w:t>1. Ouvrir `</w:t>
      </w:r>
      <w:proofErr w:type="spellStart"/>
      <w:r w:rsidRPr="00E97067">
        <w:rPr>
          <w:lang w:val="fr-FR"/>
        </w:rPr>
        <w:t>Customers</w:t>
      </w:r>
      <w:proofErr w:type="spellEnd"/>
      <w:r w:rsidRPr="00E97067">
        <w:rPr>
          <w:lang w:val="fr-FR"/>
        </w:rPr>
        <w:t>`.</w:t>
      </w:r>
    </w:p>
    <w:p w14:paraId="247EA63B" w14:textId="35F2964C" w:rsidR="001041B8" w:rsidRPr="00E97067" w:rsidRDefault="00000000">
      <w:pPr>
        <w:rPr>
          <w:lang w:val="fr-FR"/>
        </w:rPr>
      </w:pPr>
      <w:r w:rsidRPr="00E97067">
        <w:rPr>
          <w:lang w:val="fr-FR"/>
        </w:rPr>
        <w:t xml:space="preserve">2. Saisir un nom, </w:t>
      </w:r>
      <w:proofErr w:type="gramStart"/>
      <w:r w:rsidRPr="00E97067">
        <w:rPr>
          <w:lang w:val="fr-FR"/>
        </w:rPr>
        <w:t>email</w:t>
      </w:r>
      <w:proofErr w:type="gramEnd"/>
      <w:r w:rsidRPr="00E97067">
        <w:rPr>
          <w:lang w:val="fr-FR"/>
        </w:rPr>
        <w:t xml:space="preserve"> ou </w:t>
      </w:r>
      <w:r w:rsidR="006139CA" w:rsidRPr="00E97067">
        <w:rPr>
          <w:lang w:val="fr-FR"/>
        </w:rPr>
        <w:t>téléphone</w:t>
      </w:r>
      <w:r w:rsidRPr="00E97067">
        <w:rPr>
          <w:lang w:val="fr-FR"/>
        </w:rPr>
        <w:t>.</w:t>
      </w:r>
    </w:p>
    <w:p w14:paraId="29BBFD8D" w14:textId="669545F6" w:rsidR="001041B8" w:rsidRDefault="00000000">
      <w:pPr>
        <w:rPr>
          <w:lang w:val="fr-FR"/>
        </w:rPr>
      </w:pPr>
      <w:r w:rsidRPr="00E97067">
        <w:rPr>
          <w:lang w:val="fr-FR"/>
        </w:rPr>
        <w:t xml:space="preserve">3. </w:t>
      </w:r>
      <w:r w:rsidR="006139CA" w:rsidRPr="00E97067">
        <w:rPr>
          <w:lang w:val="fr-FR"/>
        </w:rPr>
        <w:t>Sélectionner</w:t>
      </w:r>
      <w:r w:rsidRPr="00E97067">
        <w:rPr>
          <w:lang w:val="fr-FR"/>
        </w:rPr>
        <w:t xml:space="preserve"> le client dans la liste.</w:t>
      </w:r>
    </w:p>
    <w:p w14:paraId="65F284DE" w14:textId="0D881D76" w:rsidR="00014E89" w:rsidRPr="00E97067" w:rsidRDefault="00014E89">
      <w:pPr>
        <w:rPr>
          <w:lang w:val="fr-FR"/>
        </w:rPr>
      </w:pPr>
      <w:r>
        <w:rPr>
          <w:noProof/>
          <w:lang w:val="fr-FR"/>
        </w:rPr>
        <mc:AlternateContent>
          <mc:Choice Requires="wps">
            <w:drawing>
              <wp:anchor distT="0" distB="0" distL="114300" distR="114300" simplePos="0" relativeHeight="251822592" behindDoc="0" locked="0" layoutInCell="1" allowOverlap="1" wp14:anchorId="39DEE473" wp14:editId="32803699">
                <wp:simplePos x="0" y="0"/>
                <wp:positionH relativeFrom="column">
                  <wp:posOffset>305410</wp:posOffset>
                </wp:positionH>
                <wp:positionV relativeFrom="paragraph">
                  <wp:posOffset>1003452</wp:posOffset>
                </wp:positionV>
                <wp:extent cx="210261" cy="261824"/>
                <wp:effectExtent l="38100" t="38100" r="56515" b="81280"/>
                <wp:wrapNone/>
                <wp:docPr id="1557145704" name="Connecteur droit avec flèch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0261" cy="261824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4BEF4B" id="Connecteur droit avec flèche 19" o:spid="_x0000_s1026" type="#_x0000_t32" style="position:absolute;margin-left:24.05pt;margin-top:79pt;width:16.55pt;height:20.6pt;flip:y;z-index:25182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" strokecolor="#c00000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val="fr-FR"/>
        </w:rPr>
        <mc:AlternateContent>
          <mc:Choice Requires="wps">
            <w:drawing>
              <wp:anchor distT="0" distB="0" distL="114300" distR="114300" simplePos="0" relativeHeight="251804160" behindDoc="0" locked="0" layoutInCell="1" allowOverlap="1" wp14:anchorId="5BB17166" wp14:editId="0A53235C">
                <wp:simplePos x="0" y="0"/>
                <wp:positionH relativeFrom="column">
                  <wp:posOffset>1183234</wp:posOffset>
                </wp:positionH>
                <wp:positionV relativeFrom="paragraph">
                  <wp:posOffset>716636</wp:posOffset>
                </wp:positionV>
                <wp:extent cx="263347" cy="36576"/>
                <wp:effectExtent l="57150" t="57150" r="60960" b="97155"/>
                <wp:wrapNone/>
                <wp:docPr id="1974654948" name="Connecteur droit avec flèch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63347" cy="36576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CBC00AC" id="Connecteur droit avec flèche 18" o:spid="_x0000_s1026" type="#_x0000_t32" style="position:absolute;margin-left:93.15pt;margin-top:56.45pt;width:20.75pt;height:2.9pt;flip:x y;z-index:25180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" strokecolor="#c00000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  <w:r w:rsidRPr="00014E89">
        <w:rPr>
          <w:lang w:val="fr-FR"/>
        </w:rPr>
        <w:drawing>
          <wp:inline distT="0" distB="0" distL="0" distR="0" wp14:anchorId="14879AD2" wp14:editId="21025F0A">
            <wp:extent cx="5486400" cy="2606040"/>
            <wp:effectExtent l="0" t="0" r="0" b="3810"/>
            <wp:docPr id="63204484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2044845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06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CD2559" w14:textId="5224B38F" w:rsidR="001041B8" w:rsidRPr="00E97067" w:rsidRDefault="00000000">
      <w:pPr>
        <w:pStyle w:val="Titre2"/>
        <w:rPr>
          <w:lang w:val="fr-FR"/>
        </w:rPr>
      </w:pPr>
      <w:bookmarkStart w:id="128" w:name="_Toc231178523"/>
      <w:r w:rsidRPr="00E97067">
        <w:rPr>
          <w:lang w:val="fr-FR"/>
        </w:rPr>
        <w:t xml:space="preserve">Etapes pour </w:t>
      </w:r>
      <w:r w:rsidR="007B42FA" w:rsidRPr="00E97067">
        <w:rPr>
          <w:lang w:val="fr-FR"/>
        </w:rPr>
        <w:t>créer</w:t>
      </w:r>
      <w:r w:rsidRPr="00E97067">
        <w:rPr>
          <w:lang w:val="fr-FR"/>
        </w:rPr>
        <w:t xml:space="preserve"> un client</w:t>
      </w:r>
      <w:bookmarkEnd w:id="128"/>
    </w:p>
    <w:p w14:paraId="59D1875C" w14:textId="2E3110A2" w:rsidR="001041B8" w:rsidRPr="007B42FA" w:rsidRDefault="00000000" w:rsidP="007B42FA">
      <w:pPr>
        <w:pStyle w:val="Paragraphedeliste"/>
        <w:numPr>
          <w:ilvl w:val="0"/>
          <w:numId w:val="25"/>
        </w:numPr>
        <w:rPr>
          <w:lang w:val="fr-FR"/>
        </w:rPr>
      </w:pPr>
      <w:r w:rsidRPr="007B42FA">
        <w:rPr>
          <w:lang w:val="fr-FR"/>
        </w:rPr>
        <w:t xml:space="preserve">Cliquer sur `New </w:t>
      </w:r>
      <w:proofErr w:type="spellStart"/>
      <w:r w:rsidRPr="007B42FA">
        <w:rPr>
          <w:lang w:val="fr-FR"/>
        </w:rPr>
        <w:t>customer</w:t>
      </w:r>
      <w:proofErr w:type="spellEnd"/>
      <w:r w:rsidRPr="007B42FA">
        <w:rPr>
          <w:lang w:val="fr-FR"/>
        </w:rPr>
        <w:t>`.</w:t>
      </w:r>
    </w:p>
    <w:p w14:paraId="1556636D" w14:textId="63AD356B" w:rsidR="007B42FA" w:rsidRPr="007B42FA" w:rsidRDefault="007B42FA" w:rsidP="007B42FA">
      <w:pPr>
        <w:rPr>
          <w:lang w:val="fr-FR"/>
        </w:rPr>
      </w:pPr>
      <w:r>
        <w:rPr>
          <w:noProof/>
          <w:lang w:val="fr-FR"/>
        </w:rPr>
        <w:lastRenderedPageBreak/>
        <mc:AlternateContent>
          <mc:Choice Requires="wps">
            <w:drawing>
              <wp:anchor distT="0" distB="0" distL="114300" distR="114300" simplePos="0" relativeHeight="251840000" behindDoc="0" locked="0" layoutInCell="1" allowOverlap="1" wp14:anchorId="06E743DC" wp14:editId="7BBB4B91">
                <wp:simplePos x="0" y="0"/>
                <wp:positionH relativeFrom="column">
                  <wp:posOffset>4864303</wp:posOffset>
                </wp:positionH>
                <wp:positionV relativeFrom="paragraph">
                  <wp:posOffset>338023</wp:posOffset>
                </wp:positionV>
                <wp:extent cx="300888" cy="159411"/>
                <wp:effectExtent l="38100" t="38100" r="61595" b="88265"/>
                <wp:wrapNone/>
                <wp:docPr id="392873952" name="Connecteur droit avec flèch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00888" cy="159411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44F37C" id="Connecteur droit avec flèche 19" o:spid="_x0000_s1026" type="#_x0000_t32" style="position:absolute;margin-left:383pt;margin-top:26.6pt;width:23.7pt;height:12.55pt;flip:y;z-index:25184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" strokecolor="#c00000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  <w:r w:rsidRPr="00014E89">
        <w:rPr>
          <w:lang w:val="fr-FR"/>
        </w:rPr>
        <w:drawing>
          <wp:inline distT="0" distB="0" distL="0" distR="0" wp14:anchorId="3133BE0A" wp14:editId="5B743DBD">
            <wp:extent cx="5486400" cy="2606040"/>
            <wp:effectExtent l="0" t="0" r="0" b="3810"/>
            <wp:docPr id="107115508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2044845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06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42ADF6" w14:textId="53A8E4D4" w:rsidR="001041B8" w:rsidRPr="00E97067" w:rsidRDefault="00000000">
      <w:pPr>
        <w:rPr>
          <w:lang w:val="fr-FR"/>
        </w:rPr>
      </w:pPr>
      <w:r w:rsidRPr="00E97067">
        <w:rPr>
          <w:lang w:val="fr-FR"/>
        </w:rPr>
        <w:t xml:space="preserve">2. Renseigner les informations </w:t>
      </w:r>
      <w:r w:rsidR="007B42FA" w:rsidRPr="00E97067">
        <w:rPr>
          <w:lang w:val="fr-FR"/>
        </w:rPr>
        <w:t>demandées</w:t>
      </w:r>
      <w:r w:rsidRPr="00E97067">
        <w:rPr>
          <w:lang w:val="fr-FR"/>
        </w:rPr>
        <w:t>.</w:t>
      </w:r>
    </w:p>
    <w:p w14:paraId="57189287" w14:textId="77777777" w:rsidR="001041B8" w:rsidRPr="00E97067" w:rsidRDefault="00000000">
      <w:pPr>
        <w:rPr>
          <w:lang w:val="fr-FR"/>
        </w:rPr>
      </w:pPr>
      <w:r w:rsidRPr="00E97067">
        <w:rPr>
          <w:lang w:val="fr-FR"/>
        </w:rPr>
        <w:t>3. Enregistrer.</w:t>
      </w:r>
    </w:p>
    <w:p w14:paraId="55A6BA19" w14:textId="30604DD6" w:rsidR="001041B8" w:rsidRPr="00E97067" w:rsidRDefault="00000000">
      <w:pPr>
        <w:rPr>
          <w:lang w:val="fr-FR"/>
        </w:rPr>
      </w:pPr>
      <w:r w:rsidRPr="00E97067">
        <w:rPr>
          <w:lang w:val="fr-FR"/>
        </w:rPr>
        <w:t xml:space="preserve">4. </w:t>
      </w:r>
      <w:r w:rsidR="007B42FA" w:rsidRPr="00E97067">
        <w:rPr>
          <w:lang w:val="fr-FR"/>
        </w:rPr>
        <w:t>Vérifier</w:t>
      </w:r>
      <w:r w:rsidRPr="00E97067">
        <w:rPr>
          <w:lang w:val="fr-FR"/>
        </w:rPr>
        <w:t xml:space="preserve"> que la fiche client s'affiche.</w:t>
      </w:r>
    </w:p>
    <w:p w14:paraId="04017169" w14:textId="7996C5C8" w:rsidR="001041B8" w:rsidRPr="00E97067" w:rsidRDefault="00000000" w:rsidP="007B42FA">
      <w:pPr>
        <w:pStyle w:val="Titre2"/>
        <w:rPr>
          <w:lang w:val="fr-FR"/>
        </w:rPr>
      </w:pPr>
      <w:bookmarkStart w:id="129" w:name="_Toc231178524"/>
      <w:r w:rsidRPr="00E97067">
        <w:rPr>
          <w:lang w:val="fr-FR"/>
        </w:rPr>
        <w:t>Etapes pour modifier un client</w:t>
      </w:r>
      <w:bookmarkEnd w:id="129"/>
    </w:p>
    <w:p w14:paraId="46687C52" w14:textId="1A272BC3" w:rsidR="001041B8" w:rsidRPr="00E97067" w:rsidRDefault="00000000">
      <w:pPr>
        <w:rPr>
          <w:lang w:val="fr-FR"/>
        </w:rPr>
      </w:pPr>
      <w:r w:rsidRPr="00E97067">
        <w:rPr>
          <w:lang w:val="fr-FR"/>
        </w:rPr>
        <w:t xml:space="preserve">1. </w:t>
      </w:r>
      <w:r w:rsidR="006139CA" w:rsidRPr="00E97067">
        <w:rPr>
          <w:lang w:val="fr-FR"/>
        </w:rPr>
        <w:t>Sélectionner</w:t>
      </w:r>
      <w:r w:rsidRPr="00E97067">
        <w:rPr>
          <w:lang w:val="fr-FR"/>
        </w:rPr>
        <w:t xml:space="preserve"> le client.</w:t>
      </w:r>
    </w:p>
    <w:p w14:paraId="317631F4" w14:textId="77777777" w:rsidR="001041B8" w:rsidRDefault="00000000">
      <w:pPr>
        <w:rPr>
          <w:lang w:val="fr-FR"/>
        </w:rPr>
      </w:pPr>
      <w:r w:rsidRPr="00E97067">
        <w:rPr>
          <w:lang w:val="fr-FR"/>
        </w:rPr>
        <w:t xml:space="preserve">2. Cliquer sur `Edit </w:t>
      </w:r>
      <w:proofErr w:type="spellStart"/>
      <w:r w:rsidRPr="00E97067">
        <w:rPr>
          <w:lang w:val="fr-FR"/>
        </w:rPr>
        <w:t>customer</w:t>
      </w:r>
      <w:proofErr w:type="spellEnd"/>
      <w:r w:rsidRPr="00E97067">
        <w:rPr>
          <w:lang w:val="fr-FR"/>
        </w:rPr>
        <w:t>`.</w:t>
      </w:r>
    </w:p>
    <w:p w14:paraId="4A003DAD" w14:textId="40493E3C" w:rsidR="007B42FA" w:rsidRPr="00E97067" w:rsidRDefault="007B42FA">
      <w:pPr>
        <w:rPr>
          <w:lang w:val="fr-FR"/>
        </w:rPr>
      </w:pPr>
      <w:r>
        <w:rPr>
          <w:noProof/>
          <w:lang w:val="fr-FR"/>
        </w:rPr>
        <mc:AlternateContent>
          <mc:Choice Requires="wps">
            <w:drawing>
              <wp:anchor distT="0" distB="0" distL="114300" distR="114300" simplePos="0" relativeHeight="251848192" behindDoc="0" locked="0" layoutInCell="1" allowOverlap="1" wp14:anchorId="7ADEEAF3" wp14:editId="5B4EFE86">
                <wp:simplePos x="0" y="0"/>
                <wp:positionH relativeFrom="column">
                  <wp:posOffset>4650639</wp:posOffset>
                </wp:positionH>
                <wp:positionV relativeFrom="paragraph">
                  <wp:posOffset>681914</wp:posOffset>
                </wp:positionV>
                <wp:extent cx="462814" cy="45719"/>
                <wp:effectExtent l="38100" t="38100" r="33020" b="126365"/>
                <wp:wrapNone/>
                <wp:docPr id="1553173064" name="Connecteur droit avec flèch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2814" cy="4571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815581" id="Connecteur droit avec flèche 19" o:spid="_x0000_s1026" type="#_x0000_t32" style="position:absolute;margin-left:366.2pt;margin-top:53.7pt;width:36.45pt;height:3.6pt;z-index:25184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" strokecolor="#c00000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  <w:r w:rsidRPr="007B42FA">
        <w:rPr>
          <w:lang w:val="fr-FR"/>
        </w:rPr>
        <w:drawing>
          <wp:inline distT="0" distB="0" distL="0" distR="0" wp14:anchorId="54E547C2" wp14:editId="47E3721E">
            <wp:extent cx="5486400" cy="2608580"/>
            <wp:effectExtent l="0" t="0" r="0" b="1270"/>
            <wp:docPr id="146167998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1679984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08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672127" w14:textId="77777777" w:rsidR="001041B8" w:rsidRPr="00E97067" w:rsidRDefault="00000000">
      <w:pPr>
        <w:rPr>
          <w:lang w:val="fr-FR"/>
        </w:rPr>
      </w:pPr>
      <w:r w:rsidRPr="00E97067">
        <w:rPr>
          <w:lang w:val="fr-FR"/>
        </w:rPr>
        <w:t>3. Modifier les champs.</w:t>
      </w:r>
    </w:p>
    <w:p w14:paraId="756FA1E4" w14:textId="77777777" w:rsidR="001041B8" w:rsidRPr="00E97067" w:rsidRDefault="00000000">
      <w:pPr>
        <w:rPr>
          <w:lang w:val="fr-FR"/>
        </w:rPr>
      </w:pPr>
      <w:r w:rsidRPr="00E97067">
        <w:rPr>
          <w:lang w:val="fr-FR"/>
        </w:rPr>
        <w:t>4. Enregistrer.</w:t>
      </w:r>
    </w:p>
    <w:p w14:paraId="56A2A808" w14:textId="77777777" w:rsidR="001041B8" w:rsidRPr="00E97067" w:rsidRDefault="001041B8">
      <w:pPr>
        <w:rPr>
          <w:lang w:val="fr-FR"/>
        </w:rPr>
      </w:pPr>
    </w:p>
    <w:p w14:paraId="77934306" w14:textId="10ADBFEC" w:rsidR="001041B8" w:rsidRPr="00E97067" w:rsidRDefault="00000000" w:rsidP="007B42FA">
      <w:pPr>
        <w:pStyle w:val="Titre2"/>
        <w:rPr>
          <w:lang w:val="fr-FR"/>
        </w:rPr>
      </w:pPr>
      <w:bookmarkStart w:id="130" w:name="_Toc231178525"/>
      <w:r w:rsidRPr="00E97067">
        <w:rPr>
          <w:lang w:val="fr-FR"/>
        </w:rPr>
        <w:lastRenderedPageBreak/>
        <w:t>Etapes pour consulter l'</w:t>
      </w:r>
      <w:r w:rsidR="007B42FA" w:rsidRPr="00E97067">
        <w:rPr>
          <w:lang w:val="fr-FR"/>
        </w:rPr>
        <w:t>activité</w:t>
      </w:r>
      <w:r w:rsidRPr="00E97067">
        <w:rPr>
          <w:lang w:val="fr-FR"/>
        </w:rPr>
        <w:t xml:space="preserve"> client</w:t>
      </w:r>
      <w:bookmarkEnd w:id="130"/>
    </w:p>
    <w:p w14:paraId="677F2DA5" w14:textId="7C0F1DD7" w:rsidR="001041B8" w:rsidRPr="00E97067" w:rsidRDefault="00000000">
      <w:pPr>
        <w:rPr>
          <w:lang w:val="fr-FR"/>
        </w:rPr>
      </w:pPr>
      <w:r w:rsidRPr="00E97067">
        <w:rPr>
          <w:lang w:val="fr-FR"/>
        </w:rPr>
        <w:t xml:space="preserve">1. </w:t>
      </w:r>
      <w:r w:rsidR="007B42FA" w:rsidRPr="00E97067">
        <w:rPr>
          <w:lang w:val="fr-FR"/>
        </w:rPr>
        <w:t>Sélectionner</w:t>
      </w:r>
      <w:r w:rsidRPr="00E97067">
        <w:rPr>
          <w:lang w:val="fr-FR"/>
        </w:rPr>
        <w:t xml:space="preserve"> le client.</w:t>
      </w:r>
    </w:p>
    <w:p w14:paraId="15070582" w14:textId="77777777" w:rsidR="001041B8" w:rsidRPr="00E97067" w:rsidRDefault="00000000">
      <w:pPr>
        <w:rPr>
          <w:lang w:val="fr-FR"/>
        </w:rPr>
      </w:pPr>
      <w:r w:rsidRPr="00E97067">
        <w:rPr>
          <w:lang w:val="fr-FR"/>
        </w:rPr>
        <w:t>2. Lire les informations principales.</w:t>
      </w:r>
    </w:p>
    <w:p w14:paraId="496B1BA6" w14:textId="77777777" w:rsidR="001041B8" w:rsidRDefault="00000000">
      <w:pPr>
        <w:rPr>
          <w:lang w:val="fr-FR"/>
        </w:rPr>
      </w:pPr>
      <w:r w:rsidRPr="00E97067">
        <w:rPr>
          <w:lang w:val="fr-FR"/>
        </w:rPr>
        <w:t>3. Consulter les indicateurs : ventes POS, commandes web, rendez-vous, points.</w:t>
      </w:r>
    </w:p>
    <w:p w14:paraId="772D868E" w14:textId="288FDD23" w:rsidR="007B42FA" w:rsidRPr="00E97067" w:rsidRDefault="007B42FA">
      <w:pPr>
        <w:rPr>
          <w:lang w:val="fr-FR"/>
        </w:rPr>
      </w:pPr>
      <w:r w:rsidRPr="00014E89">
        <w:rPr>
          <w:lang w:val="fr-FR"/>
        </w:rPr>
        <w:drawing>
          <wp:inline distT="0" distB="0" distL="0" distR="0" wp14:anchorId="322362C1" wp14:editId="069521F6">
            <wp:extent cx="5486400" cy="2606040"/>
            <wp:effectExtent l="0" t="0" r="0" b="3810"/>
            <wp:docPr id="103245616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2044845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06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109DD3" w14:textId="77777777" w:rsidR="001041B8" w:rsidRPr="00E97067" w:rsidRDefault="00000000">
      <w:pPr>
        <w:rPr>
          <w:lang w:val="fr-FR"/>
        </w:rPr>
      </w:pPr>
      <w:r w:rsidRPr="00E97067">
        <w:rPr>
          <w:lang w:val="fr-FR"/>
        </w:rPr>
        <w:t xml:space="preserve">4. Ouvrir les onglets ou blocs disponibles : </w:t>
      </w:r>
      <w:proofErr w:type="spellStart"/>
      <w:r w:rsidRPr="00E97067">
        <w:rPr>
          <w:lang w:val="fr-FR"/>
        </w:rPr>
        <w:t>overview</w:t>
      </w:r>
      <w:proofErr w:type="spellEnd"/>
      <w:r w:rsidRPr="00E97067">
        <w:rPr>
          <w:lang w:val="fr-FR"/>
        </w:rPr>
        <w:t xml:space="preserve">, </w:t>
      </w:r>
      <w:proofErr w:type="spellStart"/>
      <w:r w:rsidRPr="00E97067">
        <w:rPr>
          <w:lang w:val="fr-FR"/>
        </w:rPr>
        <w:t>appointments</w:t>
      </w:r>
      <w:proofErr w:type="spellEnd"/>
      <w:r w:rsidRPr="00E97067">
        <w:rPr>
          <w:lang w:val="fr-FR"/>
        </w:rPr>
        <w:t xml:space="preserve">, </w:t>
      </w:r>
      <w:proofErr w:type="spellStart"/>
      <w:r w:rsidRPr="00E97067">
        <w:rPr>
          <w:lang w:val="fr-FR"/>
        </w:rPr>
        <w:t>loyalty</w:t>
      </w:r>
      <w:proofErr w:type="spellEnd"/>
      <w:r w:rsidRPr="00E97067">
        <w:rPr>
          <w:lang w:val="fr-FR"/>
        </w:rPr>
        <w:t xml:space="preserve">, </w:t>
      </w:r>
      <w:proofErr w:type="spellStart"/>
      <w:r w:rsidRPr="00E97067">
        <w:rPr>
          <w:lang w:val="fr-FR"/>
        </w:rPr>
        <w:t>purchases</w:t>
      </w:r>
      <w:proofErr w:type="spellEnd"/>
      <w:r w:rsidRPr="00E97067">
        <w:rPr>
          <w:lang w:val="fr-FR"/>
        </w:rPr>
        <w:t>, notifications.</w:t>
      </w:r>
    </w:p>
    <w:p w14:paraId="5C95B5BF" w14:textId="3B55C564" w:rsidR="001041B8" w:rsidRPr="00E97067" w:rsidRDefault="00000000">
      <w:pPr>
        <w:pStyle w:val="Titre2"/>
        <w:rPr>
          <w:lang w:val="fr-FR"/>
        </w:rPr>
      </w:pPr>
      <w:bookmarkStart w:id="131" w:name="_Toc231178526"/>
      <w:r w:rsidRPr="00E97067">
        <w:rPr>
          <w:lang w:val="fr-FR"/>
        </w:rPr>
        <w:t xml:space="preserve">Etapes pour </w:t>
      </w:r>
      <w:r w:rsidR="007B42FA" w:rsidRPr="00E97067">
        <w:rPr>
          <w:lang w:val="fr-FR"/>
        </w:rPr>
        <w:t>générer</w:t>
      </w:r>
      <w:r w:rsidRPr="00E97067">
        <w:rPr>
          <w:lang w:val="fr-FR"/>
        </w:rPr>
        <w:t xml:space="preserve"> un mot de passe temporaire</w:t>
      </w:r>
      <w:bookmarkEnd w:id="131"/>
    </w:p>
    <w:p w14:paraId="668D3A9E" w14:textId="7901D6B2" w:rsidR="001041B8" w:rsidRPr="00E97067" w:rsidRDefault="00000000">
      <w:pPr>
        <w:rPr>
          <w:lang w:val="fr-FR"/>
        </w:rPr>
      </w:pPr>
      <w:r w:rsidRPr="00E97067">
        <w:rPr>
          <w:lang w:val="fr-FR"/>
        </w:rPr>
        <w:t xml:space="preserve">1. </w:t>
      </w:r>
      <w:r w:rsidR="007B42FA" w:rsidRPr="00E97067">
        <w:rPr>
          <w:lang w:val="fr-FR"/>
        </w:rPr>
        <w:t>Sélectionner</w:t>
      </w:r>
      <w:r w:rsidRPr="00E97067">
        <w:rPr>
          <w:lang w:val="fr-FR"/>
        </w:rPr>
        <w:t xml:space="preserve"> le client.</w:t>
      </w:r>
    </w:p>
    <w:p w14:paraId="530EA453" w14:textId="6D060125" w:rsidR="001041B8" w:rsidRDefault="00000000">
      <w:pPr>
        <w:rPr>
          <w:lang w:val="fr-FR"/>
        </w:rPr>
      </w:pPr>
      <w:r w:rsidRPr="00E97067">
        <w:rPr>
          <w:lang w:val="fr-FR"/>
        </w:rPr>
        <w:t xml:space="preserve">2. Cliquer sur l'action de </w:t>
      </w:r>
      <w:r w:rsidR="007B42FA" w:rsidRPr="00E97067">
        <w:rPr>
          <w:lang w:val="fr-FR"/>
        </w:rPr>
        <w:t>génération</w:t>
      </w:r>
      <w:r w:rsidRPr="00E97067">
        <w:rPr>
          <w:lang w:val="fr-FR"/>
        </w:rPr>
        <w:t xml:space="preserve"> si elle est disponible.</w:t>
      </w:r>
    </w:p>
    <w:p w14:paraId="7529A1E9" w14:textId="1A66D5C4" w:rsidR="00D7034F" w:rsidRPr="00E97067" w:rsidRDefault="00D7034F">
      <w:pPr>
        <w:rPr>
          <w:lang w:val="fr-FR"/>
        </w:rPr>
      </w:pPr>
      <w:r>
        <w:rPr>
          <w:noProof/>
          <w:lang w:val="fr-FR"/>
        </w:rPr>
        <mc:AlternateContent>
          <mc:Choice Requires="wps">
            <w:drawing>
              <wp:anchor distT="0" distB="0" distL="114300" distR="114300" simplePos="0" relativeHeight="251831808" behindDoc="0" locked="0" layoutInCell="1" allowOverlap="1" wp14:anchorId="24662C22" wp14:editId="15B0D569">
                <wp:simplePos x="0" y="0"/>
                <wp:positionH relativeFrom="column">
                  <wp:posOffset>4402480</wp:posOffset>
                </wp:positionH>
                <wp:positionV relativeFrom="paragraph">
                  <wp:posOffset>773506</wp:posOffset>
                </wp:positionV>
                <wp:extent cx="462814" cy="45719"/>
                <wp:effectExtent l="38100" t="38100" r="33020" b="126365"/>
                <wp:wrapNone/>
                <wp:docPr id="1305128167" name="Connecteur droit avec flèch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2814" cy="4571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4125F6" id="Connecteur droit avec flèche 19" o:spid="_x0000_s1026" type="#_x0000_t32" style="position:absolute;margin-left:346.65pt;margin-top:60.9pt;width:36.45pt;height:3.6pt;z-index:25183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" strokecolor="#c00000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  <w:r w:rsidRPr="00014E89">
        <w:rPr>
          <w:lang w:val="fr-FR"/>
        </w:rPr>
        <w:drawing>
          <wp:inline distT="0" distB="0" distL="0" distR="0" wp14:anchorId="7133FDB2" wp14:editId="5A18A1C9">
            <wp:extent cx="5486400" cy="2606040"/>
            <wp:effectExtent l="0" t="0" r="0" b="3810"/>
            <wp:docPr id="174661505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2044845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06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C2F7B0" w14:textId="77777777" w:rsidR="001041B8" w:rsidRPr="00E97067" w:rsidRDefault="00000000">
      <w:pPr>
        <w:rPr>
          <w:lang w:val="fr-FR"/>
        </w:rPr>
      </w:pPr>
      <w:r w:rsidRPr="00E97067">
        <w:rPr>
          <w:lang w:val="fr-FR"/>
        </w:rPr>
        <w:lastRenderedPageBreak/>
        <w:t>3. Lire le message de confirmation.</w:t>
      </w:r>
    </w:p>
    <w:p w14:paraId="19A51E97" w14:textId="561C0EE5" w:rsidR="001041B8" w:rsidRPr="00E97067" w:rsidRDefault="00000000">
      <w:pPr>
        <w:rPr>
          <w:lang w:val="fr-FR"/>
        </w:rPr>
      </w:pPr>
      <w:r w:rsidRPr="00E97067">
        <w:rPr>
          <w:lang w:val="fr-FR"/>
        </w:rPr>
        <w:t xml:space="preserve">4. Transmettre le mot de passe temporaire si </w:t>
      </w:r>
      <w:proofErr w:type="gramStart"/>
      <w:r w:rsidRPr="00E97067">
        <w:rPr>
          <w:lang w:val="fr-FR"/>
        </w:rPr>
        <w:t>l'email</w:t>
      </w:r>
      <w:proofErr w:type="gramEnd"/>
      <w:r w:rsidRPr="00E97067">
        <w:rPr>
          <w:lang w:val="fr-FR"/>
        </w:rPr>
        <w:t xml:space="preserve"> n'est pas </w:t>
      </w:r>
      <w:r w:rsidR="007B42FA" w:rsidRPr="00E97067">
        <w:rPr>
          <w:lang w:val="fr-FR"/>
        </w:rPr>
        <w:t>envoyé</w:t>
      </w:r>
      <w:r w:rsidRPr="00E97067">
        <w:rPr>
          <w:lang w:val="fr-FR"/>
        </w:rPr>
        <w:t>.</w:t>
      </w:r>
    </w:p>
    <w:p w14:paraId="220656FC" w14:textId="6B8D9AC1" w:rsidR="001041B8" w:rsidRPr="00E97067" w:rsidRDefault="00000000">
      <w:pPr>
        <w:rPr>
          <w:lang w:val="fr-FR"/>
        </w:rPr>
      </w:pPr>
      <w:r w:rsidRPr="00E97067">
        <w:rPr>
          <w:lang w:val="fr-FR"/>
        </w:rPr>
        <w:t xml:space="preserve">5. Demander au client de modifier son mot de passe au prochain </w:t>
      </w:r>
      <w:r w:rsidR="007B42FA" w:rsidRPr="00E97067">
        <w:rPr>
          <w:lang w:val="fr-FR"/>
        </w:rPr>
        <w:t>accès</w:t>
      </w:r>
      <w:r w:rsidRPr="00E97067">
        <w:rPr>
          <w:lang w:val="fr-FR"/>
        </w:rPr>
        <w:t>.</w:t>
      </w:r>
    </w:p>
    <w:p w14:paraId="08BDF645" w14:textId="222F8417" w:rsidR="001041B8" w:rsidRPr="00E97067" w:rsidRDefault="00833872" w:rsidP="00833872">
      <w:pPr>
        <w:pStyle w:val="Titre1"/>
      </w:pPr>
      <w:r>
        <w:t xml:space="preserve"> </w:t>
      </w:r>
      <w:bookmarkStart w:id="132" w:name="_Toc231178527"/>
      <w:r w:rsidR="00000000" w:rsidRPr="00E97067">
        <w:t xml:space="preserve">Parcours manager : </w:t>
      </w:r>
      <w:r w:rsidR="006139CA" w:rsidRPr="00E97067">
        <w:t>gérer</w:t>
      </w:r>
      <w:r w:rsidR="00000000" w:rsidRPr="00E97067">
        <w:t xml:space="preserve"> les </w:t>
      </w:r>
      <w:r w:rsidR="006139CA" w:rsidRPr="00E97067">
        <w:t>employés</w:t>
      </w:r>
      <w:bookmarkEnd w:id="132"/>
    </w:p>
    <w:p w14:paraId="02D4B8C7" w14:textId="12B1F867" w:rsidR="001041B8" w:rsidRPr="00E97067" w:rsidRDefault="00000000" w:rsidP="00D7034F">
      <w:pPr>
        <w:pStyle w:val="Titre2"/>
        <w:rPr>
          <w:lang w:val="fr-FR"/>
        </w:rPr>
      </w:pPr>
      <w:bookmarkStart w:id="133" w:name="_Toc231178528"/>
      <w:r w:rsidRPr="00E97067">
        <w:rPr>
          <w:lang w:val="fr-FR"/>
        </w:rPr>
        <w:t>Objectif</w:t>
      </w:r>
      <w:bookmarkEnd w:id="133"/>
    </w:p>
    <w:p w14:paraId="35C155FA" w14:textId="24340F6D" w:rsidR="001041B8" w:rsidRPr="00E97067" w:rsidRDefault="00000000">
      <w:pPr>
        <w:rPr>
          <w:lang w:val="fr-FR"/>
        </w:rPr>
      </w:pPr>
      <w:r w:rsidRPr="00E97067">
        <w:rPr>
          <w:lang w:val="fr-FR"/>
        </w:rPr>
        <w:t xml:space="preserve">Administrer les comptes </w:t>
      </w:r>
      <w:r w:rsidR="006139CA" w:rsidRPr="00E97067">
        <w:rPr>
          <w:lang w:val="fr-FR"/>
        </w:rPr>
        <w:t>employés</w:t>
      </w:r>
      <w:r w:rsidRPr="00E97067">
        <w:rPr>
          <w:lang w:val="fr-FR"/>
        </w:rPr>
        <w:t xml:space="preserve"> et leur rattachement boutique.</w:t>
      </w:r>
    </w:p>
    <w:p w14:paraId="4F41AFEC" w14:textId="77777777" w:rsidR="001041B8" w:rsidRPr="00E97067" w:rsidRDefault="00000000">
      <w:pPr>
        <w:pStyle w:val="Titre2"/>
        <w:rPr>
          <w:lang w:val="fr-FR"/>
        </w:rPr>
      </w:pPr>
      <w:bookmarkStart w:id="134" w:name="_Toc231178529"/>
      <w:r w:rsidRPr="00E97067">
        <w:rPr>
          <w:lang w:val="fr-FR"/>
        </w:rPr>
        <w:t>Qui peut le faire</w:t>
      </w:r>
      <w:bookmarkEnd w:id="134"/>
    </w:p>
    <w:p w14:paraId="70259D96" w14:textId="77777777" w:rsidR="001041B8" w:rsidRPr="00E97067" w:rsidRDefault="00000000">
      <w:pPr>
        <w:rPr>
          <w:lang w:val="fr-FR"/>
        </w:rPr>
      </w:pPr>
      <w:r w:rsidRPr="00E97067">
        <w:rPr>
          <w:lang w:val="fr-FR"/>
        </w:rPr>
        <w:t>Manager.</w:t>
      </w:r>
    </w:p>
    <w:p w14:paraId="2DB276C7" w14:textId="3A6241DD" w:rsidR="001041B8" w:rsidRPr="00E97067" w:rsidRDefault="00000000">
      <w:pPr>
        <w:pStyle w:val="Titre2"/>
        <w:rPr>
          <w:lang w:val="fr-FR"/>
        </w:rPr>
      </w:pPr>
      <w:bookmarkStart w:id="135" w:name="_Toc231178530"/>
      <w:r w:rsidRPr="00E97067">
        <w:rPr>
          <w:lang w:val="fr-FR"/>
        </w:rPr>
        <w:t xml:space="preserve">Etapes pour </w:t>
      </w:r>
      <w:r w:rsidR="0063428E" w:rsidRPr="00E97067">
        <w:rPr>
          <w:lang w:val="fr-FR"/>
        </w:rPr>
        <w:t>créer</w:t>
      </w:r>
      <w:r w:rsidRPr="00E97067">
        <w:rPr>
          <w:lang w:val="fr-FR"/>
        </w:rPr>
        <w:t xml:space="preserve"> un </w:t>
      </w:r>
      <w:proofErr w:type="spellStart"/>
      <w:r w:rsidRPr="00E97067">
        <w:rPr>
          <w:lang w:val="fr-FR"/>
        </w:rPr>
        <w:t>employe</w:t>
      </w:r>
      <w:bookmarkEnd w:id="135"/>
      <w:proofErr w:type="spellEnd"/>
    </w:p>
    <w:p w14:paraId="7AB05385" w14:textId="77777777" w:rsidR="001041B8" w:rsidRPr="00E97067" w:rsidRDefault="00000000">
      <w:pPr>
        <w:rPr>
          <w:lang w:val="fr-FR"/>
        </w:rPr>
      </w:pPr>
      <w:r w:rsidRPr="00E97067">
        <w:rPr>
          <w:lang w:val="fr-FR"/>
        </w:rPr>
        <w:t>1. Ouvrir `</w:t>
      </w:r>
      <w:proofErr w:type="spellStart"/>
      <w:r w:rsidRPr="00E97067">
        <w:rPr>
          <w:lang w:val="fr-FR"/>
        </w:rPr>
        <w:t>Employees</w:t>
      </w:r>
      <w:proofErr w:type="spellEnd"/>
      <w:r w:rsidRPr="00E97067">
        <w:rPr>
          <w:lang w:val="fr-FR"/>
        </w:rPr>
        <w:t>`.</w:t>
      </w:r>
    </w:p>
    <w:p w14:paraId="59811DE9" w14:textId="543D5009" w:rsidR="001041B8" w:rsidRDefault="00000000">
      <w:pPr>
        <w:rPr>
          <w:lang w:val="fr-FR"/>
        </w:rPr>
      </w:pPr>
      <w:r w:rsidRPr="00E97067">
        <w:rPr>
          <w:lang w:val="fr-FR"/>
        </w:rPr>
        <w:t xml:space="preserve">2. Cliquer sur l'action de </w:t>
      </w:r>
      <w:r w:rsidR="006139CA" w:rsidRPr="00E97067">
        <w:rPr>
          <w:lang w:val="fr-FR"/>
        </w:rPr>
        <w:t>création</w:t>
      </w:r>
      <w:r w:rsidRPr="00E97067">
        <w:rPr>
          <w:lang w:val="fr-FR"/>
        </w:rPr>
        <w:t>.</w:t>
      </w:r>
    </w:p>
    <w:p w14:paraId="6E006FAE" w14:textId="4B06A09B" w:rsidR="0063428E" w:rsidRPr="00E97067" w:rsidRDefault="0063428E">
      <w:pPr>
        <w:rPr>
          <w:lang w:val="fr-FR"/>
        </w:rPr>
      </w:pPr>
      <w:r>
        <w:rPr>
          <w:noProof/>
          <w:lang w:val="fr-FR"/>
        </w:rPr>
        <mc:AlternateContent>
          <mc:Choice Requires="wps">
            <w:drawing>
              <wp:anchor distT="0" distB="0" distL="114300" distR="114300" simplePos="0" relativeHeight="251856384" behindDoc="0" locked="0" layoutInCell="1" allowOverlap="1" wp14:anchorId="584C3B31" wp14:editId="00873679">
                <wp:simplePos x="0" y="0"/>
                <wp:positionH relativeFrom="column">
                  <wp:posOffset>5000930</wp:posOffset>
                </wp:positionH>
                <wp:positionV relativeFrom="paragraph">
                  <wp:posOffset>370713</wp:posOffset>
                </wp:positionV>
                <wp:extent cx="185826" cy="384987"/>
                <wp:effectExtent l="57150" t="38100" r="62230" b="91440"/>
                <wp:wrapNone/>
                <wp:docPr id="1682015833" name="Connecteur droit avec flèch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5826" cy="384987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ADC2AC" id="Connecteur droit avec flèche 19" o:spid="_x0000_s1026" type="#_x0000_t32" style="position:absolute;margin-left:393.75pt;margin-top:29.2pt;width:14.65pt;height:30.3pt;flip:y;z-index:25185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" strokecolor="#c00000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  <w:r w:rsidRPr="0063428E">
        <w:rPr>
          <w:lang w:val="fr-FR"/>
        </w:rPr>
        <w:drawing>
          <wp:inline distT="0" distB="0" distL="0" distR="0" wp14:anchorId="18CF5389" wp14:editId="3C917BEA">
            <wp:extent cx="5486400" cy="2615565"/>
            <wp:effectExtent l="0" t="0" r="0" b="0"/>
            <wp:docPr id="102255453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2554530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15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655294" w14:textId="77777777" w:rsidR="001041B8" w:rsidRPr="00E97067" w:rsidRDefault="00000000">
      <w:pPr>
        <w:rPr>
          <w:lang w:val="fr-FR"/>
        </w:rPr>
      </w:pPr>
      <w:r w:rsidRPr="00E97067">
        <w:rPr>
          <w:lang w:val="fr-FR"/>
        </w:rPr>
        <w:t>3. Renseigner les informations personnelles.</w:t>
      </w:r>
    </w:p>
    <w:p w14:paraId="4F1DD6ED" w14:textId="77777777" w:rsidR="001041B8" w:rsidRPr="00E97067" w:rsidRDefault="00000000">
      <w:pPr>
        <w:rPr>
          <w:lang w:val="fr-FR"/>
        </w:rPr>
      </w:pPr>
      <w:r w:rsidRPr="00E97067">
        <w:rPr>
          <w:lang w:val="fr-FR"/>
        </w:rPr>
        <w:t xml:space="preserve">4. Renseigner </w:t>
      </w:r>
      <w:proofErr w:type="gramStart"/>
      <w:r w:rsidRPr="00E97067">
        <w:rPr>
          <w:lang w:val="fr-FR"/>
        </w:rPr>
        <w:t>l'email</w:t>
      </w:r>
      <w:proofErr w:type="gramEnd"/>
      <w:r w:rsidRPr="00E97067">
        <w:rPr>
          <w:lang w:val="fr-FR"/>
        </w:rPr>
        <w:t>.</w:t>
      </w:r>
    </w:p>
    <w:p w14:paraId="46CB0FCC" w14:textId="77777777" w:rsidR="001041B8" w:rsidRPr="00E97067" w:rsidRDefault="00000000">
      <w:pPr>
        <w:rPr>
          <w:lang w:val="fr-FR"/>
        </w:rPr>
      </w:pPr>
      <w:r w:rsidRPr="00E97067">
        <w:rPr>
          <w:lang w:val="fr-FR"/>
        </w:rPr>
        <w:t>5. Choisir la boutique de rattachement.</w:t>
      </w:r>
    </w:p>
    <w:p w14:paraId="7729ECCF" w14:textId="77777777" w:rsidR="001041B8" w:rsidRPr="00E97067" w:rsidRDefault="00000000">
      <w:pPr>
        <w:rPr>
          <w:lang w:val="fr-FR"/>
        </w:rPr>
      </w:pPr>
      <w:r w:rsidRPr="00E97067">
        <w:rPr>
          <w:lang w:val="fr-FR"/>
        </w:rPr>
        <w:t>6. Choisir le statut.</w:t>
      </w:r>
    </w:p>
    <w:p w14:paraId="1E6EAA07" w14:textId="77777777" w:rsidR="001041B8" w:rsidRPr="00E97067" w:rsidRDefault="00000000">
      <w:pPr>
        <w:rPr>
          <w:lang w:val="fr-FR"/>
        </w:rPr>
      </w:pPr>
      <w:r w:rsidRPr="00E97067">
        <w:rPr>
          <w:lang w:val="fr-FR"/>
        </w:rPr>
        <w:t>7. Enregistrer.</w:t>
      </w:r>
    </w:p>
    <w:p w14:paraId="167D8684" w14:textId="77777777" w:rsidR="001041B8" w:rsidRPr="00E97067" w:rsidRDefault="001041B8">
      <w:pPr>
        <w:rPr>
          <w:lang w:val="fr-FR"/>
        </w:rPr>
      </w:pPr>
    </w:p>
    <w:p w14:paraId="689E43BA" w14:textId="77777777" w:rsidR="001041B8" w:rsidRPr="00E97067" w:rsidRDefault="00000000">
      <w:pPr>
        <w:pStyle w:val="Titre2"/>
        <w:rPr>
          <w:lang w:val="fr-FR"/>
        </w:rPr>
      </w:pPr>
      <w:bookmarkStart w:id="136" w:name="_Toc231178531"/>
      <w:r w:rsidRPr="00E97067">
        <w:rPr>
          <w:lang w:val="fr-FR"/>
        </w:rPr>
        <w:lastRenderedPageBreak/>
        <w:t xml:space="preserve">Etapes pour modifier un </w:t>
      </w:r>
      <w:proofErr w:type="spellStart"/>
      <w:r w:rsidRPr="00E97067">
        <w:rPr>
          <w:lang w:val="fr-FR"/>
        </w:rPr>
        <w:t>employe</w:t>
      </w:r>
      <w:bookmarkEnd w:id="136"/>
      <w:proofErr w:type="spellEnd"/>
    </w:p>
    <w:p w14:paraId="003679DE" w14:textId="22DCDC66" w:rsidR="001041B8" w:rsidRPr="00E97067" w:rsidRDefault="00000000">
      <w:pPr>
        <w:rPr>
          <w:lang w:val="fr-FR"/>
        </w:rPr>
      </w:pPr>
      <w:r w:rsidRPr="00E97067">
        <w:rPr>
          <w:lang w:val="fr-FR"/>
        </w:rPr>
        <w:t>1. Rechercher l'</w:t>
      </w:r>
      <w:r w:rsidR="006139CA" w:rsidRPr="00E97067">
        <w:rPr>
          <w:lang w:val="fr-FR"/>
        </w:rPr>
        <w:t>employé</w:t>
      </w:r>
      <w:r w:rsidRPr="00E97067">
        <w:rPr>
          <w:lang w:val="fr-FR"/>
        </w:rPr>
        <w:t>.</w:t>
      </w:r>
    </w:p>
    <w:p w14:paraId="44EDF1EB" w14:textId="77777777" w:rsidR="001041B8" w:rsidRDefault="00000000">
      <w:pPr>
        <w:rPr>
          <w:lang w:val="fr-FR"/>
        </w:rPr>
      </w:pPr>
      <w:r w:rsidRPr="00E97067">
        <w:rPr>
          <w:lang w:val="fr-FR"/>
        </w:rPr>
        <w:t>2. Ouvrir la modification.</w:t>
      </w:r>
    </w:p>
    <w:p w14:paraId="27CEE3B5" w14:textId="1A92DE26" w:rsidR="00801C73" w:rsidRPr="00E97067" w:rsidRDefault="00801C73">
      <w:pPr>
        <w:rPr>
          <w:lang w:val="fr-FR"/>
        </w:rPr>
      </w:pPr>
      <w:r>
        <w:rPr>
          <w:noProof/>
          <w:lang w:val="fr-FR"/>
        </w:rPr>
        <mc:AlternateContent>
          <mc:Choice Requires="wps">
            <w:drawing>
              <wp:anchor distT="0" distB="0" distL="114300" distR="114300" simplePos="0" relativeHeight="251864576" behindDoc="0" locked="0" layoutInCell="1" allowOverlap="1" wp14:anchorId="0F611A92" wp14:editId="5E4160A0">
                <wp:simplePos x="0" y="0"/>
                <wp:positionH relativeFrom="column">
                  <wp:posOffset>4716475</wp:posOffset>
                </wp:positionH>
                <wp:positionV relativeFrom="paragraph">
                  <wp:posOffset>1011885</wp:posOffset>
                </wp:positionV>
                <wp:extent cx="388874" cy="86259"/>
                <wp:effectExtent l="38100" t="57150" r="11430" b="85725"/>
                <wp:wrapNone/>
                <wp:docPr id="726994476" name="Connecteur droit avec flèch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88874" cy="8625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ACB11A" id="Connecteur droit avec flèche 19" o:spid="_x0000_s1026" type="#_x0000_t32" style="position:absolute;margin-left:371.4pt;margin-top:79.7pt;width:30.6pt;height:6.8pt;flip:y;z-index:25186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" strokecolor="#c00000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  <w:r w:rsidRPr="00801C73">
        <w:rPr>
          <w:lang w:val="fr-FR"/>
        </w:rPr>
        <w:drawing>
          <wp:inline distT="0" distB="0" distL="0" distR="0" wp14:anchorId="23A8C985" wp14:editId="25C0C239">
            <wp:extent cx="5486400" cy="2606040"/>
            <wp:effectExtent l="0" t="0" r="0" b="3810"/>
            <wp:docPr id="205206267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062670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06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66AE05" w14:textId="77777777" w:rsidR="001041B8" w:rsidRPr="00E97067" w:rsidRDefault="00000000">
      <w:pPr>
        <w:rPr>
          <w:lang w:val="fr-FR"/>
        </w:rPr>
      </w:pPr>
      <w:r w:rsidRPr="00E97067">
        <w:rPr>
          <w:lang w:val="fr-FR"/>
        </w:rPr>
        <w:t>3. Modifier les informations.</w:t>
      </w:r>
    </w:p>
    <w:p w14:paraId="56AFD172" w14:textId="0F262C8C" w:rsidR="001041B8" w:rsidRPr="00E97067" w:rsidRDefault="00000000">
      <w:pPr>
        <w:rPr>
          <w:lang w:val="fr-FR"/>
        </w:rPr>
      </w:pPr>
      <w:r w:rsidRPr="00E97067">
        <w:rPr>
          <w:lang w:val="fr-FR"/>
        </w:rPr>
        <w:t>4. Enregistrer.</w:t>
      </w:r>
    </w:p>
    <w:p w14:paraId="34974677" w14:textId="2F20A8B7" w:rsidR="001041B8" w:rsidRPr="00E97067" w:rsidRDefault="00000000" w:rsidP="00801C73">
      <w:pPr>
        <w:pStyle w:val="Titre2"/>
        <w:rPr>
          <w:lang w:val="fr-FR"/>
        </w:rPr>
      </w:pPr>
      <w:bookmarkStart w:id="137" w:name="_Toc231178532"/>
      <w:r w:rsidRPr="00E97067">
        <w:rPr>
          <w:lang w:val="fr-FR"/>
        </w:rPr>
        <w:t xml:space="preserve">Etapes pour </w:t>
      </w:r>
      <w:r w:rsidR="006139CA" w:rsidRPr="00E97067">
        <w:rPr>
          <w:lang w:val="fr-FR"/>
        </w:rPr>
        <w:t>régénérer</w:t>
      </w:r>
      <w:r w:rsidRPr="00E97067">
        <w:rPr>
          <w:lang w:val="fr-FR"/>
        </w:rPr>
        <w:t xml:space="preserve"> un mot de passe</w:t>
      </w:r>
      <w:bookmarkEnd w:id="137"/>
    </w:p>
    <w:p w14:paraId="2A77114F" w14:textId="7F33379F" w:rsidR="001041B8" w:rsidRPr="00E97067" w:rsidRDefault="00000000">
      <w:pPr>
        <w:rPr>
          <w:lang w:val="fr-FR"/>
        </w:rPr>
      </w:pPr>
      <w:r w:rsidRPr="00E97067">
        <w:rPr>
          <w:lang w:val="fr-FR"/>
        </w:rPr>
        <w:t xml:space="preserve">1. </w:t>
      </w:r>
      <w:r w:rsidR="006139CA" w:rsidRPr="00E97067">
        <w:rPr>
          <w:lang w:val="fr-FR"/>
        </w:rPr>
        <w:t>Sélectionner</w:t>
      </w:r>
      <w:r w:rsidRPr="00E97067">
        <w:rPr>
          <w:lang w:val="fr-FR"/>
        </w:rPr>
        <w:t xml:space="preserve"> l'</w:t>
      </w:r>
      <w:r w:rsidR="006139CA" w:rsidRPr="00E97067">
        <w:rPr>
          <w:lang w:val="fr-FR"/>
        </w:rPr>
        <w:t>employé</w:t>
      </w:r>
      <w:r w:rsidRPr="00E97067">
        <w:rPr>
          <w:lang w:val="fr-FR"/>
        </w:rPr>
        <w:t>.</w:t>
      </w:r>
    </w:p>
    <w:p w14:paraId="34DFC184" w14:textId="77777777" w:rsidR="001041B8" w:rsidRDefault="00000000">
      <w:pPr>
        <w:rPr>
          <w:lang w:val="fr-FR"/>
        </w:rPr>
      </w:pPr>
      <w:r w:rsidRPr="00E97067">
        <w:rPr>
          <w:lang w:val="fr-FR"/>
        </w:rPr>
        <w:t>2. Cliquer sur `</w:t>
      </w:r>
      <w:proofErr w:type="spellStart"/>
      <w:r w:rsidRPr="00E97067">
        <w:rPr>
          <w:lang w:val="fr-FR"/>
        </w:rPr>
        <w:t>Generate</w:t>
      </w:r>
      <w:proofErr w:type="spellEnd"/>
      <w:r w:rsidRPr="00E97067">
        <w:rPr>
          <w:lang w:val="fr-FR"/>
        </w:rPr>
        <w:t xml:space="preserve"> </w:t>
      </w:r>
      <w:proofErr w:type="spellStart"/>
      <w:r w:rsidRPr="00E97067">
        <w:rPr>
          <w:lang w:val="fr-FR"/>
        </w:rPr>
        <w:t>temporary</w:t>
      </w:r>
      <w:proofErr w:type="spellEnd"/>
      <w:r w:rsidRPr="00E97067">
        <w:rPr>
          <w:lang w:val="fr-FR"/>
        </w:rPr>
        <w:t xml:space="preserve"> </w:t>
      </w:r>
      <w:proofErr w:type="spellStart"/>
      <w:r w:rsidRPr="00E97067">
        <w:rPr>
          <w:lang w:val="fr-FR"/>
        </w:rPr>
        <w:t>password</w:t>
      </w:r>
      <w:proofErr w:type="spellEnd"/>
      <w:r w:rsidRPr="00E97067">
        <w:rPr>
          <w:lang w:val="fr-FR"/>
        </w:rPr>
        <w:t>`.</w:t>
      </w:r>
    </w:p>
    <w:p w14:paraId="16EB5F99" w14:textId="019CC1E5" w:rsidR="00801C73" w:rsidRPr="00E97067" w:rsidRDefault="00801C73">
      <w:pPr>
        <w:rPr>
          <w:lang w:val="fr-FR"/>
        </w:rPr>
      </w:pPr>
      <w:r>
        <w:rPr>
          <w:noProof/>
          <w:lang w:val="fr-FR"/>
        </w:rPr>
        <mc:AlternateContent>
          <mc:Choice Requires="wps">
            <w:drawing>
              <wp:anchor distT="0" distB="0" distL="114300" distR="114300" simplePos="0" relativeHeight="251872768" behindDoc="0" locked="0" layoutInCell="1" allowOverlap="1" wp14:anchorId="75C72F27" wp14:editId="0D24BB76">
                <wp:simplePos x="0" y="0"/>
                <wp:positionH relativeFrom="column">
                  <wp:posOffset>3394861</wp:posOffset>
                </wp:positionH>
                <wp:positionV relativeFrom="paragraph">
                  <wp:posOffset>1931822</wp:posOffset>
                </wp:positionV>
                <wp:extent cx="392583" cy="45719"/>
                <wp:effectExtent l="38100" t="38100" r="64770" b="126365"/>
                <wp:wrapNone/>
                <wp:docPr id="1870958750" name="Connecteur droit avec flèch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92583" cy="4571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8DF6BD" id="Connecteur droit avec flèche 19" o:spid="_x0000_s1026" type="#_x0000_t32" style="position:absolute;margin-left:267.3pt;margin-top:152.1pt;width:30.9pt;height:3.6pt;flip:x;z-index:25187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" strokecolor="#c00000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  <w:r w:rsidRPr="00801C73">
        <w:rPr>
          <w:lang w:val="fr-FR"/>
        </w:rPr>
        <w:drawing>
          <wp:inline distT="0" distB="0" distL="0" distR="0" wp14:anchorId="48FAD844" wp14:editId="1E4B9B53">
            <wp:extent cx="5486400" cy="2608580"/>
            <wp:effectExtent l="0" t="0" r="0" b="1270"/>
            <wp:docPr id="212737915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7379159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08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0FB92D" w14:textId="77777777" w:rsidR="001041B8" w:rsidRPr="00E97067" w:rsidRDefault="00000000">
      <w:pPr>
        <w:rPr>
          <w:lang w:val="fr-FR"/>
        </w:rPr>
      </w:pPr>
      <w:r w:rsidRPr="00E97067">
        <w:rPr>
          <w:lang w:val="fr-FR"/>
        </w:rPr>
        <w:t>3. Lire le message de confirmation.</w:t>
      </w:r>
    </w:p>
    <w:p w14:paraId="013FAD1F" w14:textId="6762A1A6" w:rsidR="001041B8" w:rsidRPr="00E97067" w:rsidRDefault="00000000">
      <w:pPr>
        <w:rPr>
          <w:lang w:val="fr-FR"/>
        </w:rPr>
      </w:pPr>
      <w:r w:rsidRPr="00E97067">
        <w:rPr>
          <w:lang w:val="fr-FR"/>
        </w:rPr>
        <w:lastRenderedPageBreak/>
        <w:t xml:space="preserve">4. </w:t>
      </w:r>
      <w:r w:rsidR="00801C73" w:rsidRPr="00E97067">
        <w:rPr>
          <w:lang w:val="fr-FR"/>
        </w:rPr>
        <w:t>Vérifier</w:t>
      </w:r>
      <w:r w:rsidRPr="00E97067">
        <w:rPr>
          <w:lang w:val="fr-FR"/>
        </w:rPr>
        <w:t xml:space="preserve"> si </w:t>
      </w:r>
      <w:proofErr w:type="gramStart"/>
      <w:r w:rsidRPr="00E97067">
        <w:rPr>
          <w:lang w:val="fr-FR"/>
        </w:rPr>
        <w:t>l'email</w:t>
      </w:r>
      <w:proofErr w:type="gramEnd"/>
      <w:r w:rsidRPr="00E97067">
        <w:rPr>
          <w:lang w:val="fr-FR"/>
        </w:rPr>
        <w:t xml:space="preserve"> est parti ou si le mot de passe doit </w:t>
      </w:r>
      <w:r w:rsidR="00801C73" w:rsidRPr="00E97067">
        <w:rPr>
          <w:lang w:val="fr-FR"/>
        </w:rPr>
        <w:t>être</w:t>
      </w:r>
      <w:r w:rsidRPr="00E97067">
        <w:rPr>
          <w:lang w:val="fr-FR"/>
        </w:rPr>
        <w:t xml:space="preserve"> transmis manuellement.</w:t>
      </w:r>
    </w:p>
    <w:p w14:paraId="14800E5D" w14:textId="276223B8" w:rsidR="001041B8" w:rsidRPr="00E97067" w:rsidRDefault="00000000">
      <w:pPr>
        <w:rPr>
          <w:lang w:val="fr-FR"/>
        </w:rPr>
      </w:pPr>
      <w:r w:rsidRPr="00E97067">
        <w:rPr>
          <w:lang w:val="fr-FR"/>
        </w:rPr>
        <w:t xml:space="preserve">5. Demander </w:t>
      </w:r>
      <w:r w:rsidR="002348AF" w:rsidRPr="00E97067">
        <w:rPr>
          <w:lang w:val="fr-FR"/>
        </w:rPr>
        <w:t>à</w:t>
      </w:r>
      <w:r w:rsidRPr="00E97067">
        <w:rPr>
          <w:lang w:val="fr-FR"/>
        </w:rPr>
        <w:t xml:space="preserve"> l'</w:t>
      </w:r>
      <w:r w:rsidR="006139CA" w:rsidRPr="00E97067">
        <w:rPr>
          <w:lang w:val="fr-FR"/>
        </w:rPr>
        <w:t>employé</w:t>
      </w:r>
      <w:r w:rsidRPr="00E97067">
        <w:rPr>
          <w:lang w:val="fr-FR"/>
        </w:rPr>
        <w:t xml:space="preserve"> de changer le mot de passe dans son profil.</w:t>
      </w:r>
    </w:p>
    <w:p w14:paraId="0FB3B242" w14:textId="40922C4A" w:rsidR="001041B8" w:rsidRPr="00E97067" w:rsidRDefault="00833872" w:rsidP="00833872">
      <w:pPr>
        <w:pStyle w:val="Titre1"/>
      </w:pPr>
      <w:r>
        <w:t xml:space="preserve"> </w:t>
      </w:r>
      <w:bookmarkStart w:id="138" w:name="_Toc231178533"/>
      <w:r w:rsidR="00000000" w:rsidRPr="00E97067">
        <w:t xml:space="preserve">Parcours manager : </w:t>
      </w:r>
      <w:r w:rsidR="006139CA" w:rsidRPr="00E97067">
        <w:t>gérer</w:t>
      </w:r>
      <w:r w:rsidR="00000000" w:rsidRPr="00E97067">
        <w:t xml:space="preserve"> les managers</w:t>
      </w:r>
      <w:bookmarkEnd w:id="138"/>
    </w:p>
    <w:p w14:paraId="178A5468" w14:textId="77777777" w:rsidR="001041B8" w:rsidRPr="00E97067" w:rsidRDefault="00000000">
      <w:pPr>
        <w:pStyle w:val="Titre2"/>
        <w:rPr>
          <w:lang w:val="fr-FR"/>
        </w:rPr>
      </w:pPr>
      <w:bookmarkStart w:id="139" w:name="_Toc231178534"/>
      <w:r w:rsidRPr="00E97067">
        <w:rPr>
          <w:lang w:val="fr-FR"/>
        </w:rPr>
        <w:t>Objectif</w:t>
      </w:r>
      <w:bookmarkEnd w:id="139"/>
    </w:p>
    <w:p w14:paraId="7339FBF3" w14:textId="77777777" w:rsidR="001041B8" w:rsidRPr="00E97067" w:rsidRDefault="00000000">
      <w:pPr>
        <w:rPr>
          <w:lang w:val="fr-FR"/>
        </w:rPr>
      </w:pPr>
      <w:r w:rsidRPr="00E97067">
        <w:rPr>
          <w:lang w:val="fr-FR"/>
        </w:rPr>
        <w:t>Administrer les comptes manager.</w:t>
      </w:r>
    </w:p>
    <w:p w14:paraId="5CF19D72" w14:textId="77777777" w:rsidR="001041B8" w:rsidRPr="00E97067" w:rsidRDefault="00000000">
      <w:pPr>
        <w:pStyle w:val="Titre2"/>
        <w:rPr>
          <w:lang w:val="fr-FR"/>
        </w:rPr>
      </w:pPr>
      <w:bookmarkStart w:id="140" w:name="_Toc231178535"/>
      <w:r w:rsidRPr="00E97067">
        <w:rPr>
          <w:lang w:val="fr-FR"/>
        </w:rPr>
        <w:t>Qui peut le faire</w:t>
      </w:r>
      <w:bookmarkEnd w:id="140"/>
    </w:p>
    <w:p w14:paraId="68D35052" w14:textId="77777777" w:rsidR="001041B8" w:rsidRPr="00E97067" w:rsidRDefault="00000000">
      <w:pPr>
        <w:rPr>
          <w:lang w:val="fr-FR"/>
        </w:rPr>
      </w:pPr>
      <w:r w:rsidRPr="00E97067">
        <w:rPr>
          <w:lang w:val="fr-FR"/>
        </w:rPr>
        <w:t>Manager.</w:t>
      </w:r>
    </w:p>
    <w:p w14:paraId="305E030C" w14:textId="77777777" w:rsidR="001041B8" w:rsidRPr="00E97067" w:rsidRDefault="00000000">
      <w:pPr>
        <w:pStyle w:val="Titre2"/>
        <w:rPr>
          <w:lang w:val="fr-FR"/>
        </w:rPr>
      </w:pPr>
      <w:bookmarkStart w:id="141" w:name="_Toc231178536"/>
      <w:r w:rsidRPr="00E97067">
        <w:rPr>
          <w:lang w:val="fr-FR"/>
        </w:rPr>
        <w:t>Etapes</w:t>
      </w:r>
      <w:bookmarkEnd w:id="141"/>
    </w:p>
    <w:p w14:paraId="38E1986B" w14:textId="548EF996" w:rsidR="001041B8" w:rsidRPr="002348AF" w:rsidRDefault="00000000" w:rsidP="002348AF">
      <w:pPr>
        <w:pStyle w:val="Paragraphedeliste"/>
        <w:numPr>
          <w:ilvl w:val="0"/>
          <w:numId w:val="26"/>
        </w:numPr>
        <w:rPr>
          <w:lang w:val="fr-FR"/>
        </w:rPr>
      </w:pPr>
      <w:r w:rsidRPr="002348AF">
        <w:rPr>
          <w:lang w:val="fr-FR"/>
        </w:rPr>
        <w:t>Ouvrir `Managers`.</w:t>
      </w:r>
    </w:p>
    <w:p w14:paraId="5F7632FD" w14:textId="684B545E" w:rsidR="002348AF" w:rsidRPr="002348AF" w:rsidRDefault="002348AF" w:rsidP="002348AF">
      <w:pPr>
        <w:rPr>
          <w:lang w:val="fr-FR"/>
        </w:rPr>
      </w:pPr>
      <w:r w:rsidRPr="002348AF">
        <w:rPr>
          <w:lang w:val="fr-FR"/>
        </w:rPr>
        <w:drawing>
          <wp:inline distT="0" distB="0" distL="0" distR="0" wp14:anchorId="2CF08718" wp14:editId="3DFAA73E">
            <wp:extent cx="5486400" cy="2586355"/>
            <wp:effectExtent l="0" t="0" r="0" b="4445"/>
            <wp:docPr id="128184897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1848974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86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A1183D" w14:textId="77777777" w:rsidR="001041B8" w:rsidRPr="00E97067" w:rsidRDefault="00000000">
      <w:pPr>
        <w:rPr>
          <w:lang w:val="fr-FR"/>
        </w:rPr>
      </w:pPr>
      <w:r w:rsidRPr="00E97067">
        <w:rPr>
          <w:lang w:val="fr-FR"/>
        </w:rPr>
        <w:t>2. Rechercher un manager si besoin.</w:t>
      </w:r>
    </w:p>
    <w:p w14:paraId="5C2BAE0E" w14:textId="77777777" w:rsidR="001041B8" w:rsidRPr="00E97067" w:rsidRDefault="00000000">
      <w:pPr>
        <w:rPr>
          <w:lang w:val="fr-FR"/>
        </w:rPr>
      </w:pPr>
      <w:r w:rsidRPr="00E97067">
        <w:rPr>
          <w:lang w:val="fr-FR"/>
        </w:rPr>
        <w:t>3. Creer ou modifier un compte.</w:t>
      </w:r>
    </w:p>
    <w:p w14:paraId="12C13D62" w14:textId="77777777" w:rsidR="001041B8" w:rsidRPr="00E97067" w:rsidRDefault="00000000">
      <w:pPr>
        <w:rPr>
          <w:lang w:val="fr-FR"/>
        </w:rPr>
      </w:pPr>
      <w:r w:rsidRPr="00E97067">
        <w:rPr>
          <w:lang w:val="fr-FR"/>
        </w:rPr>
        <w:t>4. Renseigner les informations.</w:t>
      </w:r>
    </w:p>
    <w:p w14:paraId="1A5C9A77" w14:textId="77777777" w:rsidR="001041B8" w:rsidRPr="00E97067" w:rsidRDefault="00000000">
      <w:pPr>
        <w:rPr>
          <w:lang w:val="fr-FR"/>
        </w:rPr>
      </w:pPr>
      <w:r w:rsidRPr="00E97067">
        <w:rPr>
          <w:lang w:val="fr-FR"/>
        </w:rPr>
        <w:t>5. Choisir le statut.</w:t>
      </w:r>
    </w:p>
    <w:p w14:paraId="77A4B795" w14:textId="53EEBD3B" w:rsidR="001041B8" w:rsidRPr="00E97067" w:rsidRDefault="00000000">
      <w:pPr>
        <w:rPr>
          <w:lang w:val="fr-FR"/>
        </w:rPr>
      </w:pPr>
      <w:r w:rsidRPr="00E97067">
        <w:rPr>
          <w:lang w:val="fr-FR"/>
        </w:rPr>
        <w:t>6. Enregistrer.</w:t>
      </w:r>
    </w:p>
    <w:p w14:paraId="47631DD2" w14:textId="335B1F59" w:rsidR="001041B8" w:rsidRPr="00E97067" w:rsidRDefault="00000000" w:rsidP="002348AF">
      <w:pPr>
        <w:pStyle w:val="Titre2"/>
        <w:rPr>
          <w:lang w:val="fr-FR"/>
        </w:rPr>
      </w:pPr>
      <w:bookmarkStart w:id="142" w:name="_Toc231178537"/>
      <w:r w:rsidRPr="00E97067">
        <w:rPr>
          <w:lang w:val="fr-FR"/>
        </w:rPr>
        <w:t xml:space="preserve">Etapes pour </w:t>
      </w:r>
      <w:r w:rsidR="002348AF" w:rsidRPr="00E97067">
        <w:rPr>
          <w:lang w:val="fr-FR"/>
        </w:rPr>
        <w:t>régénérer</w:t>
      </w:r>
      <w:r w:rsidRPr="00E97067">
        <w:rPr>
          <w:lang w:val="fr-FR"/>
        </w:rPr>
        <w:t xml:space="preserve"> un mot de passe</w:t>
      </w:r>
      <w:bookmarkEnd w:id="142"/>
    </w:p>
    <w:p w14:paraId="407BCB52" w14:textId="0F44FABF" w:rsidR="001041B8" w:rsidRPr="00E97067" w:rsidRDefault="00000000">
      <w:pPr>
        <w:rPr>
          <w:lang w:val="fr-FR"/>
        </w:rPr>
      </w:pPr>
      <w:r w:rsidRPr="00E97067">
        <w:rPr>
          <w:lang w:val="fr-FR"/>
        </w:rPr>
        <w:t xml:space="preserve">1. </w:t>
      </w:r>
      <w:r w:rsidR="002348AF" w:rsidRPr="00E97067">
        <w:rPr>
          <w:lang w:val="fr-FR"/>
        </w:rPr>
        <w:t>Sélectionner</w:t>
      </w:r>
      <w:r w:rsidRPr="00E97067">
        <w:rPr>
          <w:lang w:val="fr-FR"/>
        </w:rPr>
        <w:t xml:space="preserve"> le manager.</w:t>
      </w:r>
    </w:p>
    <w:p w14:paraId="6833CDF2" w14:textId="77777777" w:rsidR="001041B8" w:rsidRDefault="00000000">
      <w:pPr>
        <w:rPr>
          <w:lang w:val="fr-FR"/>
        </w:rPr>
      </w:pPr>
      <w:r w:rsidRPr="00E97067">
        <w:rPr>
          <w:lang w:val="fr-FR"/>
        </w:rPr>
        <w:t>2. Cliquer sur `</w:t>
      </w:r>
      <w:proofErr w:type="spellStart"/>
      <w:r w:rsidRPr="00E97067">
        <w:rPr>
          <w:lang w:val="fr-FR"/>
        </w:rPr>
        <w:t>Generate</w:t>
      </w:r>
      <w:proofErr w:type="spellEnd"/>
      <w:r w:rsidRPr="00E97067">
        <w:rPr>
          <w:lang w:val="fr-FR"/>
        </w:rPr>
        <w:t xml:space="preserve"> </w:t>
      </w:r>
      <w:proofErr w:type="spellStart"/>
      <w:r w:rsidRPr="00E97067">
        <w:rPr>
          <w:lang w:val="fr-FR"/>
        </w:rPr>
        <w:t>temporary</w:t>
      </w:r>
      <w:proofErr w:type="spellEnd"/>
      <w:r w:rsidRPr="00E97067">
        <w:rPr>
          <w:lang w:val="fr-FR"/>
        </w:rPr>
        <w:t xml:space="preserve"> </w:t>
      </w:r>
      <w:proofErr w:type="spellStart"/>
      <w:r w:rsidRPr="00E97067">
        <w:rPr>
          <w:lang w:val="fr-FR"/>
        </w:rPr>
        <w:t>password</w:t>
      </w:r>
      <w:proofErr w:type="spellEnd"/>
      <w:r w:rsidRPr="00E97067">
        <w:rPr>
          <w:lang w:val="fr-FR"/>
        </w:rPr>
        <w:t>`.</w:t>
      </w:r>
    </w:p>
    <w:p w14:paraId="04197B80" w14:textId="2A326633" w:rsidR="002348AF" w:rsidRPr="00E97067" w:rsidRDefault="002348AF">
      <w:pPr>
        <w:rPr>
          <w:lang w:val="fr-FR"/>
        </w:rPr>
      </w:pPr>
      <w:r>
        <w:rPr>
          <w:noProof/>
          <w:lang w:val="fr-FR"/>
        </w:rPr>
        <w:lastRenderedPageBreak/>
        <mc:AlternateContent>
          <mc:Choice Requires="wps">
            <w:drawing>
              <wp:anchor distT="0" distB="0" distL="114300" distR="114300" simplePos="0" relativeHeight="251880960" behindDoc="0" locked="0" layoutInCell="1" allowOverlap="1" wp14:anchorId="6A878625" wp14:editId="55385AEF">
                <wp:simplePos x="0" y="0"/>
                <wp:positionH relativeFrom="column">
                  <wp:posOffset>3824580</wp:posOffset>
                </wp:positionH>
                <wp:positionV relativeFrom="paragraph">
                  <wp:posOffset>2201875</wp:posOffset>
                </wp:positionV>
                <wp:extent cx="392583" cy="45719"/>
                <wp:effectExtent l="38100" t="38100" r="64770" b="126365"/>
                <wp:wrapNone/>
                <wp:docPr id="1213144858" name="Connecteur droit avec flèch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92583" cy="4571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EF3C98" id="Connecteur droit avec flèche 19" o:spid="_x0000_s1026" type="#_x0000_t32" style="position:absolute;margin-left:301.15pt;margin-top:173.4pt;width:30.9pt;height:3.6pt;flip:x;z-index:25188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" strokecolor="#c00000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  <w:r w:rsidRPr="002348AF">
        <w:rPr>
          <w:lang w:val="fr-FR"/>
        </w:rPr>
        <w:drawing>
          <wp:inline distT="0" distB="0" distL="0" distR="0" wp14:anchorId="774BBE32" wp14:editId="056FD752">
            <wp:extent cx="5486400" cy="2590800"/>
            <wp:effectExtent l="0" t="0" r="0" b="0"/>
            <wp:docPr id="168845843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8458439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70AFDB" w14:textId="0D336BA6" w:rsidR="001041B8" w:rsidRPr="00E97067" w:rsidRDefault="00000000">
      <w:pPr>
        <w:rPr>
          <w:lang w:val="fr-FR"/>
        </w:rPr>
      </w:pPr>
      <w:r w:rsidRPr="00E97067">
        <w:rPr>
          <w:lang w:val="fr-FR"/>
        </w:rPr>
        <w:t xml:space="preserve">3. Transmettre le mot de passe si </w:t>
      </w:r>
      <w:r w:rsidR="002348AF" w:rsidRPr="00E97067">
        <w:rPr>
          <w:lang w:val="fr-FR"/>
        </w:rPr>
        <w:t>nécessaire</w:t>
      </w:r>
      <w:r w:rsidRPr="00E97067">
        <w:rPr>
          <w:lang w:val="fr-FR"/>
        </w:rPr>
        <w:t>.</w:t>
      </w:r>
    </w:p>
    <w:p w14:paraId="30AAF8C8" w14:textId="5A23B6C2" w:rsidR="001041B8" w:rsidRPr="00E97067" w:rsidRDefault="00000000">
      <w:pPr>
        <w:rPr>
          <w:lang w:val="fr-FR"/>
        </w:rPr>
      </w:pPr>
      <w:r w:rsidRPr="00E97067">
        <w:rPr>
          <w:lang w:val="fr-FR"/>
        </w:rPr>
        <w:t xml:space="preserve">4. Demander au manager de le remplacer </w:t>
      </w:r>
      <w:r w:rsidR="002D0824" w:rsidRPr="00E97067">
        <w:rPr>
          <w:lang w:val="fr-FR"/>
        </w:rPr>
        <w:t>après</w:t>
      </w:r>
      <w:r w:rsidRPr="00E97067">
        <w:rPr>
          <w:lang w:val="fr-FR"/>
        </w:rPr>
        <w:t xml:space="preserve"> connexion.</w:t>
      </w:r>
    </w:p>
    <w:p w14:paraId="2A16E94C" w14:textId="77777777" w:rsidR="001041B8" w:rsidRPr="00E97067" w:rsidRDefault="00000000">
      <w:pPr>
        <w:pStyle w:val="Titre2"/>
        <w:rPr>
          <w:lang w:val="fr-FR"/>
        </w:rPr>
      </w:pPr>
      <w:bookmarkStart w:id="143" w:name="_Toc231178538"/>
      <w:r w:rsidRPr="00E97067">
        <w:rPr>
          <w:lang w:val="fr-FR"/>
        </w:rPr>
        <w:t>A savoir</w:t>
      </w:r>
      <w:bookmarkEnd w:id="143"/>
    </w:p>
    <w:p w14:paraId="584CCF56" w14:textId="77777777" w:rsidR="001041B8" w:rsidRPr="00E97067" w:rsidRDefault="00000000">
      <w:pPr>
        <w:rPr>
          <w:lang w:val="fr-FR"/>
        </w:rPr>
      </w:pPr>
      <w:r w:rsidRPr="00E97067">
        <w:rPr>
          <w:lang w:val="fr-FR"/>
        </w:rPr>
        <w:t xml:space="preserve">Un compte manager donne </w:t>
      </w:r>
      <w:proofErr w:type="spellStart"/>
      <w:r w:rsidRPr="00E97067">
        <w:rPr>
          <w:lang w:val="fr-FR"/>
        </w:rPr>
        <w:t>acces</w:t>
      </w:r>
      <w:proofErr w:type="spellEnd"/>
      <w:r w:rsidRPr="00E97067">
        <w:rPr>
          <w:lang w:val="fr-FR"/>
        </w:rPr>
        <w:t xml:space="preserve"> a des fonctions sensibles.</w:t>
      </w:r>
    </w:p>
    <w:p w14:paraId="15BB04D7" w14:textId="2F385A89" w:rsidR="001041B8" w:rsidRPr="00E97067" w:rsidRDefault="00000000">
      <w:pPr>
        <w:rPr>
          <w:lang w:val="fr-FR"/>
        </w:rPr>
      </w:pPr>
      <w:r w:rsidRPr="00E97067">
        <w:rPr>
          <w:lang w:val="fr-FR"/>
        </w:rPr>
        <w:t xml:space="preserve">Il doit </w:t>
      </w:r>
      <w:r w:rsidR="002D0824" w:rsidRPr="00E97067">
        <w:rPr>
          <w:lang w:val="fr-FR"/>
        </w:rPr>
        <w:t>être</w:t>
      </w:r>
      <w:r w:rsidRPr="00E97067">
        <w:rPr>
          <w:lang w:val="fr-FR"/>
        </w:rPr>
        <w:t xml:space="preserve"> attribue uniquement aux personnes qui administrent </w:t>
      </w:r>
      <w:r w:rsidR="002D0824" w:rsidRPr="00E97067">
        <w:rPr>
          <w:lang w:val="fr-FR"/>
        </w:rPr>
        <w:t>réellement</w:t>
      </w:r>
      <w:r w:rsidRPr="00E97067">
        <w:rPr>
          <w:lang w:val="fr-FR"/>
        </w:rPr>
        <w:t xml:space="preserve"> l'</w:t>
      </w:r>
      <w:r w:rsidR="002D0824" w:rsidRPr="00E97067">
        <w:rPr>
          <w:lang w:val="fr-FR"/>
        </w:rPr>
        <w:t>activité</w:t>
      </w:r>
      <w:r w:rsidRPr="00E97067">
        <w:rPr>
          <w:lang w:val="fr-FR"/>
        </w:rPr>
        <w:t>.</w:t>
      </w:r>
    </w:p>
    <w:p w14:paraId="43B62213" w14:textId="6F8D9FF7" w:rsidR="001041B8" w:rsidRPr="00E97067" w:rsidRDefault="00833872" w:rsidP="00833872">
      <w:pPr>
        <w:pStyle w:val="Titre1"/>
      </w:pPr>
      <w:r>
        <w:t xml:space="preserve"> </w:t>
      </w:r>
      <w:bookmarkStart w:id="144" w:name="_Toc231178539"/>
      <w:r w:rsidR="00000000" w:rsidRPr="00E97067">
        <w:t xml:space="preserve">Parcours manager : </w:t>
      </w:r>
      <w:proofErr w:type="spellStart"/>
      <w:r w:rsidR="00000000" w:rsidRPr="00E97067">
        <w:t>gerer</w:t>
      </w:r>
      <w:proofErr w:type="spellEnd"/>
      <w:r w:rsidR="00000000" w:rsidRPr="00E97067">
        <w:t xml:space="preserve"> les boutiques</w:t>
      </w:r>
      <w:bookmarkEnd w:id="144"/>
    </w:p>
    <w:p w14:paraId="45B3CC0E" w14:textId="77777777" w:rsidR="001041B8" w:rsidRPr="00E97067" w:rsidRDefault="00000000">
      <w:pPr>
        <w:pStyle w:val="Titre2"/>
        <w:rPr>
          <w:lang w:val="fr-FR"/>
        </w:rPr>
      </w:pPr>
      <w:bookmarkStart w:id="145" w:name="_Toc231178540"/>
      <w:r w:rsidRPr="00E97067">
        <w:rPr>
          <w:lang w:val="fr-FR"/>
        </w:rPr>
        <w:t>Objectif</w:t>
      </w:r>
      <w:bookmarkEnd w:id="145"/>
    </w:p>
    <w:p w14:paraId="52827515" w14:textId="77777777" w:rsidR="001041B8" w:rsidRPr="00E97067" w:rsidRDefault="00000000">
      <w:pPr>
        <w:rPr>
          <w:lang w:val="fr-FR"/>
        </w:rPr>
      </w:pPr>
      <w:r w:rsidRPr="00E97067">
        <w:rPr>
          <w:lang w:val="fr-FR"/>
        </w:rPr>
        <w:t>Creer ou modifier les points de vente.</w:t>
      </w:r>
    </w:p>
    <w:p w14:paraId="31FF1FA2" w14:textId="77777777" w:rsidR="001041B8" w:rsidRPr="00E97067" w:rsidRDefault="00000000">
      <w:pPr>
        <w:pStyle w:val="Titre2"/>
        <w:rPr>
          <w:lang w:val="fr-FR"/>
        </w:rPr>
      </w:pPr>
      <w:bookmarkStart w:id="146" w:name="_Toc231178541"/>
      <w:r w:rsidRPr="00E97067">
        <w:rPr>
          <w:lang w:val="fr-FR"/>
        </w:rPr>
        <w:t>Qui peut le faire</w:t>
      </w:r>
      <w:bookmarkEnd w:id="146"/>
    </w:p>
    <w:p w14:paraId="323B0127" w14:textId="77777777" w:rsidR="001041B8" w:rsidRPr="00E97067" w:rsidRDefault="00000000">
      <w:pPr>
        <w:rPr>
          <w:lang w:val="fr-FR"/>
        </w:rPr>
      </w:pPr>
      <w:r w:rsidRPr="00E97067">
        <w:rPr>
          <w:lang w:val="fr-FR"/>
        </w:rPr>
        <w:t>Manager.</w:t>
      </w:r>
    </w:p>
    <w:p w14:paraId="746BE762" w14:textId="709A8972" w:rsidR="001041B8" w:rsidRPr="00E97067" w:rsidRDefault="00000000">
      <w:pPr>
        <w:pStyle w:val="Titre2"/>
        <w:rPr>
          <w:lang w:val="fr-FR"/>
        </w:rPr>
      </w:pPr>
      <w:bookmarkStart w:id="147" w:name="_Toc231178542"/>
      <w:r w:rsidRPr="00E97067">
        <w:rPr>
          <w:lang w:val="fr-FR"/>
        </w:rPr>
        <w:t xml:space="preserve">Etapes pour </w:t>
      </w:r>
      <w:r w:rsidR="006139CA" w:rsidRPr="00E97067">
        <w:rPr>
          <w:lang w:val="fr-FR"/>
        </w:rPr>
        <w:t>créer</w:t>
      </w:r>
      <w:r w:rsidRPr="00E97067">
        <w:rPr>
          <w:lang w:val="fr-FR"/>
        </w:rPr>
        <w:t xml:space="preserve"> une boutique</w:t>
      </w:r>
      <w:bookmarkEnd w:id="147"/>
    </w:p>
    <w:p w14:paraId="7727D43E" w14:textId="77777777" w:rsidR="001041B8" w:rsidRPr="00E97067" w:rsidRDefault="00000000">
      <w:pPr>
        <w:rPr>
          <w:lang w:val="fr-FR"/>
        </w:rPr>
      </w:pPr>
      <w:r w:rsidRPr="00E97067">
        <w:rPr>
          <w:lang w:val="fr-FR"/>
        </w:rPr>
        <w:t>1. Ouvrir `Stores`.</w:t>
      </w:r>
    </w:p>
    <w:p w14:paraId="4E063879" w14:textId="2085D55C" w:rsidR="001041B8" w:rsidRDefault="00000000">
      <w:pPr>
        <w:rPr>
          <w:lang w:val="fr-FR"/>
        </w:rPr>
      </w:pPr>
      <w:r w:rsidRPr="00E97067">
        <w:rPr>
          <w:lang w:val="fr-FR"/>
        </w:rPr>
        <w:t xml:space="preserve">2. Cliquer sur l'action de </w:t>
      </w:r>
      <w:r w:rsidR="006139CA" w:rsidRPr="00E97067">
        <w:rPr>
          <w:lang w:val="fr-FR"/>
        </w:rPr>
        <w:t>création</w:t>
      </w:r>
      <w:r w:rsidRPr="00E97067">
        <w:rPr>
          <w:lang w:val="fr-FR"/>
        </w:rPr>
        <w:t>.</w:t>
      </w:r>
    </w:p>
    <w:p w14:paraId="2EF04F51" w14:textId="4243972D" w:rsidR="002D0824" w:rsidRPr="00E97067" w:rsidRDefault="002D0824">
      <w:pPr>
        <w:rPr>
          <w:lang w:val="fr-FR"/>
        </w:rPr>
      </w:pPr>
      <w:r>
        <w:rPr>
          <w:noProof/>
          <w:lang w:val="fr-FR"/>
        </w:rPr>
        <w:lastRenderedPageBreak/>
        <mc:AlternateContent>
          <mc:Choice Requires="wps">
            <w:drawing>
              <wp:anchor distT="0" distB="0" distL="114300" distR="114300" simplePos="0" relativeHeight="251889152" behindDoc="0" locked="0" layoutInCell="1" allowOverlap="1" wp14:anchorId="360B6BEB" wp14:editId="6E055E16">
                <wp:simplePos x="0" y="0"/>
                <wp:positionH relativeFrom="column">
                  <wp:posOffset>4731106</wp:posOffset>
                </wp:positionH>
                <wp:positionV relativeFrom="paragraph">
                  <wp:posOffset>271552</wp:posOffset>
                </wp:positionV>
                <wp:extent cx="418490" cy="45719"/>
                <wp:effectExtent l="38100" t="38100" r="38735" b="126365"/>
                <wp:wrapNone/>
                <wp:docPr id="24786084" name="Connecteur droit avec flèch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8490" cy="4571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9BE27E" id="Connecteur droit avec flèche 19" o:spid="_x0000_s1026" type="#_x0000_t32" style="position:absolute;margin-left:372.55pt;margin-top:21.4pt;width:32.95pt;height:3.6pt;z-index:25188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" strokecolor="#c00000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  <w:r w:rsidRPr="002D0824">
        <w:rPr>
          <w:lang w:val="fr-FR"/>
        </w:rPr>
        <w:drawing>
          <wp:inline distT="0" distB="0" distL="0" distR="0" wp14:anchorId="2E349FAA" wp14:editId="6B7AF9A1">
            <wp:extent cx="5486400" cy="2607310"/>
            <wp:effectExtent l="0" t="0" r="0" b="2540"/>
            <wp:docPr id="178718318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7183182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0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B14DCD" w14:textId="77777777" w:rsidR="001041B8" w:rsidRPr="00E97067" w:rsidRDefault="00000000">
      <w:pPr>
        <w:rPr>
          <w:lang w:val="fr-FR"/>
        </w:rPr>
      </w:pPr>
      <w:r w:rsidRPr="00E97067">
        <w:rPr>
          <w:lang w:val="fr-FR"/>
        </w:rPr>
        <w:t>3. Renseigner le nom.</w:t>
      </w:r>
    </w:p>
    <w:p w14:paraId="30029521" w14:textId="77777777" w:rsidR="001041B8" w:rsidRPr="00E97067" w:rsidRDefault="00000000">
      <w:pPr>
        <w:rPr>
          <w:lang w:val="fr-FR"/>
        </w:rPr>
      </w:pPr>
      <w:r w:rsidRPr="00E97067">
        <w:rPr>
          <w:lang w:val="fr-FR"/>
        </w:rPr>
        <w:t>4. Renseigner la ville.</w:t>
      </w:r>
    </w:p>
    <w:p w14:paraId="6E1FDCCA" w14:textId="25FB81AD" w:rsidR="001041B8" w:rsidRPr="00E97067" w:rsidRDefault="00000000">
      <w:pPr>
        <w:rPr>
          <w:lang w:val="fr-FR"/>
        </w:rPr>
      </w:pPr>
      <w:r w:rsidRPr="00E97067">
        <w:rPr>
          <w:lang w:val="fr-FR"/>
        </w:rPr>
        <w:t xml:space="preserve">5. </w:t>
      </w:r>
      <w:r w:rsidR="006139CA" w:rsidRPr="00E97067">
        <w:rPr>
          <w:lang w:val="fr-FR"/>
        </w:rPr>
        <w:t>Compléter</w:t>
      </w:r>
      <w:r w:rsidRPr="00E97067">
        <w:rPr>
          <w:lang w:val="fr-FR"/>
        </w:rPr>
        <w:t xml:space="preserve"> les informations disponibles.</w:t>
      </w:r>
    </w:p>
    <w:p w14:paraId="060D7EBB" w14:textId="21A08534" w:rsidR="001041B8" w:rsidRPr="00E97067" w:rsidRDefault="00000000">
      <w:pPr>
        <w:rPr>
          <w:lang w:val="fr-FR"/>
        </w:rPr>
      </w:pPr>
      <w:r w:rsidRPr="00E97067">
        <w:rPr>
          <w:lang w:val="fr-FR"/>
        </w:rPr>
        <w:t>6. Enregistrer.</w:t>
      </w:r>
    </w:p>
    <w:p w14:paraId="3AB9EAD0" w14:textId="2622D8F6" w:rsidR="001041B8" w:rsidRPr="00E97067" w:rsidRDefault="00000000" w:rsidP="002D0824">
      <w:pPr>
        <w:pStyle w:val="Titre2"/>
        <w:rPr>
          <w:lang w:val="fr-FR"/>
        </w:rPr>
      </w:pPr>
      <w:bookmarkStart w:id="148" w:name="_Toc231178543"/>
      <w:r w:rsidRPr="00E97067">
        <w:rPr>
          <w:lang w:val="fr-FR"/>
        </w:rPr>
        <w:t>Etapes pour modifier une boutique</w:t>
      </w:r>
      <w:bookmarkEnd w:id="148"/>
    </w:p>
    <w:p w14:paraId="0971F74C" w14:textId="77777777" w:rsidR="001041B8" w:rsidRPr="00E97067" w:rsidRDefault="00000000">
      <w:pPr>
        <w:rPr>
          <w:lang w:val="fr-FR"/>
        </w:rPr>
      </w:pPr>
      <w:r w:rsidRPr="00E97067">
        <w:rPr>
          <w:lang w:val="fr-FR"/>
        </w:rPr>
        <w:t>1. Rechercher la boutique.</w:t>
      </w:r>
    </w:p>
    <w:p w14:paraId="7428C7E4" w14:textId="77777777" w:rsidR="001041B8" w:rsidRDefault="00000000">
      <w:pPr>
        <w:rPr>
          <w:lang w:val="fr-FR"/>
        </w:rPr>
      </w:pPr>
      <w:r w:rsidRPr="00E97067">
        <w:rPr>
          <w:lang w:val="fr-FR"/>
        </w:rPr>
        <w:t>2. Ouvrir la modification.</w:t>
      </w:r>
    </w:p>
    <w:p w14:paraId="7F5A1BAB" w14:textId="7AB8E7CB" w:rsidR="002D0824" w:rsidRPr="00E97067" w:rsidRDefault="002D0824">
      <w:pPr>
        <w:rPr>
          <w:lang w:val="fr-FR"/>
        </w:rPr>
      </w:pPr>
      <w:r>
        <w:rPr>
          <w:noProof/>
          <w:lang w:val="fr-FR"/>
        </w:rPr>
        <mc:AlternateContent>
          <mc:Choice Requires="wps">
            <w:drawing>
              <wp:anchor distT="0" distB="0" distL="114300" distR="114300" simplePos="0" relativeHeight="251897344" behindDoc="0" locked="0" layoutInCell="1" allowOverlap="1" wp14:anchorId="22A159F3" wp14:editId="5EF754F9">
                <wp:simplePos x="0" y="0"/>
                <wp:positionH relativeFrom="column">
                  <wp:posOffset>4731665</wp:posOffset>
                </wp:positionH>
                <wp:positionV relativeFrom="paragraph">
                  <wp:posOffset>762050</wp:posOffset>
                </wp:positionV>
                <wp:extent cx="418490" cy="45719"/>
                <wp:effectExtent l="38100" t="38100" r="38735" b="126365"/>
                <wp:wrapNone/>
                <wp:docPr id="1355456264" name="Connecteur droit avec flèch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8490" cy="4571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8FFB70" id="Connecteur droit avec flèche 19" o:spid="_x0000_s1026" type="#_x0000_t32" style="position:absolute;margin-left:372.55pt;margin-top:60pt;width:32.95pt;height:3.6pt;z-index:25189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" strokecolor="#c00000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  <w:r w:rsidRPr="002D0824">
        <w:rPr>
          <w:lang w:val="fr-FR"/>
        </w:rPr>
        <w:drawing>
          <wp:inline distT="0" distB="0" distL="0" distR="0" wp14:anchorId="38803C1C" wp14:editId="1D2B0AC5">
            <wp:extent cx="5486400" cy="2611755"/>
            <wp:effectExtent l="0" t="0" r="0" b="0"/>
            <wp:docPr id="253439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4398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1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897940" w14:textId="77777777" w:rsidR="001041B8" w:rsidRPr="00E97067" w:rsidRDefault="00000000">
      <w:pPr>
        <w:rPr>
          <w:lang w:val="fr-FR"/>
        </w:rPr>
      </w:pPr>
      <w:r w:rsidRPr="00E97067">
        <w:rPr>
          <w:lang w:val="fr-FR"/>
        </w:rPr>
        <w:t>3. Modifier les informations.</w:t>
      </w:r>
    </w:p>
    <w:p w14:paraId="6EB7AA31" w14:textId="21EA0A45" w:rsidR="001041B8" w:rsidRPr="00E97067" w:rsidRDefault="00000000">
      <w:pPr>
        <w:rPr>
          <w:lang w:val="fr-FR"/>
        </w:rPr>
      </w:pPr>
      <w:r w:rsidRPr="00E97067">
        <w:rPr>
          <w:lang w:val="fr-FR"/>
        </w:rPr>
        <w:t>4. Enregistrer.</w:t>
      </w:r>
    </w:p>
    <w:p w14:paraId="17091642" w14:textId="665DCBF4" w:rsidR="001041B8" w:rsidRPr="00E97067" w:rsidRDefault="004A16E1">
      <w:pPr>
        <w:pStyle w:val="Titre2"/>
        <w:rPr>
          <w:lang w:val="fr-FR"/>
        </w:rPr>
      </w:pPr>
      <w:bookmarkStart w:id="149" w:name="_Toc231178544"/>
      <w:r w:rsidRPr="00E97067">
        <w:rPr>
          <w:lang w:val="fr-FR"/>
        </w:rPr>
        <w:lastRenderedPageBreak/>
        <w:t>Résultat</w:t>
      </w:r>
      <w:r w:rsidR="00000000" w:rsidRPr="00E97067">
        <w:rPr>
          <w:lang w:val="fr-FR"/>
        </w:rPr>
        <w:t xml:space="preserve"> attendu</w:t>
      </w:r>
      <w:bookmarkEnd w:id="149"/>
    </w:p>
    <w:p w14:paraId="062DE600" w14:textId="67630D8F" w:rsidR="001041B8" w:rsidRPr="00E97067" w:rsidRDefault="00000000">
      <w:pPr>
        <w:rPr>
          <w:lang w:val="fr-FR"/>
        </w:rPr>
      </w:pPr>
      <w:r w:rsidRPr="00E97067">
        <w:rPr>
          <w:lang w:val="fr-FR"/>
        </w:rPr>
        <w:t xml:space="preserve">La boutique devient disponible dans les filtres et </w:t>
      </w:r>
      <w:r w:rsidR="004A16E1" w:rsidRPr="00E97067">
        <w:rPr>
          <w:lang w:val="fr-FR"/>
        </w:rPr>
        <w:t>sélections</w:t>
      </w:r>
      <w:r w:rsidRPr="00E97067">
        <w:rPr>
          <w:lang w:val="fr-FR"/>
        </w:rPr>
        <w:t xml:space="preserve"> concernes.</w:t>
      </w:r>
    </w:p>
    <w:p w14:paraId="28BB3045" w14:textId="77777777" w:rsidR="001041B8" w:rsidRPr="00E97067" w:rsidRDefault="00000000">
      <w:pPr>
        <w:pStyle w:val="Titre2"/>
        <w:rPr>
          <w:lang w:val="fr-FR"/>
        </w:rPr>
      </w:pPr>
      <w:bookmarkStart w:id="150" w:name="_Toc231178545"/>
      <w:r w:rsidRPr="00E97067">
        <w:rPr>
          <w:lang w:val="fr-FR"/>
        </w:rPr>
        <w:t>A savoir</w:t>
      </w:r>
      <w:bookmarkEnd w:id="150"/>
    </w:p>
    <w:p w14:paraId="5DB51D86" w14:textId="77777777" w:rsidR="001041B8" w:rsidRPr="00E97067" w:rsidRDefault="00000000">
      <w:pPr>
        <w:rPr>
          <w:lang w:val="fr-FR"/>
        </w:rPr>
      </w:pPr>
      <w:r w:rsidRPr="00E97067">
        <w:rPr>
          <w:lang w:val="fr-FR"/>
        </w:rPr>
        <w:t>Une boutique influence :</w:t>
      </w:r>
    </w:p>
    <w:p w14:paraId="4AF8C216" w14:textId="77777777" w:rsidR="001041B8" w:rsidRDefault="00000000">
      <w:pPr>
        <w:pStyle w:val="Listepuces"/>
      </w:pPr>
      <w:r>
        <w:t xml:space="preserve">les employes </w:t>
      </w:r>
      <w:proofErr w:type="spellStart"/>
      <w:r>
        <w:t>disponibles</w:t>
      </w:r>
      <w:proofErr w:type="spellEnd"/>
    </w:p>
    <w:p w14:paraId="443A9531" w14:textId="77777777" w:rsidR="001041B8" w:rsidRDefault="00000000">
      <w:pPr>
        <w:pStyle w:val="Listepuces"/>
      </w:pPr>
      <w:r>
        <w:t xml:space="preserve">les </w:t>
      </w:r>
      <w:proofErr w:type="spellStart"/>
      <w:r>
        <w:t>rendez</w:t>
      </w:r>
      <w:proofErr w:type="spellEnd"/>
      <w:r>
        <w:t>-vous</w:t>
      </w:r>
    </w:p>
    <w:p w14:paraId="167A526B" w14:textId="77777777" w:rsidR="001041B8" w:rsidRDefault="00000000">
      <w:pPr>
        <w:pStyle w:val="Listepuces"/>
      </w:pPr>
      <w:r>
        <w:t xml:space="preserve">les </w:t>
      </w:r>
      <w:proofErr w:type="spellStart"/>
      <w:r>
        <w:t>horaires</w:t>
      </w:r>
      <w:proofErr w:type="spellEnd"/>
    </w:p>
    <w:p w14:paraId="6DB88FA3" w14:textId="77777777" w:rsidR="001041B8" w:rsidRDefault="00000000">
      <w:pPr>
        <w:pStyle w:val="Listepuces"/>
      </w:pPr>
      <w:r>
        <w:t>les ventes</w:t>
      </w:r>
    </w:p>
    <w:p w14:paraId="5C6B45F7" w14:textId="77777777" w:rsidR="001041B8" w:rsidRDefault="00000000">
      <w:pPr>
        <w:pStyle w:val="Listepuces"/>
      </w:pPr>
      <w:r>
        <w:t xml:space="preserve">les </w:t>
      </w:r>
      <w:proofErr w:type="spellStart"/>
      <w:r>
        <w:t>statistiques</w:t>
      </w:r>
      <w:proofErr w:type="spellEnd"/>
    </w:p>
    <w:p w14:paraId="1A680859" w14:textId="77777777" w:rsidR="001041B8" w:rsidRDefault="00000000">
      <w:pPr>
        <w:pStyle w:val="Listepuces"/>
      </w:pPr>
      <w:r>
        <w:t xml:space="preserve">les </w:t>
      </w:r>
      <w:proofErr w:type="spellStart"/>
      <w:r>
        <w:t>retraits</w:t>
      </w:r>
      <w:proofErr w:type="spellEnd"/>
      <w:r>
        <w:t xml:space="preserve"> de </w:t>
      </w:r>
      <w:proofErr w:type="spellStart"/>
      <w:r>
        <w:t>commandes</w:t>
      </w:r>
      <w:proofErr w:type="spellEnd"/>
    </w:p>
    <w:p w14:paraId="541CF1E5" w14:textId="5480B387" w:rsidR="001041B8" w:rsidRPr="004A16E1" w:rsidRDefault="00833872" w:rsidP="00833872">
      <w:pPr>
        <w:pStyle w:val="Titre1"/>
      </w:pPr>
      <w:r>
        <w:t xml:space="preserve"> </w:t>
      </w:r>
      <w:bookmarkStart w:id="151" w:name="_Toc231178546"/>
      <w:r w:rsidR="00000000" w:rsidRPr="004A16E1">
        <w:t>Parcours manager : utiliser le CRM</w:t>
      </w:r>
      <w:bookmarkEnd w:id="151"/>
    </w:p>
    <w:p w14:paraId="338C38D4" w14:textId="77777777" w:rsidR="001041B8" w:rsidRPr="004A16E1" w:rsidRDefault="00000000">
      <w:pPr>
        <w:pStyle w:val="Titre2"/>
        <w:rPr>
          <w:lang w:val="fr-FR"/>
        </w:rPr>
      </w:pPr>
      <w:bookmarkStart w:id="152" w:name="_Toc231178547"/>
      <w:r w:rsidRPr="004A16E1">
        <w:rPr>
          <w:lang w:val="fr-FR"/>
        </w:rPr>
        <w:t>Objectif</w:t>
      </w:r>
      <w:bookmarkEnd w:id="152"/>
    </w:p>
    <w:p w14:paraId="5F8F0981" w14:textId="7931BF08" w:rsidR="001041B8" w:rsidRPr="00E97067" w:rsidRDefault="006139CA">
      <w:pPr>
        <w:rPr>
          <w:lang w:val="fr-FR"/>
        </w:rPr>
      </w:pPr>
      <w:r w:rsidRPr="00E97067">
        <w:rPr>
          <w:lang w:val="fr-FR"/>
        </w:rPr>
        <w:t>Gérer</w:t>
      </w:r>
      <w:r w:rsidR="00000000" w:rsidRPr="00E97067">
        <w:rPr>
          <w:lang w:val="fr-FR"/>
        </w:rPr>
        <w:t xml:space="preserve"> la </w:t>
      </w:r>
      <w:r w:rsidRPr="00E97067">
        <w:rPr>
          <w:lang w:val="fr-FR"/>
        </w:rPr>
        <w:t>fidélité</w:t>
      </w:r>
      <w:r w:rsidR="00000000" w:rsidRPr="00E97067">
        <w:rPr>
          <w:lang w:val="fr-FR"/>
        </w:rPr>
        <w:t>, les campagnes, les bons cadeaux et les rappels.</w:t>
      </w:r>
    </w:p>
    <w:p w14:paraId="199618E7" w14:textId="77777777" w:rsidR="001041B8" w:rsidRPr="00E97067" w:rsidRDefault="00000000">
      <w:pPr>
        <w:pStyle w:val="Titre2"/>
        <w:rPr>
          <w:lang w:val="fr-FR"/>
        </w:rPr>
      </w:pPr>
      <w:bookmarkStart w:id="153" w:name="_Toc231178548"/>
      <w:r w:rsidRPr="00E97067">
        <w:rPr>
          <w:lang w:val="fr-FR"/>
        </w:rPr>
        <w:t>Qui peut le faire</w:t>
      </w:r>
      <w:bookmarkEnd w:id="153"/>
    </w:p>
    <w:p w14:paraId="52CE97BD" w14:textId="77777777" w:rsidR="001041B8" w:rsidRPr="00E97067" w:rsidRDefault="00000000">
      <w:pPr>
        <w:rPr>
          <w:lang w:val="fr-FR"/>
        </w:rPr>
      </w:pPr>
      <w:r w:rsidRPr="00E97067">
        <w:rPr>
          <w:lang w:val="fr-FR"/>
        </w:rPr>
        <w:t>Manager.</w:t>
      </w:r>
    </w:p>
    <w:p w14:paraId="48A2C74B" w14:textId="77777777" w:rsidR="001041B8" w:rsidRPr="00E97067" w:rsidRDefault="00000000">
      <w:pPr>
        <w:pStyle w:val="Titre2"/>
        <w:rPr>
          <w:lang w:val="fr-FR"/>
        </w:rPr>
      </w:pPr>
      <w:bookmarkStart w:id="154" w:name="_Toc231178549"/>
      <w:r w:rsidRPr="00E97067">
        <w:rPr>
          <w:lang w:val="fr-FR"/>
        </w:rPr>
        <w:t>Etapes pour ajouter ou consommer des points</w:t>
      </w:r>
      <w:bookmarkEnd w:id="154"/>
    </w:p>
    <w:p w14:paraId="329AC72F" w14:textId="2380C6AA" w:rsidR="001041B8" w:rsidRPr="004A16E1" w:rsidRDefault="00000000" w:rsidP="004A16E1">
      <w:pPr>
        <w:pStyle w:val="Paragraphedeliste"/>
        <w:numPr>
          <w:ilvl w:val="0"/>
          <w:numId w:val="27"/>
        </w:numPr>
        <w:rPr>
          <w:lang w:val="fr-FR"/>
        </w:rPr>
      </w:pPr>
      <w:r w:rsidRPr="004A16E1">
        <w:rPr>
          <w:lang w:val="fr-FR"/>
        </w:rPr>
        <w:t>Ouvrir `CRM`.</w:t>
      </w:r>
    </w:p>
    <w:p w14:paraId="2DE77503" w14:textId="44075C94" w:rsidR="004A16E1" w:rsidRPr="004A16E1" w:rsidRDefault="004A16E1" w:rsidP="004A16E1">
      <w:pPr>
        <w:rPr>
          <w:lang w:val="fr-FR"/>
        </w:rPr>
      </w:pPr>
      <w:r w:rsidRPr="004A16E1">
        <w:rPr>
          <w:lang w:val="fr-FR"/>
        </w:rPr>
        <w:drawing>
          <wp:inline distT="0" distB="0" distL="0" distR="0" wp14:anchorId="697783B6" wp14:editId="76140062">
            <wp:extent cx="5486400" cy="2617470"/>
            <wp:effectExtent l="0" t="0" r="0" b="0"/>
            <wp:docPr id="83673169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6731697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17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D82B44" w14:textId="77777777" w:rsidR="001041B8" w:rsidRPr="00E97067" w:rsidRDefault="00000000">
      <w:pPr>
        <w:rPr>
          <w:lang w:val="fr-FR"/>
        </w:rPr>
      </w:pPr>
      <w:r w:rsidRPr="00E97067">
        <w:rPr>
          <w:lang w:val="fr-FR"/>
        </w:rPr>
        <w:t>2. Dans `Loyalty points`, rechercher un client.</w:t>
      </w:r>
    </w:p>
    <w:p w14:paraId="5E00BDB2" w14:textId="7926C402" w:rsidR="001041B8" w:rsidRPr="00E97067" w:rsidRDefault="00000000">
      <w:pPr>
        <w:rPr>
          <w:lang w:val="fr-FR"/>
        </w:rPr>
      </w:pPr>
      <w:r w:rsidRPr="00E97067">
        <w:rPr>
          <w:lang w:val="fr-FR"/>
        </w:rPr>
        <w:t xml:space="preserve">3. </w:t>
      </w:r>
      <w:r w:rsidR="006139CA" w:rsidRPr="00E97067">
        <w:rPr>
          <w:lang w:val="fr-FR"/>
        </w:rPr>
        <w:t>Sélectionner</w:t>
      </w:r>
      <w:r w:rsidRPr="00E97067">
        <w:rPr>
          <w:lang w:val="fr-FR"/>
        </w:rPr>
        <w:t xml:space="preserve"> le client propose par l'</w:t>
      </w:r>
      <w:r w:rsidR="006139CA" w:rsidRPr="00E97067">
        <w:rPr>
          <w:lang w:val="fr-FR"/>
        </w:rPr>
        <w:t>autocomplétions</w:t>
      </w:r>
      <w:r w:rsidRPr="00E97067">
        <w:rPr>
          <w:lang w:val="fr-FR"/>
        </w:rPr>
        <w:t>.</w:t>
      </w:r>
    </w:p>
    <w:p w14:paraId="5D7A4861" w14:textId="62BBB8D8" w:rsidR="001041B8" w:rsidRPr="00E97067" w:rsidRDefault="00000000">
      <w:pPr>
        <w:rPr>
          <w:lang w:val="fr-FR"/>
        </w:rPr>
      </w:pPr>
      <w:r w:rsidRPr="00E97067">
        <w:rPr>
          <w:lang w:val="fr-FR"/>
        </w:rPr>
        <w:t>4. Choisir l'</w:t>
      </w:r>
      <w:r w:rsidR="006139CA" w:rsidRPr="00E97067">
        <w:rPr>
          <w:lang w:val="fr-FR"/>
        </w:rPr>
        <w:t>opération</w:t>
      </w:r>
      <w:r w:rsidRPr="00E97067">
        <w:rPr>
          <w:lang w:val="fr-FR"/>
        </w:rPr>
        <w:t xml:space="preserve"> : ajout ou consommation.</w:t>
      </w:r>
    </w:p>
    <w:p w14:paraId="37378E9A" w14:textId="77777777" w:rsidR="001041B8" w:rsidRPr="00E97067" w:rsidRDefault="00000000">
      <w:pPr>
        <w:rPr>
          <w:lang w:val="fr-FR"/>
        </w:rPr>
      </w:pPr>
      <w:r w:rsidRPr="00E97067">
        <w:rPr>
          <w:lang w:val="fr-FR"/>
        </w:rPr>
        <w:lastRenderedPageBreak/>
        <w:t>5. Renseigner le nombre de points.</w:t>
      </w:r>
    </w:p>
    <w:p w14:paraId="696669DB" w14:textId="77777777" w:rsidR="001041B8" w:rsidRPr="00E97067" w:rsidRDefault="00000000">
      <w:pPr>
        <w:rPr>
          <w:lang w:val="fr-FR"/>
        </w:rPr>
      </w:pPr>
      <w:r w:rsidRPr="00E97067">
        <w:rPr>
          <w:lang w:val="fr-FR"/>
        </w:rPr>
        <w:t>6. Renseigner le motif.</w:t>
      </w:r>
    </w:p>
    <w:p w14:paraId="18F7F471" w14:textId="77777777" w:rsidR="001041B8" w:rsidRPr="00E97067" w:rsidRDefault="00000000">
      <w:pPr>
        <w:rPr>
          <w:lang w:val="fr-FR"/>
        </w:rPr>
      </w:pPr>
      <w:r w:rsidRPr="00E97067">
        <w:rPr>
          <w:lang w:val="fr-FR"/>
        </w:rPr>
        <w:t>7. Enregistrer.</w:t>
      </w:r>
    </w:p>
    <w:p w14:paraId="11A9705F" w14:textId="77777777" w:rsidR="001041B8" w:rsidRPr="00E97067" w:rsidRDefault="00000000">
      <w:pPr>
        <w:pStyle w:val="Titre2"/>
        <w:rPr>
          <w:lang w:val="fr-FR"/>
        </w:rPr>
      </w:pPr>
      <w:bookmarkStart w:id="155" w:name="_Toc231178550"/>
      <w:r w:rsidRPr="00E97067">
        <w:rPr>
          <w:lang w:val="fr-FR"/>
        </w:rPr>
        <w:t xml:space="preserve">Etapes pour appliquer une action de masse sur la </w:t>
      </w:r>
      <w:proofErr w:type="spellStart"/>
      <w:r w:rsidRPr="00E97067">
        <w:rPr>
          <w:lang w:val="fr-FR"/>
        </w:rPr>
        <w:t>fidelite</w:t>
      </w:r>
      <w:bookmarkEnd w:id="155"/>
      <w:proofErr w:type="spellEnd"/>
    </w:p>
    <w:p w14:paraId="7B78E432" w14:textId="173C3F6A" w:rsidR="001041B8" w:rsidRPr="00E97067" w:rsidRDefault="00000000">
      <w:pPr>
        <w:rPr>
          <w:lang w:val="fr-FR"/>
        </w:rPr>
      </w:pPr>
      <w:r w:rsidRPr="00E97067">
        <w:rPr>
          <w:lang w:val="fr-FR"/>
        </w:rPr>
        <w:t xml:space="preserve">1. Ouvrir la liste des comptes </w:t>
      </w:r>
      <w:r w:rsidR="006139CA" w:rsidRPr="00E97067">
        <w:rPr>
          <w:lang w:val="fr-FR"/>
        </w:rPr>
        <w:t>fidélité</w:t>
      </w:r>
      <w:r w:rsidRPr="00E97067">
        <w:rPr>
          <w:lang w:val="fr-FR"/>
        </w:rPr>
        <w:t>.</w:t>
      </w:r>
    </w:p>
    <w:p w14:paraId="67D75536" w14:textId="6DFBBC46" w:rsidR="001041B8" w:rsidRPr="00E97067" w:rsidRDefault="00000000">
      <w:pPr>
        <w:rPr>
          <w:lang w:val="fr-FR"/>
        </w:rPr>
      </w:pPr>
      <w:r w:rsidRPr="00E97067">
        <w:rPr>
          <w:lang w:val="fr-FR"/>
        </w:rPr>
        <w:t xml:space="preserve">2. Filtrer les clients si </w:t>
      </w:r>
      <w:r w:rsidR="006139CA" w:rsidRPr="00E97067">
        <w:rPr>
          <w:lang w:val="fr-FR"/>
        </w:rPr>
        <w:t>nécessaire</w:t>
      </w:r>
      <w:r w:rsidRPr="00E97067">
        <w:rPr>
          <w:lang w:val="fr-FR"/>
        </w:rPr>
        <w:t>.</w:t>
      </w:r>
    </w:p>
    <w:p w14:paraId="4AECECFB" w14:textId="533BDD02" w:rsidR="001041B8" w:rsidRPr="00E97067" w:rsidRDefault="00000000">
      <w:pPr>
        <w:rPr>
          <w:lang w:val="fr-FR"/>
        </w:rPr>
      </w:pPr>
      <w:r w:rsidRPr="00E97067">
        <w:rPr>
          <w:lang w:val="fr-FR"/>
        </w:rPr>
        <w:t xml:space="preserve">3. </w:t>
      </w:r>
      <w:r w:rsidR="006139CA" w:rsidRPr="00E97067">
        <w:rPr>
          <w:lang w:val="fr-FR"/>
        </w:rPr>
        <w:t>Sélectionner</w:t>
      </w:r>
      <w:r w:rsidRPr="00E97067">
        <w:rPr>
          <w:lang w:val="fr-FR"/>
        </w:rPr>
        <w:t xml:space="preserve"> des clients un par un ou utiliser la </w:t>
      </w:r>
      <w:r w:rsidR="006139CA" w:rsidRPr="00E97067">
        <w:rPr>
          <w:lang w:val="fr-FR"/>
        </w:rPr>
        <w:t>sélection</w:t>
      </w:r>
      <w:r w:rsidRPr="00E97067">
        <w:rPr>
          <w:lang w:val="fr-FR"/>
        </w:rPr>
        <w:t xml:space="preserve"> globale.</w:t>
      </w:r>
    </w:p>
    <w:p w14:paraId="7E4C3664" w14:textId="77777777" w:rsidR="001041B8" w:rsidRPr="00E97067" w:rsidRDefault="00000000">
      <w:pPr>
        <w:rPr>
          <w:lang w:val="fr-FR"/>
        </w:rPr>
      </w:pPr>
      <w:r w:rsidRPr="00E97067">
        <w:rPr>
          <w:lang w:val="fr-FR"/>
        </w:rPr>
        <w:t>4. Choisir l'action de masse.</w:t>
      </w:r>
    </w:p>
    <w:p w14:paraId="4CCF9908" w14:textId="77777777" w:rsidR="001041B8" w:rsidRPr="00E97067" w:rsidRDefault="00000000">
      <w:pPr>
        <w:rPr>
          <w:lang w:val="fr-FR"/>
        </w:rPr>
      </w:pPr>
      <w:r w:rsidRPr="00E97067">
        <w:rPr>
          <w:lang w:val="fr-FR"/>
        </w:rPr>
        <w:t>5. Renseigner les points et le motif.</w:t>
      </w:r>
    </w:p>
    <w:p w14:paraId="3FE5E3B6" w14:textId="53F5C57B" w:rsidR="001041B8" w:rsidRPr="00E97067" w:rsidRDefault="00000000">
      <w:pPr>
        <w:rPr>
          <w:lang w:val="fr-FR"/>
        </w:rPr>
      </w:pPr>
      <w:r w:rsidRPr="00E97067">
        <w:rPr>
          <w:lang w:val="fr-FR"/>
        </w:rPr>
        <w:t xml:space="preserve">6. Appliquer l'action aux clients </w:t>
      </w:r>
      <w:r w:rsidR="006139CA" w:rsidRPr="00E97067">
        <w:rPr>
          <w:lang w:val="fr-FR"/>
        </w:rPr>
        <w:t>sélectionnes</w:t>
      </w:r>
      <w:r w:rsidRPr="00E97067">
        <w:rPr>
          <w:lang w:val="fr-FR"/>
        </w:rPr>
        <w:t>.</w:t>
      </w:r>
    </w:p>
    <w:p w14:paraId="30B9AC8E" w14:textId="767C59FC" w:rsidR="001041B8" w:rsidRPr="00E97067" w:rsidRDefault="00000000" w:rsidP="008F081E">
      <w:pPr>
        <w:pStyle w:val="Titre2"/>
        <w:rPr>
          <w:lang w:val="fr-FR"/>
        </w:rPr>
      </w:pPr>
      <w:bookmarkStart w:id="156" w:name="_Toc231178551"/>
      <w:r w:rsidRPr="00E97067">
        <w:rPr>
          <w:lang w:val="fr-FR"/>
        </w:rPr>
        <w:t xml:space="preserve">Etapes pour </w:t>
      </w:r>
      <w:r w:rsidR="006139CA" w:rsidRPr="00E97067">
        <w:rPr>
          <w:lang w:val="fr-FR"/>
        </w:rPr>
        <w:t>créer</w:t>
      </w:r>
      <w:r w:rsidRPr="00E97067">
        <w:rPr>
          <w:lang w:val="fr-FR"/>
        </w:rPr>
        <w:t xml:space="preserve"> un </w:t>
      </w:r>
      <w:proofErr w:type="spellStart"/>
      <w:r w:rsidRPr="00E97067">
        <w:rPr>
          <w:lang w:val="fr-FR"/>
        </w:rPr>
        <w:t>membership</w:t>
      </w:r>
      <w:proofErr w:type="spellEnd"/>
      <w:r w:rsidRPr="00E97067">
        <w:rPr>
          <w:lang w:val="fr-FR"/>
        </w:rPr>
        <w:t xml:space="preserve"> ou une carte de visites</w:t>
      </w:r>
      <w:bookmarkEnd w:id="156"/>
    </w:p>
    <w:p w14:paraId="5E1D8226" w14:textId="77777777" w:rsidR="001041B8" w:rsidRPr="00E97067" w:rsidRDefault="00000000">
      <w:pPr>
        <w:rPr>
          <w:lang w:val="fr-FR"/>
        </w:rPr>
      </w:pPr>
      <w:r w:rsidRPr="00E97067">
        <w:rPr>
          <w:lang w:val="fr-FR"/>
        </w:rPr>
        <w:t>1. Dans `</w:t>
      </w:r>
      <w:proofErr w:type="spellStart"/>
      <w:r w:rsidRPr="00E97067">
        <w:rPr>
          <w:lang w:val="fr-FR"/>
        </w:rPr>
        <w:t>Memberships</w:t>
      </w:r>
      <w:proofErr w:type="spellEnd"/>
      <w:r w:rsidRPr="00E97067">
        <w:rPr>
          <w:lang w:val="fr-FR"/>
        </w:rPr>
        <w:t xml:space="preserve"> and </w:t>
      </w:r>
      <w:proofErr w:type="spellStart"/>
      <w:r w:rsidRPr="00E97067">
        <w:rPr>
          <w:lang w:val="fr-FR"/>
        </w:rPr>
        <w:t>visit</w:t>
      </w:r>
      <w:proofErr w:type="spellEnd"/>
      <w:r w:rsidRPr="00E97067">
        <w:rPr>
          <w:lang w:val="fr-FR"/>
        </w:rPr>
        <w:t xml:space="preserve"> </w:t>
      </w:r>
      <w:proofErr w:type="spellStart"/>
      <w:r w:rsidRPr="00E97067">
        <w:rPr>
          <w:lang w:val="fr-FR"/>
        </w:rPr>
        <w:t>cards</w:t>
      </w:r>
      <w:proofErr w:type="spellEnd"/>
      <w:r w:rsidRPr="00E97067">
        <w:rPr>
          <w:lang w:val="fr-FR"/>
        </w:rPr>
        <w:t>`, rechercher un client.</w:t>
      </w:r>
    </w:p>
    <w:p w14:paraId="2D16DF58" w14:textId="77777777" w:rsidR="001041B8" w:rsidRPr="00E97067" w:rsidRDefault="00000000">
      <w:pPr>
        <w:rPr>
          <w:lang w:val="fr-FR"/>
        </w:rPr>
      </w:pPr>
      <w:r w:rsidRPr="00E97067">
        <w:rPr>
          <w:lang w:val="fr-FR"/>
        </w:rPr>
        <w:t>2. Renseigner le nom du programme.</w:t>
      </w:r>
    </w:p>
    <w:p w14:paraId="61831041" w14:textId="77777777" w:rsidR="001041B8" w:rsidRPr="00E97067" w:rsidRDefault="00000000">
      <w:pPr>
        <w:rPr>
          <w:lang w:val="fr-FR"/>
        </w:rPr>
      </w:pPr>
      <w:r w:rsidRPr="00E97067">
        <w:rPr>
          <w:lang w:val="fr-FR"/>
        </w:rPr>
        <w:t>3. Choisir le statut du programme.</w:t>
      </w:r>
    </w:p>
    <w:p w14:paraId="7C136CEB" w14:textId="650E95CF" w:rsidR="001041B8" w:rsidRPr="00E97067" w:rsidRDefault="00000000">
      <w:pPr>
        <w:rPr>
          <w:lang w:val="fr-FR"/>
        </w:rPr>
      </w:pPr>
      <w:r w:rsidRPr="00E97067">
        <w:rPr>
          <w:lang w:val="fr-FR"/>
        </w:rPr>
        <w:t xml:space="preserve">4. Renseigner les dates de </w:t>
      </w:r>
      <w:r w:rsidR="006139CA" w:rsidRPr="00E97067">
        <w:rPr>
          <w:lang w:val="fr-FR"/>
        </w:rPr>
        <w:t>début</w:t>
      </w:r>
      <w:r w:rsidRPr="00E97067">
        <w:rPr>
          <w:lang w:val="fr-FR"/>
        </w:rPr>
        <w:t xml:space="preserve"> et de fin si </w:t>
      </w:r>
      <w:r w:rsidR="006139CA" w:rsidRPr="00E97067">
        <w:rPr>
          <w:lang w:val="fr-FR"/>
        </w:rPr>
        <w:t>nécessaire</w:t>
      </w:r>
      <w:r w:rsidRPr="00E97067">
        <w:rPr>
          <w:lang w:val="fr-FR"/>
        </w:rPr>
        <w:t>.</w:t>
      </w:r>
    </w:p>
    <w:p w14:paraId="10467560" w14:textId="77777777" w:rsidR="001041B8" w:rsidRPr="00E97067" w:rsidRDefault="00000000">
      <w:pPr>
        <w:rPr>
          <w:lang w:val="fr-FR"/>
        </w:rPr>
      </w:pPr>
      <w:r w:rsidRPr="00E97067">
        <w:rPr>
          <w:lang w:val="fr-FR"/>
        </w:rPr>
        <w:t>5. Renseigner le nom de la carte.</w:t>
      </w:r>
    </w:p>
    <w:p w14:paraId="7A119D0B" w14:textId="77777777" w:rsidR="001041B8" w:rsidRPr="00E97067" w:rsidRDefault="00000000">
      <w:pPr>
        <w:rPr>
          <w:lang w:val="fr-FR"/>
        </w:rPr>
      </w:pPr>
      <w:r w:rsidRPr="00E97067">
        <w:rPr>
          <w:lang w:val="fr-FR"/>
        </w:rPr>
        <w:t>6. Renseigner l'objectif de visites.</w:t>
      </w:r>
    </w:p>
    <w:p w14:paraId="10C29F8B" w14:textId="281ECDCA" w:rsidR="001041B8" w:rsidRPr="00E97067" w:rsidRDefault="00000000">
      <w:pPr>
        <w:rPr>
          <w:lang w:val="fr-FR"/>
        </w:rPr>
      </w:pPr>
      <w:r w:rsidRPr="00E97067">
        <w:rPr>
          <w:lang w:val="fr-FR"/>
        </w:rPr>
        <w:t xml:space="preserve">7. Renseigner les visites </w:t>
      </w:r>
      <w:r w:rsidR="006139CA" w:rsidRPr="00E97067">
        <w:rPr>
          <w:lang w:val="fr-FR"/>
        </w:rPr>
        <w:t>déjà</w:t>
      </w:r>
      <w:r w:rsidRPr="00E97067">
        <w:rPr>
          <w:lang w:val="fr-FR"/>
        </w:rPr>
        <w:t xml:space="preserve"> </w:t>
      </w:r>
      <w:r w:rsidR="006139CA" w:rsidRPr="00E97067">
        <w:rPr>
          <w:lang w:val="fr-FR"/>
        </w:rPr>
        <w:t>utilisées</w:t>
      </w:r>
      <w:r w:rsidRPr="00E97067">
        <w:rPr>
          <w:lang w:val="fr-FR"/>
        </w:rPr>
        <w:t xml:space="preserve"> si besoin.</w:t>
      </w:r>
    </w:p>
    <w:p w14:paraId="156F4462" w14:textId="0D217F94" w:rsidR="001041B8" w:rsidRPr="00E97067" w:rsidRDefault="00000000">
      <w:pPr>
        <w:rPr>
          <w:lang w:val="fr-FR"/>
        </w:rPr>
      </w:pPr>
      <w:r w:rsidRPr="00E97067">
        <w:rPr>
          <w:lang w:val="fr-FR"/>
        </w:rPr>
        <w:t>8. Choisir l'</w:t>
      </w:r>
      <w:r w:rsidR="006139CA" w:rsidRPr="00E97067">
        <w:rPr>
          <w:lang w:val="fr-FR"/>
        </w:rPr>
        <w:t>état</w:t>
      </w:r>
      <w:r w:rsidRPr="00E97067">
        <w:rPr>
          <w:lang w:val="fr-FR"/>
        </w:rPr>
        <w:t xml:space="preserve"> de la carte.</w:t>
      </w:r>
    </w:p>
    <w:p w14:paraId="3922D900" w14:textId="25CC2D98" w:rsidR="001041B8" w:rsidRPr="00E97067" w:rsidRDefault="00000000">
      <w:pPr>
        <w:rPr>
          <w:lang w:val="fr-FR"/>
        </w:rPr>
      </w:pPr>
      <w:r w:rsidRPr="00E97067">
        <w:rPr>
          <w:lang w:val="fr-FR"/>
        </w:rPr>
        <w:t>9. Enregistrer.</w:t>
      </w:r>
    </w:p>
    <w:p w14:paraId="53B0AA83" w14:textId="3882B083" w:rsidR="001041B8" w:rsidRPr="00E97067" w:rsidRDefault="00000000" w:rsidP="008F081E">
      <w:pPr>
        <w:pStyle w:val="Titre2"/>
        <w:rPr>
          <w:lang w:val="fr-FR"/>
        </w:rPr>
      </w:pPr>
      <w:bookmarkStart w:id="157" w:name="_Toc231178552"/>
      <w:r w:rsidRPr="00E97067">
        <w:rPr>
          <w:lang w:val="fr-FR"/>
        </w:rPr>
        <w:t xml:space="preserve">Etapes pour </w:t>
      </w:r>
      <w:r w:rsidR="00444F1A" w:rsidRPr="00E97067">
        <w:rPr>
          <w:lang w:val="fr-FR"/>
        </w:rPr>
        <w:t>créer</w:t>
      </w:r>
      <w:r w:rsidRPr="00E97067">
        <w:rPr>
          <w:lang w:val="fr-FR"/>
        </w:rPr>
        <w:t xml:space="preserve"> une campagne</w:t>
      </w:r>
      <w:bookmarkEnd w:id="157"/>
    </w:p>
    <w:p w14:paraId="3B8A39C2" w14:textId="77777777" w:rsidR="001041B8" w:rsidRPr="00E97067" w:rsidRDefault="00000000">
      <w:pPr>
        <w:rPr>
          <w:lang w:val="fr-FR"/>
        </w:rPr>
      </w:pPr>
      <w:r w:rsidRPr="00E97067">
        <w:rPr>
          <w:lang w:val="fr-FR"/>
        </w:rPr>
        <w:t>1. Dans `</w:t>
      </w:r>
      <w:proofErr w:type="spellStart"/>
      <w:r w:rsidRPr="00E97067">
        <w:rPr>
          <w:lang w:val="fr-FR"/>
        </w:rPr>
        <w:t>Campaigns</w:t>
      </w:r>
      <w:proofErr w:type="spellEnd"/>
      <w:r w:rsidRPr="00E97067">
        <w:rPr>
          <w:lang w:val="fr-FR"/>
        </w:rPr>
        <w:t>`, renseigner le nom.</w:t>
      </w:r>
    </w:p>
    <w:p w14:paraId="40D69CF8" w14:textId="77777777" w:rsidR="001041B8" w:rsidRPr="00E97067" w:rsidRDefault="00000000">
      <w:pPr>
        <w:rPr>
          <w:lang w:val="fr-FR"/>
        </w:rPr>
      </w:pPr>
      <w:r w:rsidRPr="00E97067">
        <w:rPr>
          <w:lang w:val="fr-FR"/>
        </w:rPr>
        <w:t>2. Choisir le canal.</w:t>
      </w:r>
    </w:p>
    <w:p w14:paraId="0450B99A" w14:textId="6FC70E83" w:rsidR="001041B8" w:rsidRPr="00E97067" w:rsidRDefault="00000000">
      <w:pPr>
        <w:rPr>
          <w:lang w:val="fr-FR"/>
        </w:rPr>
      </w:pPr>
      <w:r w:rsidRPr="00E97067">
        <w:rPr>
          <w:lang w:val="fr-FR"/>
        </w:rPr>
        <w:t xml:space="preserve">3. Renseigner le minimum de points si </w:t>
      </w:r>
      <w:r w:rsidR="00444F1A" w:rsidRPr="00E97067">
        <w:rPr>
          <w:lang w:val="fr-FR"/>
        </w:rPr>
        <w:t>nécessaire</w:t>
      </w:r>
      <w:r w:rsidRPr="00E97067">
        <w:rPr>
          <w:lang w:val="fr-FR"/>
        </w:rPr>
        <w:t>.</w:t>
      </w:r>
    </w:p>
    <w:p w14:paraId="27ED04D1" w14:textId="77777777" w:rsidR="001041B8" w:rsidRPr="00E97067" w:rsidRDefault="00000000">
      <w:pPr>
        <w:rPr>
          <w:lang w:val="fr-FR"/>
        </w:rPr>
      </w:pPr>
      <w:r w:rsidRPr="00E97067">
        <w:rPr>
          <w:lang w:val="fr-FR"/>
        </w:rPr>
        <w:t>4. Renseigner le message.</w:t>
      </w:r>
    </w:p>
    <w:p w14:paraId="4ADE7E6C" w14:textId="77777777" w:rsidR="001041B8" w:rsidRPr="00E97067" w:rsidRDefault="00000000">
      <w:pPr>
        <w:rPr>
          <w:lang w:val="fr-FR"/>
        </w:rPr>
      </w:pPr>
      <w:r w:rsidRPr="00E97067">
        <w:rPr>
          <w:lang w:val="fr-FR"/>
        </w:rPr>
        <w:t>5. Cliquer sur `</w:t>
      </w:r>
      <w:proofErr w:type="spellStart"/>
      <w:r w:rsidRPr="00E97067">
        <w:rPr>
          <w:lang w:val="fr-FR"/>
        </w:rPr>
        <w:t>Create</w:t>
      </w:r>
      <w:proofErr w:type="spellEnd"/>
      <w:r w:rsidRPr="00E97067">
        <w:rPr>
          <w:lang w:val="fr-FR"/>
        </w:rPr>
        <w:t>`.</w:t>
      </w:r>
    </w:p>
    <w:p w14:paraId="54A4CD6D" w14:textId="794F2FB2" w:rsidR="001041B8" w:rsidRPr="00E97067" w:rsidRDefault="00000000">
      <w:pPr>
        <w:rPr>
          <w:lang w:val="fr-FR"/>
        </w:rPr>
      </w:pPr>
      <w:r w:rsidRPr="00E97067">
        <w:rPr>
          <w:lang w:val="fr-FR"/>
        </w:rPr>
        <w:t xml:space="preserve">6. Ouvrir la liste des campagnes pour </w:t>
      </w:r>
      <w:r w:rsidR="00444F1A" w:rsidRPr="00E97067">
        <w:rPr>
          <w:lang w:val="fr-FR"/>
        </w:rPr>
        <w:t>vérifier</w:t>
      </w:r>
      <w:r w:rsidRPr="00E97067">
        <w:rPr>
          <w:lang w:val="fr-FR"/>
        </w:rPr>
        <w:t>.</w:t>
      </w:r>
    </w:p>
    <w:p w14:paraId="5C3C1032" w14:textId="21382265" w:rsidR="001041B8" w:rsidRPr="00E97067" w:rsidRDefault="00000000">
      <w:pPr>
        <w:pStyle w:val="Titre2"/>
        <w:rPr>
          <w:lang w:val="fr-FR"/>
        </w:rPr>
      </w:pPr>
      <w:bookmarkStart w:id="158" w:name="_Toc231178553"/>
      <w:r w:rsidRPr="00E97067">
        <w:rPr>
          <w:lang w:val="fr-FR"/>
        </w:rPr>
        <w:lastRenderedPageBreak/>
        <w:t xml:space="preserve">Etapes pour </w:t>
      </w:r>
      <w:r w:rsidR="00444F1A" w:rsidRPr="00E97067">
        <w:rPr>
          <w:lang w:val="fr-FR"/>
        </w:rPr>
        <w:t>créer</w:t>
      </w:r>
      <w:r w:rsidRPr="00E97067">
        <w:rPr>
          <w:lang w:val="fr-FR"/>
        </w:rPr>
        <w:t xml:space="preserve"> un bon cadeau</w:t>
      </w:r>
      <w:bookmarkEnd w:id="158"/>
    </w:p>
    <w:p w14:paraId="2C3F8018" w14:textId="77777777" w:rsidR="001041B8" w:rsidRPr="00E97067" w:rsidRDefault="00000000">
      <w:pPr>
        <w:rPr>
          <w:lang w:val="fr-FR"/>
        </w:rPr>
      </w:pPr>
      <w:r w:rsidRPr="00E97067">
        <w:rPr>
          <w:lang w:val="fr-FR"/>
        </w:rPr>
        <w:t>1. Dans `Gift vouchers`, saisir le montant.</w:t>
      </w:r>
    </w:p>
    <w:p w14:paraId="1B21DDA8" w14:textId="7E878098" w:rsidR="001041B8" w:rsidRPr="00E97067" w:rsidRDefault="00000000">
      <w:pPr>
        <w:rPr>
          <w:lang w:val="fr-FR"/>
        </w:rPr>
      </w:pPr>
      <w:r w:rsidRPr="00E97067">
        <w:rPr>
          <w:lang w:val="fr-FR"/>
        </w:rPr>
        <w:t xml:space="preserve">2. </w:t>
      </w:r>
      <w:r w:rsidR="00444F1A" w:rsidRPr="00E97067">
        <w:rPr>
          <w:lang w:val="fr-FR"/>
        </w:rPr>
        <w:t>Sélectionner</w:t>
      </w:r>
      <w:r w:rsidRPr="00E97067">
        <w:rPr>
          <w:lang w:val="fr-FR"/>
        </w:rPr>
        <w:t xml:space="preserve"> un client ou saisir une adresse </w:t>
      </w:r>
      <w:proofErr w:type="gramStart"/>
      <w:r w:rsidRPr="00E97067">
        <w:rPr>
          <w:lang w:val="fr-FR"/>
        </w:rPr>
        <w:t>email</w:t>
      </w:r>
      <w:proofErr w:type="gramEnd"/>
      <w:r w:rsidRPr="00E97067">
        <w:rPr>
          <w:lang w:val="fr-FR"/>
        </w:rPr>
        <w:t>.</w:t>
      </w:r>
    </w:p>
    <w:p w14:paraId="7D412DB3" w14:textId="27D79F8A" w:rsidR="001041B8" w:rsidRPr="00E97067" w:rsidRDefault="00000000">
      <w:pPr>
        <w:rPr>
          <w:lang w:val="fr-FR"/>
        </w:rPr>
      </w:pPr>
      <w:r w:rsidRPr="00E97067">
        <w:rPr>
          <w:lang w:val="fr-FR"/>
        </w:rPr>
        <w:t xml:space="preserve">3. Renseigner une date d'expiration si </w:t>
      </w:r>
      <w:r w:rsidR="00444F1A" w:rsidRPr="00E97067">
        <w:rPr>
          <w:lang w:val="fr-FR"/>
        </w:rPr>
        <w:t>nécessaire</w:t>
      </w:r>
      <w:r w:rsidRPr="00E97067">
        <w:rPr>
          <w:lang w:val="fr-FR"/>
        </w:rPr>
        <w:t>.</w:t>
      </w:r>
    </w:p>
    <w:p w14:paraId="48832AA8" w14:textId="77777777" w:rsidR="001041B8" w:rsidRPr="00E97067" w:rsidRDefault="00000000">
      <w:pPr>
        <w:rPr>
          <w:lang w:val="fr-FR"/>
        </w:rPr>
      </w:pPr>
      <w:r w:rsidRPr="00E97067">
        <w:rPr>
          <w:lang w:val="fr-FR"/>
        </w:rPr>
        <w:t>4. Cliquer sur `</w:t>
      </w:r>
      <w:proofErr w:type="spellStart"/>
      <w:r w:rsidRPr="00E97067">
        <w:rPr>
          <w:lang w:val="fr-FR"/>
        </w:rPr>
        <w:t>Create</w:t>
      </w:r>
      <w:proofErr w:type="spellEnd"/>
      <w:r w:rsidRPr="00E97067">
        <w:rPr>
          <w:lang w:val="fr-FR"/>
        </w:rPr>
        <w:t>`.</w:t>
      </w:r>
    </w:p>
    <w:p w14:paraId="6B0847F8" w14:textId="293095FC" w:rsidR="001041B8" w:rsidRPr="00E97067" w:rsidRDefault="00000000">
      <w:pPr>
        <w:rPr>
          <w:lang w:val="fr-FR"/>
        </w:rPr>
      </w:pPr>
      <w:r w:rsidRPr="00E97067">
        <w:rPr>
          <w:lang w:val="fr-FR"/>
        </w:rPr>
        <w:t xml:space="preserve">5. Ouvrir la liste pour </w:t>
      </w:r>
      <w:r w:rsidR="00444F1A" w:rsidRPr="00E97067">
        <w:rPr>
          <w:lang w:val="fr-FR"/>
        </w:rPr>
        <w:t>vérifier</w:t>
      </w:r>
      <w:r w:rsidRPr="00E97067">
        <w:rPr>
          <w:lang w:val="fr-FR"/>
        </w:rPr>
        <w:t xml:space="preserve"> le bon </w:t>
      </w:r>
      <w:r w:rsidR="00444F1A" w:rsidRPr="00E97067">
        <w:rPr>
          <w:lang w:val="fr-FR"/>
        </w:rPr>
        <w:t>crée</w:t>
      </w:r>
      <w:r w:rsidRPr="00E97067">
        <w:rPr>
          <w:lang w:val="fr-FR"/>
        </w:rPr>
        <w:t>.</w:t>
      </w:r>
    </w:p>
    <w:p w14:paraId="0B36706E" w14:textId="5F68B3D8" w:rsidR="001041B8" w:rsidRPr="00E97067" w:rsidRDefault="00000000">
      <w:pPr>
        <w:pStyle w:val="Titre2"/>
        <w:rPr>
          <w:lang w:val="fr-FR"/>
        </w:rPr>
      </w:pPr>
      <w:bookmarkStart w:id="159" w:name="_Toc231178554"/>
      <w:r w:rsidRPr="00E97067">
        <w:rPr>
          <w:lang w:val="fr-FR"/>
        </w:rPr>
        <w:t xml:space="preserve">Etapes pour </w:t>
      </w:r>
      <w:r w:rsidR="00444F1A" w:rsidRPr="00E97067">
        <w:rPr>
          <w:lang w:val="fr-FR"/>
        </w:rPr>
        <w:t>gérer</w:t>
      </w:r>
      <w:r w:rsidRPr="00E97067">
        <w:rPr>
          <w:lang w:val="fr-FR"/>
        </w:rPr>
        <w:t xml:space="preserve"> les rappels automatiques</w:t>
      </w:r>
      <w:bookmarkEnd w:id="159"/>
    </w:p>
    <w:p w14:paraId="57CC411C" w14:textId="740641CC" w:rsidR="001041B8" w:rsidRPr="00E97067" w:rsidRDefault="00000000">
      <w:pPr>
        <w:rPr>
          <w:lang w:val="fr-FR"/>
        </w:rPr>
      </w:pPr>
      <w:r w:rsidRPr="00E97067">
        <w:rPr>
          <w:lang w:val="fr-FR"/>
        </w:rPr>
        <w:t>1. Dans `</w:t>
      </w:r>
      <w:proofErr w:type="spellStart"/>
      <w:r w:rsidRPr="00E97067">
        <w:rPr>
          <w:lang w:val="fr-FR"/>
        </w:rPr>
        <w:t>Automatic</w:t>
      </w:r>
      <w:proofErr w:type="spellEnd"/>
      <w:r w:rsidRPr="00E97067">
        <w:rPr>
          <w:lang w:val="fr-FR"/>
        </w:rPr>
        <w:t xml:space="preserve"> </w:t>
      </w:r>
      <w:proofErr w:type="spellStart"/>
      <w:r w:rsidRPr="00E97067">
        <w:rPr>
          <w:lang w:val="fr-FR"/>
        </w:rPr>
        <w:t>reminders</w:t>
      </w:r>
      <w:proofErr w:type="spellEnd"/>
      <w:r w:rsidRPr="00E97067">
        <w:rPr>
          <w:lang w:val="fr-FR"/>
        </w:rPr>
        <w:t xml:space="preserve">`, renseigner le nom de la </w:t>
      </w:r>
      <w:r w:rsidR="00444F1A" w:rsidRPr="00E97067">
        <w:rPr>
          <w:lang w:val="fr-FR"/>
        </w:rPr>
        <w:t>règle</w:t>
      </w:r>
      <w:r w:rsidRPr="00E97067">
        <w:rPr>
          <w:lang w:val="fr-FR"/>
        </w:rPr>
        <w:t>.</w:t>
      </w:r>
    </w:p>
    <w:p w14:paraId="51EAACFB" w14:textId="77777777" w:rsidR="001041B8" w:rsidRPr="00E97067" w:rsidRDefault="00000000">
      <w:pPr>
        <w:rPr>
          <w:lang w:val="fr-FR"/>
        </w:rPr>
      </w:pPr>
      <w:r w:rsidRPr="00E97067">
        <w:rPr>
          <w:lang w:val="fr-FR"/>
        </w:rPr>
        <w:t>2. Choisir le canal.</w:t>
      </w:r>
    </w:p>
    <w:p w14:paraId="32FB02E9" w14:textId="27B85F39" w:rsidR="001041B8" w:rsidRPr="00E97067" w:rsidRDefault="00000000">
      <w:pPr>
        <w:rPr>
          <w:lang w:val="fr-FR"/>
        </w:rPr>
      </w:pPr>
      <w:r w:rsidRPr="00E97067">
        <w:rPr>
          <w:lang w:val="fr-FR"/>
        </w:rPr>
        <w:t xml:space="preserve">3. Renseigner le </w:t>
      </w:r>
      <w:r w:rsidR="00444F1A" w:rsidRPr="00E97067">
        <w:rPr>
          <w:lang w:val="fr-FR"/>
        </w:rPr>
        <w:t>décalage</w:t>
      </w:r>
      <w:r w:rsidRPr="00E97067">
        <w:rPr>
          <w:lang w:val="fr-FR"/>
        </w:rPr>
        <w:t xml:space="preserve"> en heures.</w:t>
      </w:r>
    </w:p>
    <w:p w14:paraId="62AB636F" w14:textId="77777777" w:rsidR="001041B8" w:rsidRPr="00E97067" w:rsidRDefault="00000000">
      <w:pPr>
        <w:rPr>
          <w:lang w:val="fr-FR"/>
        </w:rPr>
      </w:pPr>
      <w:r w:rsidRPr="00E97067">
        <w:rPr>
          <w:lang w:val="fr-FR"/>
        </w:rPr>
        <w:t xml:space="preserve">4. Cliquer sur `Add </w:t>
      </w:r>
      <w:proofErr w:type="spellStart"/>
      <w:r w:rsidRPr="00E97067">
        <w:rPr>
          <w:lang w:val="fr-FR"/>
        </w:rPr>
        <w:t>rule</w:t>
      </w:r>
      <w:proofErr w:type="spellEnd"/>
      <w:r w:rsidRPr="00E97067">
        <w:rPr>
          <w:lang w:val="fr-FR"/>
        </w:rPr>
        <w:t>`.</w:t>
      </w:r>
    </w:p>
    <w:p w14:paraId="64127B67" w14:textId="4DC4561C" w:rsidR="001041B8" w:rsidRPr="00E97067" w:rsidRDefault="00000000">
      <w:pPr>
        <w:rPr>
          <w:lang w:val="fr-FR"/>
        </w:rPr>
      </w:pPr>
      <w:r w:rsidRPr="00E97067">
        <w:rPr>
          <w:lang w:val="fr-FR"/>
        </w:rPr>
        <w:t xml:space="preserve">5. Ouvrir `Open </w:t>
      </w:r>
      <w:proofErr w:type="spellStart"/>
      <w:r w:rsidRPr="00E97067">
        <w:rPr>
          <w:lang w:val="fr-FR"/>
        </w:rPr>
        <w:t>rules</w:t>
      </w:r>
      <w:proofErr w:type="spellEnd"/>
      <w:r w:rsidRPr="00E97067">
        <w:rPr>
          <w:lang w:val="fr-FR"/>
        </w:rPr>
        <w:t xml:space="preserve">` pour consulter les </w:t>
      </w:r>
      <w:r w:rsidR="00444F1A" w:rsidRPr="00E97067">
        <w:rPr>
          <w:lang w:val="fr-FR"/>
        </w:rPr>
        <w:t>règles</w:t>
      </w:r>
      <w:r w:rsidRPr="00E97067">
        <w:rPr>
          <w:lang w:val="fr-FR"/>
        </w:rPr>
        <w:t>.</w:t>
      </w:r>
    </w:p>
    <w:p w14:paraId="341515B4" w14:textId="77777777" w:rsidR="001041B8" w:rsidRPr="00E97067" w:rsidRDefault="00000000">
      <w:pPr>
        <w:rPr>
          <w:lang w:val="fr-FR"/>
        </w:rPr>
      </w:pPr>
      <w:r w:rsidRPr="00E97067">
        <w:rPr>
          <w:lang w:val="fr-FR"/>
        </w:rPr>
        <w:t>6. Ouvrir `Open logs` pour consulter les tentatives d'envoi.</w:t>
      </w:r>
    </w:p>
    <w:p w14:paraId="02EAC1BB" w14:textId="77777777" w:rsidR="001041B8" w:rsidRPr="00E97067" w:rsidRDefault="00000000">
      <w:pPr>
        <w:pStyle w:val="Titre2"/>
        <w:rPr>
          <w:lang w:val="fr-FR"/>
        </w:rPr>
      </w:pPr>
      <w:bookmarkStart w:id="160" w:name="_Toc231178555"/>
      <w:r w:rsidRPr="00E97067">
        <w:rPr>
          <w:lang w:val="fr-FR"/>
        </w:rPr>
        <w:t>A savoir</w:t>
      </w:r>
      <w:bookmarkEnd w:id="160"/>
    </w:p>
    <w:p w14:paraId="1B802A9A" w14:textId="77777777" w:rsidR="001041B8" w:rsidRPr="00E97067" w:rsidRDefault="00000000">
      <w:pPr>
        <w:rPr>
          <w:lang w:val="fr-FR"/>
        </w:rPr>
      </w:pPr>
      <w:r w:rsidRPr="00E97067">
        <w:rPr>
          <w:lang w:val="fr-FR"/>
        </w:rPr>
        <w:t>Les logs indiquent les tentatives d'envoi.</w:t>
      </w:r>
    </w:p>
    <w:p w14:paraId="1EEF0F57" w14:textId="2EBF0FF9" w:rsidR="001041B8" w:rsidRPr="00E97067" w:rsidRDefault="00000000">
      <w:pPr>
        <w:rPr>
          <w:lang w:val="fr-FR"/>
        </w:rPr>
      </w:pPr>
      <w:r w:rsidRPr="00E97067">
        <w:rPr>
          <w:lang w:val="fr-FR"/>
        </w:rPr>
        <w:t xml:space="preserve">Un </w:t>
      </w:r>
      <w:proofErr w:type="gramStart"/>
      <w:r w:rsidRPr="00E97067">
        <w:rPr>
          <w:lang w:val="fr-FR"/>
        </w:rPr>
        <w:t>email</w:t>
      </w:r>
      <w:proofErr w:type="gramEnd"/>
      <w:r w:rsidRPr="00E97067">
        <w:rPr>
          <w:lang w:val="fr-FR"/>
        </w:rPr>
        <w:t xml:space="preserve"> peut </w:t>
      </w:r>
      <w:r w:rsidR="00444F1A" w:rsidRPr="00E97067">
        <w:rPr>
          <w:lang w:val="fr-FR"/>
        </w:rPr>
        <w:t>être</w:t>
      </w:r>
      <w:r w:rsidRPr="00E97067">
        <w:rPr>
          <w:lang w:val="fr-FR"/>
        </w:rPr>
        <w:t xml:space="preserve"> </w:t>
      </w:r>
      <w:r w:rsidR="00444F1A" w:rsidRPr="00E97067">
        <w:rPr>
          <w:lang w:val="fr-FR"/>
        </w:rPr>
        <w:t>prépare</w:t>
      </w:r>
      <w:r w:rsidRPr="00E97067">
        <w:rPr>
          <w:lang w:val="fr-FR"/>
        </w:rPr>
        <w:t xml:space="preserve"> par l'application mais bloque par le fournisseur externe.</w:t>
      </w:r>
    </w:p>
    <w:p w14:paraId="3DE16B71" w14:textId="4CF095A6" w:rsidR="001041B8" w:rsidRPr="00833872" w:rsidRDefault="00833872" w:rsidP="00833872">
      <w:pPr>
        <w:pStyle w:val="Titre1"/>
        <w:rPr>
          <w:lang w:val="en-US"/>
        </w:rPr>
      </w:pPr>
      <w:r w:rsidRPr="00E63593">
        <w:t xml:space="preserve"> </w:t>
      </w:r>
      <w:bookmarkStart w:id="161" w:name="_Toc231178556"/>
      <w:proofErr w:type="spellStart"/>
      <w:r w:rsidR="00000000" w:rsidRPr="00833872">
        <w:rPr>
          <w:lang w:val="en-US"/>
        </w:rPr>
        <w:t>Parcours</w:t>
      </w:r>
      <w:proofErr w:type="spellEnd"/>
      <w:r w:rsidR="00000000" w:rsidRPr="00833872">
        <w:rPr>
          <w:lang w:val="en-US"/>
        </w:rPr>
        <w:t xml:space="preserve"> back-</w:t>
      </w:r>
      <w:proofErr w:type="gramStart"/>
      <w:r w:rsidR="00000000" w:rsidRPr="00833872">
        <w:rPr>
          <w:lang w:val="en-US"/>
        </w:rPr>
        <w:t>office :</w:t>
      </w:r>
      <w:proofErr w:type="gramEnd"/>
      <w:r w:rsidR="00000000" w:rsidRPr="00833872">
        <w:rPr>
          <w:lang w:val="en-US"/>
        </w:rPr>
        <w:t xml:space="preserve"> </w:t>
      </w:r>
      <w:proofErr w:type="spellStart"/>
      <w:r w:rsidR="00000000" w:rsidRPr="00833872">
        <w:rPr>
          <w:lang w:val="en-US"/>
        </w:rPr>
        <w:t>utiliser</w:t>
      </w:r>
      <w:proofErr w:type="spellEnd"/>
      <w:r w:rsidR="00000000" w:rsidRPr="00833872">
        <w:rPr>
          <w:lang w:val="en-US"/>
        </w:rPr>
        <w:t xml:space="preserve"> le warehouse</w:t>
      </w:r>
      <w:bookmarkEnd w:id="161"/>
    </w:p>
    <w:p w14:paraId="345F8D86" w14:textId="77777777" w:rsidR="001041B8" w:rsidRPr="00E97067" w:rsidRDefault="00000000">
      <w:pPr>
        <w:pStyle w:val="Titre2"/>
        <w:rPr>
          <w:lang w:val="fr-FR"/>
        </w:rPr>
      </w:pPr>
      <w:bookmarkStart w:id="162" w:name="_Toc231178557"/>
      <w:r w:rsidRPr="00E97067">
        <w:rPr>
          <w:lang w:val="fr-FR"/>
        </w:rPr>
        <w:t>Objectif</w:t>
      </w:r>
      <w:bookmarkEnd w:id="162"/>
    </w:p>
    <w:p w14:paraId="34118771" w14:textId="5A4CFA08" w:rsidR="001041B8" w:rsidRPr="00E97067" w:rsidRDefault="00000000">
      <w:pPr>
        <w:rPr>
          <w:lang w:val="fr-FR"/>
        </w:rPr>
      </w:pPr>
      <w:r w:rsidRPr="00E97067">
        <w:rPr>
          <w:lang w:val="fr-FR"/>
        </w:rPr>
        <w:t xml:space="preserve">Suivre les commandes, </w:t>
      </w:r>
      <w:r w:rsidR="00444F1A" w:rsidRPr="00E97067">
        <w:rPr>
          <w:lang w:val="fr-FR"/>
        </w:rPr>
        <w:t>préparations</w:t>
      </w:r>
      <w:r w:rsidRPr="00E97067">
        <w:rPr>
          <w:lang w:val="fr-FR"/>
        </w:rPr>
        <w:t xml:space="preserve"> et </w:t>
      </w:r>
      <w:r w:rsidR="00444F1A" w:rsidRPr="00E97067">
        <w:rPr>
          <w:lang w:val="fr-FR"/>
        </w:rPr>
        <w:t>réservations</w:t>
      </w:r>
      <w:r w:rsidRPr="00E97067">
        <w:rPr>
          <w:lang w:val="fr-FR"/>
        </w:rPr>
        <w:t xml:space="preserve"> produit.</w:t>
      </w:r>
    </w:p>
    <w:p w14:paraId="69F0FC96" w14:textId="77777777" w:rsidR="001041B8" w:rsidRPr="00E97067" w:rsidRDefault="00000000">
      <w:pPr>
        <w:pStyle w:val="Titre2"/>
        <w:rPr>
          <w:lang w:val="fr-FR"/>
        </w:rPr>
      </w:pPr>
      <w:bookmarkStart w:id="163" w:name="_Toc231178558"/>
      <w:r w:rsidRPr="00E97067">
        <w:rPr>
          <w:lang w:val="fr-FR"/>
        </w:rPr>
        <w:t>Qui peut le faire</w:t>
      </w:r>
      <w:bookmarkEnd w:id="163"/>
    </w:p>
    <w:p w14:paraId="566BB7B7" w14:textId="490AB4A8" w:rsidR="001041B8" w:rsidRPr="00E97067" w:rsidRDefault="00444F1A">
      <w:pPr>
        <w:rPr>
          <w:lang w:val="fr-FR"/>
        </w:rPr>
      </w:pPr>
      <w:r w:rsidRPr="00E97067">
        <w:rPr>
          <w:lang w:val="fr-FR"/>
        </w:rPr>
        <w:t>Employé</w:t>
      </w:r>
      <w:r w:rsidR="00000000" w:rsidRPr="00E97067">
        <w:rPr>
          <w:lang w:val="fr-FR"/>
        </w:rPr>
        <w:t xml:space="preserve"> ou manager.</w:t>
      </w:r>
    </w:p>
    <w:p w14:paraId="5F55DB3B" w14:textId="77777777" w:rsidR="001041B8" w:rsidRPr="00E97067" w:rsidRDefault="00000000">
      <w:pPr>
        <w:pStyle w:val="Titre2"/>
        <w:rPr>
          <w:lang w:val="fr-FR"/>
        </w:rPr>
      </w:pPr>
      <w:bookmarkStart w:id="164" w:name="_Toc231178559"/>
      <w:r w:rsidRPr="00E97067">
        <w:rPr>
          <w:lang w:val="fr-FR"/>
        </w:rPr>
        <w:t>Etapes</w:t>
      </w:r>
      <w:bookmarkEnd w:id="164"/>
    </w:p>
    <w:p w14:paraId="506CE007" w14:textId="77777777" w:rsidR="001041B8" w:rsidRPr="00E97067" w:rsidRDefault="00000000">
      <w:pPr>
        <w:rPr>
          <w:lang w:val="fr-FR"/>
        </w:rPr>
      </w:pPr>
      <w:r w:rsidRPr="00E97067">
        <w:rPr>
          <w:lang w:val="fr-FR"/>
        </w:rPr>
        <w:t>1. Ouvrir `Warehouse`.</w:t>
      </w:r>
    </w:p>
    <w:p w14:paraId="7BDB422F" w14:textId="2B8F2345" w:rsidR="001041B8" w:rsidRPr="00E97067" w:rsidRDefault="00000000">
      <w:pPr>
        <w:rPr>
          <w:lang w:val="fr-FR"/>
        </w:rPr>
      </w:pPr>
      <w:r w:rsidRPr="00E97067">
        <w:rPr>
          <w:lang w:val="fr-FR"/>
        </w:rPr>
        <w:t xml:space="preserve">2. Consulter les commandes ou </w:t>
      </w:r>
      <w:r w:rsidR="00444F1A" w:rsidRPr="00E97067">
        <w:rPr>
          <w:lang w:val="fr-FR"/>
        </w:rPr>
        <w:t>réservations</w:t>
      </w:r>
      <w:r w:rsidRPr="00E97067">
        <w:rPr>
          <w:lang w:val="fr-FR"/>
        </w:rPr>
        <w:t xml:space="preserve"> </w:t>
      </w:r>
      <w:proofErr w:type="spellStart"/>
      <w:proofErr w:type="gramStart"/>
      <w:r w:rsidRPr="00E97067">
        <w:rPr>
          <w:lang w:val="fr-FR"/>
        </w:rPr>
        <w:t>a</w:t>
      </w:r>
      <w:proofErr w:type="spellEnd"/>
      <w:proofErr w:type="gramEnd"/>
      <w:r w:rsidRPr="00E97067">
        <w:rPr>
          <w:lang w:val="fr-FR"/>
        </w:rPr>
        <w:t xml:space="preserve"> traiter.</w:t>
      </w:r>
    </w:p>
    <w:p w14:paraId="2586F685" w14:textId="042911A0" w:rsidR="001041B8" w:rsidRDefault="00000000">
      <w:pPr>
        <w:rPr>
          <w:lang w:val="fr-FR"/>
        </w:rPr>
      </w:pPr>
      <w:r w:rsidRPr="00E97067">
        <w:rPr>
          <w:lang w:val="fr-FR"/>
        </w:rPr>
        <w:t xml:space="preserve">3. Ouvrir le </w:t>
      </w:r>
      <w:r w:rsidR="00444F1A" w:rsidRPr="00E97067">
        <w:rPr>
          <w:lang w:val="fr-FR"/>
        </w:rPr>
        <w:t>détail</w:t>
      </w:r>
      <w:r w:rsidRPr="00E97067">
        <w:rPr>
          <w:lang w:val="fr-FR"/>
        </w:rPr>
        <w:t xml:space="preserve"> d'un </w:t>
      </w:r>
      <w:r w:rsidR="00444F1A" w:rsidRPr="00E97067">
        <w:rPr>
          <w:lang w:val="fr-FR"/>
        </w:rPr>
        <w:t>élément</w:t>
      </w:r>
      <w:r w:rsidRPr="00E97067">
        <w:rPr>
          <w:lang w:val="fr-FR"/>
        </w:rPr>
        <w:t xml:space="preserve"> si disponible.</w:t>
      </w:r>
    </w:p>
    <w:p w14:paraId="01C072EB" w14:textId="7938BB66" w:rsidR="008F081E" w:rsidRPr="00E97067" w:rsidRDefault="008F081E">
      <w:pPr>
        <w:rPr>
          <w:lang w:val="fr-FR"/>
        </w:rPr>
      </w:pPr>
      <w:r w:rsidRPr="008F081E">
        <w:rPr>
          <w:lang w:val="fr-FR"/>
        </w:rPr>
        <w:lastRenderedPageBreak/>
        <w:drawing>
          <wp:inline distT="0" distB="0" distL="0" distR="0" wp14:anchorId="107A2CCC" wp14:editId="26D23429">
            <wp:extent cx="5486400" cy="2613025"/>
            <wp:effectExtent l="0" t="0" r="0" b="0"/>
            <wp:docPr id="46659618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596187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1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AC0018" w14:textId="053B8800" w:rsidR="001041B8" w:rsidRPr="00012D1C" w:rsidRDefault="00444F1A" w:rsidP="00012D1C">
      <w:pPr>
        <w:pStyle w:val="Paragraphedeliste"/>
        <w:numPr>
          <w:ilvl w:val="0"/>
          <w:numId w:val="19"/>
        </w:numPr>
        <w:rPr>
          <w:lang w:val="fr-FR"/>
        </w:rPr>
      </w:pPr>
      <w:r w:rsidRPr="00012D1C">
        <w:rPr>
          <w:lang w:val="fr-FR"/>
        </w:rPr>
        <w:t>Exécuter</w:t>
      </w:r>
      <w:r w:rsidR="00000000" w:rsidRPr="00012D1C">
        <w:rPr>
          <w:lang w:val="fr-FR"/>
        </w:rPr>
        <w:t xml:space="preserve"> l'action </w:t>
      </w:r>
      <w:r w:rsidRPr="00012D1C">
        <w:rPr>
          <w:lang w:val="fr-FR"/>
        </w:rPr>
        <w:t>opérationnelle</w:t>
      </w:r>
      <w:r w:rsidR="00000000" w:rsidRPr="00012D1C">
        <w:rPr>
          <w:lang w:val="fr-FR"/>
        </w:rPr>
        <w:t xml:space="preserve"> </w:t>
      </w:r>
      <w:r w:rsidRPr="00012D1C">
        <w:rPr>
          <w:lang w:val="fr-FR"/>
        </w:rPr>
        <w:t>proposée</w:t>
      </w:r>
      <w:r w:rsidR="00000000" w:rsidRPr="00012D1C">
        <w:rPr>
          <w:lang w:val="fr-FR"/>
        </w:rPr>
        <w:t xml:space="preserve"> : </w:t>
      </w:r>
      <w:r w:rsidRPr="00012D1C">
        <w:rPr>
          <w:lang w:val="fr-FR"/>
        </w:rPr>
        <w:t>préparer</w:t>
      </w:r>
      <w:r w:rsidR="00000000" w:rsidRPr="00012D1C">
        <w:rPr>
          <w:lang w:val="fr-FR"/>
        </w:rPr>
        <w:t xml:space="preserve">, valider, annuler ou marquer comme </w:t>
      </w:r>
      <w:r w:rsidRPr="00012D1C">
        <w:rPr>
          <w:lang w:val="fr-FR"/>
        </w:rPr>
        <w:t>récupéré</w:t>
      </w:r>
      <w:r w:rsidR="00000000" w:rsidRPr="00012D1C">
        <w:rPr>
          <w:lang w:val="fr-FR"/>
        </w:rPr>
        <w:t xml:space="preserve"> selon le cas.</w:t>
      </w:r>
    </w:p>
    <w:p w14:paraId="1122B3A7" w14:textId="5D75D8DC" w:rsidR="00012D1C" w:rsidRPr="00012D1C" w:rsidRDefault="00012D1C" w:rsidP="00012D1C">
      <w:pPr>
        <w:rPr>
          <w:lang w:val="fr-FR"/>
        </w:rPr>
      </w:pPr>
      <w:r>
        <w:rPr>
          <w:noProof/>
          <w:lang w:val="fr-FR"/>
        </w:rPr>
        <mc:AlternateContent>
          <mc:Choice Requires="wps">
            <w:drawing>
              <wp:anchor distT="0" distB="0" distL="114300" distR="114300" simplePos="0" relativeHeight="251905536" behindDoc="0" locked="0" layoutInCell="1" allowOverlap="1" wp14:anchorId="0D0D577A" wp14:editId="5183AC59">
                <wp:simplePos x="0" y="0"/>
                <wp:positionH relativeFrom="column">
                  <wp:posOffset>4277563</wp:posOffset>
                </wp:positionH>
                <wp:positionV relativeFrom="paragraph">
                  <wp:posOffset>162485</wp:posOffset>
                </wp:positionV>
                <wp:extent cx="383413" cy="434314"/>
                <wp:effectExtent l="38100" t="19050" r="55245" b="99695"/>
                <wp:wrapNone/>
                <wp:docPr id="1106884113" name="Connecteur droit avec flèch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3413" cy="434314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9C44DB" id="Connecteur droit avec flèche 19" o:spid="_x0000_s1026" type="#_x0000_t32" style="position:absolute;margin-left:336.8pt;margin-top:12.8pt;width:30.2pt;height:34.2pt;z-index:25190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" strokecolor="#c00000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  <w:r w:rsidRPr="008F081E">
        <w:rPr>
          <w:lang w:val="fr-FR"/>
        </w:rPr>
        <w:drawing>
          <wp:inline distT="0" distB="0" distL="0" distR="0" wp14:anchorId="0580B8B3" wp14:editId="694BB2F6">
            <wp:extent cx="5486400" cy="2613025"/>
            <wp:effectExtent l="0" t="0" r="0" b="0"/>
            <wp:docPr id="161946653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596187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1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8C5FE6" w14:textId="586589A3" w:rsidR="001041B8" w:rsidRPr="00E97067" w:rsidRDefault="00000000">
      <w:pPr>
        <w:rPr>
          <w:lang w:val="fr-FR"/>
        </w:rPr>
      </w:pPr>
      <w:r w:rsidRPr="00E97067">
        <w:rPr>
          <w:lang w:val="fr-FR"/>
        </w:rPr>
        <w:t xml:space="preserve">5. </w:t>
      </w:r>
      <w:r w:rsidR="00444F1A" w:rsidRPr="00E97067">
        <w:rPr>
          <w:lang w:val="fr-FR"/>
        </w:rPr>
        <w:t>Vérifier</w:t>
      </w:r>
      <w:r w:rsidRPr="00E97067">
        <w:rPr>
          <w:lang w:val="fr-FR"/>
        </w:rPr>
        <w:t xml:space="preserve"> le changement de statut.</w:t>
      </w:r>
    </w:p>
    <w:p w14:paraId="77E21373" w14:textId="6EB1AD35" w:rsidR="001041B8" w:rsidRPr="00E97067" w:rsidRDefault="00670897">
      <w:pPr>
        <w:pStyle w:val="Titre2"/>
        <w:rPr>
          <w:lang w:val="fr-FR"/>
        </w:rPr>
      </w:pPr>
      <w:bookmarkStart w:id="165" w:name="_Toc231178560"/>
      <w:r w:rsidRPr="00E97067">
        <w:rPr>
          <w:lang w:val="fr-FR"/>
        </w:rPr>
        <w:t>Résultat</w:t>
      </w:r>
      <w:r w:rsidR="00000000" w:rsidRPr="00E97067">
        <w:rPr>
          <w:lang w:val="fr-FR"/>
        </w:rPr>
        <w:t xml:space="preserve"> attendu</w:t>
      </w:r>
      <w:bookmarkEnd w:id="165"/>
    </w:p>
    <w:p w14:paraId="244A4D75" w14:textId="1E1DF666" w:rsidR="001041B8" w:rsidRPr="00E97067" w:rsidRDefault="00000000">
      <w:pPr>
        <w:rPr>
          <w:lang w:val="fr-FR"/>
        </w:rPr>
      </w:pPr>
      <w:r w:rsidRPr="00E97067">
        <w:rPr>
          <w:lang w:val="fr-FR"/>
        </w:rPr>
        <w:t xml:space="preserve">Les commandes et </w:t>
      </w:r>
      <w:r w:rsidR="00670897" w:rsidRPr="00E97067">
        <w:rPr>
          <w:lang w:val="fr-FR"/>
        </w:rPr>
        <w:t>réservations</w:t>
      </w:r>
      <w:r w:rsidRPr="00E97067">
        <w:rPr>
          <w:lang w:val="fr-FR"/>
        </w:rPr>
        <w:t xml:space="preserve"> avancent dans leur cycle de traitement.</w:t>
      </w:r>
    </w:p>
    <w:p w14:paraId="405B591F" w14:textId="424BF77E" w:rsidR="001041B8" w:rsidRPr="00E97067" w:rsidRDefault="00833872" w:rsidP="00833872">
      <w:pPr>
        <w:pStyle w:val="Titre1"/>
      </w:pPr>
      <w:r>
        <w:t xml:space="preserve"> </w:t>
      </w:r>
      <w:bookmarkStart w:id="166" w:name="_Toc231178561"/>
      <w:r w:rsidR="00000000" w:rsidRPr="00E97067">
        <w:t>Parcours utilisateur : modifier son profil back-office</w:t>
      </w:r>
      <w:bookmarkEnd w:id="166"/>
    </w:p>
    <w:p w14:paraId="6677B4DA" w14:textId="77777777" w:rsidR="001041B8" w:rsidRPr="00E97067" w:rsidRDefault="00000000">
      <w:pPr>
        <w:pStyle w:val="Titre2"/>
        <w:rPr>
          <w:lang w:val="fr-FR"/>
        </w:rPr>
      </w:pPr>
      <w:bookmarkStart w:id="167" w:name="_Toc231178562"/>
      <w:r w:rsidRPr="00E97067">
        <w:rPr>
          <w:lang w:val="fr-FR"/>
        </w:rPr>
        <w:t>Objectif</w:t>
      </w:r>
      <w:bookmarkEnd w:id="167"/>
    </w:p>
    <w:p w14:paraId="5E4F57C2" w14:textId="5EC0D9F9" w:rsidR="001041B8" w:rsidRPr="00E97067" w:rsidRDefault="00000000">
      <w:pPr>
        <w:rPr>
          <w:lang w:val="fr-FR"/>
        </w:rPr>
      </w:pPr>
      <w:r w:rsidRPr="00E97067">
        <w:rPr>
          <w:lang w:val="fr-FR"/>
        </w:rPr>
        <w:t xml:space="preserve">Mettre </w:t>
      </w:r>
      <w:proofErr w:type="spellStart"/>
      <w:proofErr w:type="gramStart"/>
      <w:r w:rsidRPr="00E97067">
        <w:rPr>
          <w:lang w:val="fr-FR"/>
        </w:rPr>
        <w:t>a</w:t>
      </w:r>
      <w:proofErr w:type="spellEnd"/>
      <w:proofErr w:type="gramEnd"/>
      <w:r w:rsidRPr="00E97067">
        <w:rPr>
          <w:lang w:val="fr-FR"/>
        </w:rPr>
        <w:t xml:space="preserve"> jour ses </w:t>
      </w:r>
      <w:r w:rsidR="00670897" w:rsidRPr="00E97067">
        <w:rPr>
          <w:lang w:val="fr-FR"/>
        </w:rPr>
        <w:t>préférences</w:t>
      </w:r>
      <w:r w:rsidRPr="00E97067">
        <w:rPr>
          <w:lang w:val="fr-FR"/>
        </w:rPr>
        <w:t xml:space="preserve"> et son mot de passe.</w:t>
      </w:r>
    </w:p>
    <w:p w14:paraId="3A4F66B2" w14:textId="77777777" w:rsidR="001041B8" w:rsidRPr="00E97067" w:rsidRDefault="00000000">
      <w:pPr>
        <w:pStyle w:val="Titre2"/>
        <w:rPr>
          <w:lang w:val="fr-FR"/>
        </w:rPr>
      </w:pPr>
      <w:bookmarkStart w:id="168" w:name="_Toc231178563"/>
      <w:r w:rsidRPr="00E97067">
        <w:rPr>
          <w:lang w:val="fr-FR"/>
        </w:rPr>
        <w:lastRenderedPageBreak/>
        <w:t>Qui peut le faire</w:t>
      </w:r>
      <w:bookmarkEnd w:id="168"/>
    </w:p>
    <w:p w14:paraId="53F42DD7" w14:textId="345857AB" w:rsidR="001041B8" w:rsidRPr="00E97067" w:rsidRDefault="00670897">
      <w:pPr>
        <w:rPr>
          <w:lang w:val="fr-FR"/>
        </w:rPr>
      </w:pPr>
      <w:r w:rsidRPr="00E97067">
        <w:rPr>
          <w:lang w:val="fr-FR"/>
        </w:rPr>
        <w:t>Employé</w:t>
      </w:r>
      <w:r w:rsidR="00000000" w:rsidRPr="00E97067">
        <w:rPr>
          <w:lang w:val="fr-FR"/>
        </w:rPr>
        <w:t xml:space="preserve"> ou manager connecte.</w:t>
      </w:r>
    </w:p>
    <w:p w14:paraId="6FD562C3" w14:textId="180683F9" w:rsidR="001041B8" w:rsidRPr="00E97067" w:rsidRDefault="00000000">
      <w:pPr>
        <w:pStyle w:val="Titre2"/>
        <w:rPr>
          <w:lang w:val="fr-FR"/>
        </w:rPr>
      </w:pPr>
      <w:bookmarkStart w:id="169" w:name="_Toc231178564"/>
      <w:r w:rsidRPr="00E97067">
        <w:rPr>
          <w:lang w:val="fr-FR"/>
        </w:rPr>
        <w:t xml:space="preserve">Etapes pour changer les </w:t>
      </w:r>
      <w:r w:rsidR="00444F1A" w:rsidRPr="00E97067">
        <w:rPr>
          <w:lang w:val="fr-FR"/>
        </w:rPr>
        <w:t>préférences</w:t>
      </w:r>
      <w:bookmarkEnd w:id="169"/>
    </w:p>
    <w:p w14:paraId="31FBD320" w14:textId="4272BE86" w:rsidR="001041B8" w:rsidRPr="00670897" w:rsidRDefault="00000000" w:rsidP="00670897">
      <w:pPr>
        <w:pStyle w:val="Paragraphedeliste"/>
        <w:numPr>
          <w:ilvl w:val="0"/>
          <w:numId w:val="28"/>
        </w:numPr>
        <w:rPr>
          <w:lang w:val="fr-FR"/>
        </w:rPr>
      </w:pPr>
      <w:r w:rsidRPr="00670897">
        <w:rPr>
          <w:lang w:val="fr-FR"/>
        </w:rPr>
        <w:t>Ouvrir `Profile`.</w:t>
      </w:r>
    </w:p>
    <w:p w14:paraId="1C56A132" w14:textId="76BDCEFE" w:rsidR="00670897" w:rsidRPr="00670897" w:rsidRDefault="00670897" w:rsidP="00670897">
      <w:pPr>
        <w:rPr>
          <w:lang w:val="fr-FR"/>
        </w:rPr>
      </w:pPr>
      <w:r w:rsidRPr="00670897">
        <w:rPr>
          <w:lang w:val="fr-FR"/>
        </w:rPr>
        <w:drawing>
          <wp:inline distT="0" distB="0" distL="0" distR="0" wp14:anchorId="6ABADB02" wp14:editId="56B49E01">
            <wp:extent cx="5486400" cy="2578100"/>
            <wp:effectExtent l="0" t="0" r="0" b="0"/>
            <wp:docPr id="178535302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5353020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7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DF2E6B" w14:textId="5228AE6B" w:rsidR="001041B8" w:rsidRPr="00E97067" w:rsidRDefault="00000000">
      <w:pPr>
        <w:rPr>
          <w:lang w:val="fr-FR"/>
        </w:rPr>
      </w:pPr>
      <w:r w:rsidRPr="00E97067">
        <w:rPr>
          <w:lang w:val="fr-FR"/>
        </w:rPr>
        <w:t xml:space="preserve">2. Choisir le </w:t>
      </w:r>
      <w:r w:rsidR="00444F1A" w:rsidRPr="00E97067">
        <w:rPr>
          <w:lang w:val="fr-FR"/>
        </w:rPr>
        <w:t>thème</w:t>
      </w:r>
      <w:r w:rsidRPr="00E97067">
        <w:rPr>
          <w:lang w:val="fr-FR"/>
        </w:rPr>
        <w:t>.</w:t>
      </w:r>
    </w:p>
    <w:p w14:paraId="210496C4" w14:textId="77777777" w:rsidR="001041B8" w:rsidRPr="00E97067" w:rsidRDefault="00000000">
      <w:pPr>
        <w:rPr>
          <w:lang w:val="fr-FR"/>
        </w:rPr>
      </w:pPr>
      <w:r w:rsidRPr="00E97067">
        <w:rPr>
          <w:lang w:val="fr-FR"/>
        </w:rPr>
        <w:t>3. Choisir la taille de police.</w:t>
      </w:r>
    </w:p>
    <w:p w14:paraId="48189327" w14:textId="0BC08A4E" w:rsidR="001041B8" w:rsidRPr="00E97067" w:rsidRDefault="00000000">
      <w:pPr>
        <w:rPr>
          <w:lang w:val="fr-FR"/>
        </w:rPr>
      </w:pPr>
      <w:r w:rsidRPr="00E97067">
        <w:rPr>
          <w:lang w:val="fr-FR"/>
        </w:rPr>
        <w:t xml:space="preserve">4. Enregistrer si un bouton de sauvegarde est </w:t>
      </w:r>
      <w:r w:rsidR="00D948D7" w:rsidRPr="00E97067">
        <w:rPr>
          <w:lang w:val="fr-FR"/>
        </w:rPr>
        <w:t>proposé</w:t>
      </w:r>
      <w:r w:rsidRPr="00E97067">
        <w:rPr>
          <w:lang w:val="fr-FR"/>
        </w:rPr>
        <w:t>.</w:t>
      </w:r>
    </w:p>
    <w:p w14:paraId="22D441E3" w14:textId="77777777" w:rsidR="001041B8" w:rsidRPr="00E97067" w:rsidRDefault="00000000">
      <w:pPr>
        <w:pStyle w:val="Titre2"/>
        <w:rPr>
          <w:lang w:val="fr-FR"/>
        </w:rPr>
      </w:pPr>
      <w:bookmarkStart w:id="170" w:name="_Toc231178565"/>
      <w:r w:rsidRPr="00E97067">
        <w:rPr>
          <w:lang w:val="fr-FR"/>
        </w:rPr>
        <w:t>Etapes pour changer le mot de passe</w:t>
      </w:r>
      <w:bookmarkEnd w:id="170"/>
    </w:p>
    <w:p w14:paraId="7619F1AB" w14:textId="77777777" w:rsidR="001041B8" w:rsidRPr="00E97067" w:rsidRDefault="00000000">
      <w:pPr>
        <w:rPr>
          <w:lang w:val="fr-FR"/>
        </w:rPr>
      </w:pPr>
      <w:r w:rsidRPr="00E97067">
        <w:rPr>
          <w:lang w:val="fr-FR"/>
        </w:rPr>
        <w:t>1. Ouvrir la section de mot de passe.</w:t>
      </w:r>
    </w:p>
    <w:p w14:paraId="5C5921C8" w14:textId="77777777" w:rsidR="001041B8" w:rsidRPr="00E97067" w:rsidRDefault="00000000">
      <w:pPr>
        <w:rPr>
          <w:lang w:val="fr-FR"/>
        </w:rPr>
      </w:pPr>
      <w:r w:rsidRPr="00E97067">
        <w:rPr>
          <w:lang w:val="fr-FR"/>
        </w:rPr>
        <w:t>2. Saisir le mot de passe actuel si demande.</w:t>
      </w:r>
    </w:p>
    <w:p w14:paraId="6271EED0" w14:textId="77777777" w:rsidR="001041B8" w:rsidRPr="00E97067" w:rsidRDefault="00000000">
      <w:pPr>
        <w:rPr>
          <w:lang w:val="fr-FR"/>
        </w:rPr>
      </w:pPr>
      <w:r w:rsidRPr="00E97067">
        <w:rPr>
          <w:lang w:val="fr-FR"/>
        </w:rPr>
        <w:t>3. Saisir le nouveau mot de passe.</w:t>
      </w:r>
    </w:p>
    <w:p w14:paraId="47E396C0" w14:textId="77777777" w:rsidR="001041B8" w:rsidRPr="00E97067" w:rsidRDefault="00000000">
      <w:pPr>
        <w:rPr>
          <w:lang w:val="fr-FR"/>
        </w:rPr>
      </w:pPr>
      <w:r w:rsidRPr="00E97067">
        <w:rPr>
          <w:lang w:val="fr-FR"/>
        </w:rPr>
        <w:t>4. Confirmer le nouveau mot de passe.</w:t>
      </w:r>
    </w:p>
    <w:p w14:paraId="011B20E4" w14:textId="77777777" w:rsidR="001041B8" w:rsidRPr="00E97067" w:rsidRDefault="00000000">
      <w:pPr>
        <w:rPr>
          <w:lang w:val="fr-FR"/>
        </w:rPr>
      </w:pPr>
      <w:r w:rsidRPr="00E97067">
        <w:rPr>
          <w:lang w:val="fr-FR"/>
        </w:rPr>
        <w:t>5. Enregistrer.</w:t>
      </w:r>
    </w:p>
    <w:p w14:paraId="33BA76A0" w14:textId="77777777" w:rsidR="001041B8" w:rsidRPr="00E97067" w:rsidRDefault="00000000">
      <w:pPr>
        <w:pStyle w:val="Titre2"/>
        <w:rPr>
          <w:lang w:val="fr-FR"/>
        </w:rPr>
      </w:pPr>
      <w:bookmarkStart w:id="171" w:name="_Toc231178566"/>
      <w:r w:rsidRPr="00E97067">
        <w:rPr>
          <w:lang w:val="fr-FR"/>
        </w:rPr>
        <w:t>A savoir</w:t>
      </w:r>
      <w:bookmarkEnd w:id="171"/>
    </w:p>
    <w:p w14:paraId="3C1D785C" w14:textId="2C2AB0A1" w:rsidR="001041B8" w:rsidRPr="00E97067" w:rsidRDefault="00000000">
      <w:pPr>
        <w:rPr>
          <w:lang w:val="fr-FR"/>
        </w:rPr>
      </w:pPr>
      <w:r w:rsidRPr="00E97067">
        <w:rPr>
          <w:lang w:val="fr-FR"/>
        </w:rPr>
        <w:t xml:space="preserve">Si un mot de passe temporaire a </w:t>
      </w:r>
      <w:r w:rsidR="00444F1A" w:rsidRPr="00E97067">
        <w:rPr>
          <w:lang w:val="fr-FR"/>
        </w:rPr>
        <w:t>été</w:t>
      </w:r>
      <w:r w:rsidRPr="00E97067">
        <w:rPr>
          <w:lang w:val="fr-FR"/>
        </w:rPr>
        <w:t xml:space="preserve"> fourni </w:t>
      </w:r>
      <w:proofErr w:type="spellStart"/>
      <w:proofErr w:type="gramStart"/>
      <w:r w:rsidRPr="00E97067">
        <w:rPr>
          <w:lang w:val="fr-FR"/>
        </w:rPr>
        <w:t>a</w:t>
      </w:r>
      <w:proofErr w:type="spellEnd"/>
      <w:proofErr w:type="gramEnd"/>
      <w:r w:rsidRPr="00E97067">
        <w:rPr>
          <w:lang w:val="fr-FR"/>
        </w:rPr>
        <w:t xml:space="preserve"> la </w:t>
      </w:r>
      <w:r w:rsidR="00444F1A" w:rsidRPr="00E97067">
        <w:rPr>
          <w:lang w:val="fr-FR"/>
        </w:rPr>
        <w:t>création</w:t>
      </w:r>
      <w:r w:rsidRPr="00E97067">
        <w:rPr>
          <w:lang w:val="fr-FR"/>
        </w:rPr>
        <w:t xml:space="preserve"> ou </w:t>
      </w:r>
      <w:r w:rsidR="00444F1A" w:rsidRPr="00E97067">
        <w:rPr>
          <w:lang w:val="fr-FR"/>
        </w:rPr>
        <w:t>régénère</w:t>
      </w:r>
      <w:r w:rsidRPr="00E97067">
        <w:rPr>
          <w:lang w:val="fr-FR"/>
        </w:rPr>
        <w:t xml:space="preserve"> par un manager, il doit </w:t>
      </w:r>
      <w:r w:rsidR="00444F1A" w:rsidRPr="00E97067">
        <w:rPr>
          <w:lang w:val="fr-FR"/>
        </w:rPr>
        <w:t>être</w:t>
      </w:r>
      <w:r w:rsidRPr="00E97067">
        <w:rPr>
          <w:lang w:val="fr-FR"/>
        </w:rPr>
        <w:t xml:space="preserve"> remplace.</w:t>
      </w:r>
    </w:p>
    <w:p w14:paraId="64C9B9DF" w14:textId="19F6D97B" w:rsidR="001041B8" w:rsidRDefault="00833872" w:rsidP="00833872">
      <w:pPr>
        <w:pStyle w:val="Titre1"/>
      </w:pPr>
      <w:r>
        <w:t xml:space="preserve"> </w:t>
      </w:r>
      <w:bookmarkStart w:id="172" w:name="_Toc231178567"/>
      <w:r w:rsidR="00000000">
        <w:t>R</w:t>
      </w:r>
      <w:r w:rsidR="00D948D7">
        <w:t>è</w:t>
      </w:r>
      <w:r w:rsidR="00000000">
        <w:t>gles importantes</w:t>
      </w:r>
      <w:bookmarkEnd w:id="172"/>
    </w:p>
    <w:p w14:paraId="29EC9F9E" w14:textId="77777777" w:rsidR="001041B8" w:rsidRDefault="001041B8"/>
    <w:p w14:paraId="75B430AF" w14:textId="77777777" w:rsidR="001041B8" w:rsidRDefault="00000000">
      <w:pPr>
        <w:pStyle w:val="Titre2"/>
      </w:pPr>
      <w:bookmarkStart w:id="173" w:name="_Toc231178568"/>
      <w:r>
        <w:lastRenderedPageBreak/>
        <w:t>Stock</w:t>
      </w:r>
      <w:bookmarkEnd w:id="173"/>
    </w:p>
    <w:p w14:paraId="0BE9D321" w14:textId="5EE5C63A" w:rsidR="001041B8" w:rsidRPr="00670897" w:rsidRDefault="00000000">
      <w:pPr>
        <w:pStyle w:val="Listepuces"/>
        <w:rPr>
          <w:lang w:val="fr-FR"/>
        </w:rPr>
      </w:pPr>
      <w:proofErr w:type="gramStart"/>
      <w:r w:rsidRPr="00670897">
        <w:rPr>
          <w:lang w:val="fr-FR"/>
        </w:rPr>
        <w:t>le</w:t>
      </w:r>
      <w:proofErr w:type="gramEnd"/>
      <w:r w:rsidRPr="00670897">
        <w:rPr>
          <w:lang w:val="fr-FR"/>
        </w:rPr>
        <w:t xml:space="preserve"> stock </w:t>
      </w:r>
      <w:r w:rsidR="00444F1A" w:rsidRPr="00670897">
        <w:rPr>
          <w:lang w:val="fr-FR"/>
        </w:rPr>
        <w:t>négatif</w:t>
      </w:r>
      <w:r w:rsidRPr="00670897">
        <w:rPr>
          <w:lang w:val="fr-FR"/>
        </w:rPr>
        <w:t xml:space="preserve"> est </w:t>
      </w:r>
      <w:r w:rsidR="00D948D7" w:rsidRPr="00670897">
        <w:rPr>
          <w:lang w:val="fr-FR"/>
        </w:rPr>
        <w:t>bloqué</w:t>
      </w:r>
    </w:p>
    <w:p w14:paraId="24556185" w14:textId="173BB3B2" w:rsidR="001041B8" w:rsidRPr="00E97067" w:rsidRDefault="00D948D7">
      <w:pPr>
        <w:pStyle w:val="Listepuces"/>
        <w:rPr>
          <w:lang w:val="fr-FR"/>
        </w:rPr>
      </w:pPr>
      <w:proofErr w:type="gramStart"/>
      <w:r>
        <w:rPr>
          <w:lang w:val="fr-FR"/>
        </w:rPr>
        <w:t>c</w:t>
      </w:r>
      <w:r w:rsidRPr="00E97067">
        <w:rPr>
          <w:lang w:val="fr-FR"/>
        </w:rPr>
        <w:t>haque</w:t>
      </w:r>
      <w:proofErr w:type="gramEnd"/>
      <w:r w:rsidR="00000000" w:rsidRPr="00E97067">
        <w:rPr>
          <w:lang w:val="fr-FR"/>
        </w:rPr>
        <w:t xml:space="preserve"> ajustement doit conserver une trace</w:t>
      </w:r>
    </w:p>
    <w:p w14:paraId="7A8AFE8F" w14:textId="6AF3BB5E" w:rsidR="001041B8" w:rsidRPr="00E97067" w:rsidRDefault="00000000">
      <w:pPr>
        <w:pStyle w:val="Listepuces"/>
        <w:rPr>
          <w:lang w:val="fr-FR"/>
        </w:rPr>
      </w:pPr>
      <w:proofErr w:type="gramStart"/>
      <w:r w:rsidRPr="00E97067">
        <w:rPr>
          <w:lang w:val="fr-FR"/>
        </w:rPr>
        <w:t>les</w:t>
      </w:r>
      <w:proofErr w:type="gramEnd"/>
      <w:r w:rsidRPr="00E97067">
        <w:rPr>
          <w:lang w:val="fr-FR"/>
        </w:rPr>
        <w:t xml:space="preserve"> ventes et commandes peuvent modifier les </w:t>
      </w:r>
      <w:r w:rsidR="00444F1A" w:rsidRPr="00E97067">
        <w:rPr>
          <w:lang w:val="fr-FR"/>
        </w:rPr>
        <w:t>quantités</w:t>
      </w:r>
      <w:r w:rsidRPr="00E97067">
        <w:rPr>
          <w:lang w:val="fr-FR"/>
        </w:rPr>
        <w:t xml:space="preserve"> disponibles</w:t>
      </w:r>
    </w:p>
    <w:p w14:paraId="686DBB0D" w14:textId="77777777" w:rsidR="001041B8" w:rsidRDefault="00000000">
      <w:pPr>
        <w:pStyle w:val="Titre2"/>
      </w:pPr>
      <w:bookmarkStart w:id="174" w:name="_Toc231178569"/>
      <w:r>
        <w:t>Rendez-vous</w:t>
      </w:r>
      <w:bookmarkEnd w:id="174"/>
    </w:p>
    <w:p w14:paraId="292967AA" w14:textId="2D92AE2B" w:rsidR="001041B8" w:rsidRPr="00670897" w:rsidRDefault="00000000">
      <w:pPr>
        <w:pStyle w:val="Listepuces"/>
        <w:rPr>
          <w:lang w:val="fr-FR"/>
        </w:rPr>
      </w:pPr>
      <w:proofErr w:type="gramStart"/>
      <w:r w:rsidRPr="00670897">
        <w:rPr>
          <w:lang w:val="fr-FR"/>
        </w:rPr>
        <w:t>les</w:t>
      </w:r>
      <w:proofErr w:type="gramEnd"/>
      <w:r w:rsidRPr="00670897">
        <w:rPr>
          <w:lang w:val="fr-FR"/>
        </w:rPr>
        <w:t xml:space="preserve"> </w:t>
      </w:r>
      <w:r w:rsidR="00D948D7" w:rsidRPr="00670897">
        <w:rPr>
          <w:lang w:val="fr-FR"/>
        </w:rPr>
        <w:t>créneaux</w:t>
      </w:r>
      <w:r w:rsidRPr="00670897">
        <w:rPr>
          <w:lang w:val="fr-FR"/>
        </w:rPr>
        <w:t xml:space="preserve"> respectent la boutique</w:t>
      </w:r>
    </w:p>
    <w:p w14:paraId="347ABBAD" w14:textId="2EDE4BD7" w:rsidR="001041B8" w:rsidRPr="00E97067" w:rsidRDefault="00000000">
      <w:pPr>
        <w:pStyle w:val="Listepuces"/>
        <w:rPr>
          <w:lang w:val="fr-FR"/>
        </w:rPr>
      </w:pPr>
      <w:proofErr w:type="gramStart"/>
      <w:r w:rsidRPr="00E97067">
        <w:rPr>
          <w:lang w:val="fr-FR"/>
        </w:rPr>
        <w:t>les</w:t>
      </w:r>
      <w:proofErr w:type="gramEnd"/>
      <w:r w:rsidRPr="00E97067">
        <w:rPr>
          <w:lang w:val="fr-FR"/>
        </w:rPr>
        <w:t xml:space="preserve"> </w:t>
      </w:r>
      <w:r w:rsidR="00D948D7" w:rsidRPr="00E97067">
        <w:rPr>
          <w:lang w:val="fr-FR"/>
        </w:rPr>
        <w:t>créneaux</w:t>
      </w:r>
      <w:r w:rsidRPr="00E97067">
        <w:rPr>
          <w:lang w:val="fr-FR"/>
        </w:rPr>
        <w:t xml:space="preserve"> respectent les horaires d'ouverture</w:t>
      </w:r>
    </w:p>
    <w:p w14:paraId="637EAA4C" w14:textId="3BDF935E" w:rsidR="001041B8" w:rsidRPr="00E97067" w:rsidRDefault="00000000">
      <w:pPr>
        <w:pStyle w:val="Listepuces"/>
        <w:rPr>
          <w:lang w:val="fr-FR"/>
        </w:rPr>
      </w:pPr>
      <w:proofErr w:type="gramStart"/>
      <w:r w:rsidRPr="00E97067">
        <w:rPr>
          <w:lang w:val="fr-FR"/>
        </w:rPr>
        <w:t>les</w:t>
      </w:r>
      <w:proofErr w:type="gramEnd"/>
      <w:r w:rsidRPr="00E97067">
        <w:rPr>
          <w:lang w:val="fr-FR"/>
        </w:rPr>
        <w:t xml:space="preserve"> </w:t>
      </w:r>
      <w:r w:rsidR="00D948D7" w:rsidRPr="00E97067">
        <w:rPr>
          <w:lang w:val="fr-FR"/>
        </w:rPr>
        <w:t>créneaux</w:t>
      </w:r>
      <w:r w:rsidRPr="00E97067">
        <w:rPr>
          <w:lang w:val="fr-FR"/>
        </w:rPr>
        <w:t xml:space="preserve"> respectent </w:t>
      </w:r>
      <w:r w:rsidR="00D948D7" w:rsidRPr="00E97067">
        <w:rPr>
          <w:lang w:val="fr-FR"/>
        </w:rPr>
        <w:t>les disponibilités employées</w:t>
      </w:r>
    </w:p>
    <w:p w14:paraId="0D580645" w14:textId="3480E2D2" w:rsidR="001041B8" w:rsidRPr="00E97067" w:rsidRDefault="00000000">
      <w:pPr>
        <w:pStyle w:val="Listepuces"/>
        <w:rPr>
          <w:lang w:val="fr-FR"/>
        </w:rPr>
      </w:pPr>
      <w:proofErr w:type="gramStart"/>
      <w:r w:rsidRPr="00E97067">
        <w:rPr>
          <w:lang w:val="fr-FR"/>
        </w:rPr>
        <w:t>les</w:t>
      </w:r>
      <w:proofErr w:type="gramEnd"/>
      <w:r w:rsidRPr="00E97067">
        <w:rPr>
          <w:lang w:val="fr-FR"/>
        </w:rPr>
        <w:t xml:space="preserve"> </w:t>
      </w:r>
      <w:r w:rsidR="00D948D7" w:rsidRPr="00E97067">
        <w:rPr>
          <w:lang w:val="fr-FR"/>
        </w:rPr>
        <w:t>employés</w:t>
      </w:r>
      <w:r w:rsidRPr="00E97067">
        <w:rPr>
          <w:lang w:val="fr-FR"/>
        </w:rPr>
        <w:t xml:space="preserve"> sont </w:t>
      </w:r>
      <w:r w:rsidR="00D948D7" w:rsidRPr="00E97067">
        <w:rPr>
          <w:lang w:val="fr-FR"/>
        </w:rPr>
        <w:t>filtrés</w:t>
      </w:r>
      <w:r w:rsidRPr="00E97067">
        <w:rPr>
          <w:lang w:val="fr-FR"/>
        </w:rPr>
        <w:t xml:space="preserve"> par boutique</w:t>
      </w:r>
    </w:p>
    <w:p w14:paraId="04F544AF" w14:textId="64B122A8" w:rsidR="001041B8" w:rsidRPr="00E97067" w:rsidRDefault="00000000">
      <w:pPr>
        <w:pStyle w:val="Listepuces"/>
        <w:rPr>
          <w:lang w:val="fr-FR"/>
        </w:rPr>
      </w:pPr>
      <w:proofErr w:type="gramStart"/>
      <w:r w:rsidRPr="00E97067">
        <w:rPr>
          <w:lang w:val="fr-FR"/>
        </w:rPr>
        <w:t>la</w:t>
      </w:r>
      <w:proofErr w:type="gramEnd"/>
      <w:r w:rsidRPr="00E97067">
        <w:rPr>
          <w:lang w:val="fr-FR"/>
        </w:rPr>
        <w:t xml:space="preserve"> </w:t>
      </w:r>
      <w:r w:rsidR="00D948D7" w:rsidRPr="00E97067">
        <w:rPr>
          <w:lang w:val="fr-FR"/>
        </w:rPr>
        <w:t>durée</w:t>
      </w:r>
      <w:r w:rsidRPr="00E97067">
        <w:rPr>
          <w:lang w:val="fr-FR"/>
        </w:rPr>
        <w:t xml:space="preserve"> de prestation influence les </w:t>
      </w:r>
      <w:r w:rsidR="00D948D7" w:rsidRPr="00E97067">
        <w:rPr>
          <w:lang w:val="fr-FR"/>
        </w:rPr>
        <w:t>créneaux</w:t>
      </w:r>
      <w:r w:rsidRPr="00E97067">
        <w:rPr>
          <w:lang w:val="fr-FR"/>
        </w:rPr>
        <w:t xml:space="preserve"> proposes</w:t>
      </w:r>
    </w:p>
    <w:p w14:paraId="7460934C" w14:textId="77777777" w:rsidR="001041B8" w:rsidRDefault="00000000">
      <w:pPr>
        <w:pStyle w:val="Titre2"/>
      </w:pPr>
      <w:bookmarkStart w:id="175" w:name="_Toc231178570"/>
      <w:proofErr w:type="spellStart"/>
      <w:r>
        <w:t>Horaires</w:t>
      </w:r>
      <w:bookmarkEnd w:id="175"/>
      <w:proofErr w:type="spellEnd"/>
    </w:p>
    <w:p w14:paraId="66EFAF1A" w14:textId="77777777" w:rsidR="001041B8" w:rsidRPr="00E97067" w:rsidRDefault="00000000">
      <w:pPr>
        <w:pStyle w:val="Listepuces"/>
        <w:rPr>
          <w:lang w:val="fr-FR"/>
        </w:rPr>
      </w:pPr>
      <w:proofErr w:type="gramStart"/>
      <w:r w:rsidRPr="00E97067">
        <w:rPr>
          <w:lang w:val="fr-FR"/>
        </w:rPr>
        <w:t>seul</w:t>
      </w:r>
      <w:proofErr w:type="gramEnd"/>
      <w:r w:rsidRPr="00E97067">
        <w:rPr>
          <w:lang w:val="fr-FR"/>
        </w:rPr>
        <w:t xml:space="preserve"> le manager modifie les horaires boutique</w:t>
      </w:r>
    </w:p>
    <w:p w14:paraId="141D7847" w14:textId="0CDBBA3B" w:rsidR="001041B8" w:rsidRDefault="00000000">
      <w:pPr>
        <w:pStyle w:val="Listepuces"/>
      </w:pPr>
      <w:proofErr w:type="spellStart"/>
      <w:r>
        <w:t>l'employ</w:t>
      </w:r>
      <w:r w:rsidR="00D948D7">
        <w:t>é</w:t>
      </w:r>
      <w:proofErr w:type="spellEnd"/>
      <w:r>
        <w:t xml:space="preserve"> </w:t>
      </w:r>
      <w:proofErr w:type="spellStart"/>
      <w:r>
        <w:t>consulte</w:t>
      </w:r>
      <w:proofErr w:type="spellEnd"/>
      <w:r>
        <w:t xml:space="preserve"> un resume</w:t>
      </w:r>
    </w:p>
    <w:p w14:paraId="499BEA9F" w14:textId="2F0CAE72" w:rsidR="001041B8" w:rsidRPr="00E97067" w:rsidRDefault="00D948D7">
      <w:pPr>
        <w:pStyle w:val="Listepuces"/>
        <w:rPr>
          <w:lang w:val="fr-FR"/>
        </w:rPr>
      </w:pPr>
      <w:proofErr w:type="gramStart"/>
      <w:r w:rsidRPr="00E97067">
        <w:rPr>
          <w:lang w:val="fr-FR"/>
        </w:rPr>
        <w:t>réduire</w:t>
      </w:r>
      <w:proofErr w:type="gramEnd"/>
      <w:r w:rsidR="00000000" w:rsidRPr="00E97067">
        <w:rPr>
          <w:lang w:val="fr-FR"/>
        </w:rPr>
        <w:t xml:space="preserve"> les horaires boutique ajuste </w:t>
      </w:r>
      <w:proofErr w:type="gramStart"/>
      <w:r w:rsidR="00000000" w:rsidRPr="00E97067">
        <w:rPr>
          <w:lang w:val="fr-FR"/>
        </w:rPr>
        <w:t>les disponibilit</w:t>
      </w:r>
      <w:r>
        <w:rPr>
          <w:lang w:val="fr-FR"/>
        </w:rPr>
        <w:t>é</w:t>
      </w:r>
      <w:r w:rsidR="00000000" w:rsidRPr="00E97067">
        <w:rPr>
          <w:lang w:val="fr-FR"/>
        </w:rPr>
        <w:t>s employ</w:t>
      </w:r>
      <w:r>
        <w:rPr>
          <w:lang w:val="fr-FR"/>
        </w:rPr>
        <w:t>és</w:t>
      </w:r>
      <w:proofErr w:type="gramEnd"/>
      <w:r w:rsidR="00000000" w:rsidRPr="00E97067">
        <w:rPr>
          <w:lang w:val="fr-FR"/>
        </w:rPr>
        <w:t xml:space="preserve"> </w:t>
      </w:r>
      <w:r w:rsidRPr="00E97067">
        <w:rPr>
          <w:lang w:val="fr-FR"/>
        </w:rPr>
        <w:t>concernées</w:t>
      </w:r>
    </w:p>
    <w:p w14:paraId="6956B5D4" w14:textId="77777777" w:rsidR="001041B8" w:rsidRDefault="00000000">
      <w:pPr>
        <w:pStyle w:val="Titre2"/>
      </w:pPr>
      <w:bookmarkStart w:id="176" w:name="_Toc231178571"/>
      <w:proofErr w:type="spellStart"/>
      <w:r>
        <w:t>Commandes</w:t>
      </w:r>
      <w:bookmarkEnd w:id="176"/>
      <w:proofErr w:type="spellEnd"/>
    </w:p>
    <w:p w14:paraId="5E162005" w14:textId="175AEE20" w:rsidR="001041B8" w:rsidRPr="00E97067" w:rsidRDefault="00000000">
      <w:pPr>
        <w:pStyle w:val="Listepuces"/>
        <w:rPr>
          <w:lang w:val="fr-FR"/>
        </w:rPr>
      </w:pPr>
      <w:proofErr w:type="gramStart"/>
      <w:r w:rsidRPr="00E97067">
        <w:rPr>
          <w:lang w:val="fr-FR"/>
        </w:rPr>
        <w:t>une</w:t>
      </w:r>
      <w:proofErr w:type="gramEnd"/>
      <w:r w:rsidRPr="00E97067">
        <w:rPr>
          <w:lang w:val="fr-FR"/>
        </w:rPr>
        <w:t xml:space="preserve"> commande non </w:t>
      </w:r>
      <w:r w:rsidR="00D948D7" w:rsidRPr="00E97067">
        <w:rPr>
          <w:lang w:val="fr-FR"/>
        </w:rPr>
        <w:t>expédiée</w:t>
      </w:r>
      <w:r w:rsidRPr="00E97067">
        <w:rPr>
          <w:lang w:val="fr-FR"/>
        </w:rPr>
        <w:t xml:space="preserve"> peut </w:t>
      </w:r>
      <w:r w:rsidR="00D948D7" w:rsidRPr="00E97067">
        <w:rPr>
          <w:lang w:val="fr-FR"/>
        </w:rPr>
        <w:t>être</w:t>
      </w:r>
      <w:r w:rsidRPr="00E97067">
        <w:rPr>
          <w:lang w:val="fr-FR"/>
        </w:rPr>
        <w:t xml:space="preserve"> </w:t>
      </w:r>
      <w:r w:rsidR="00D948D7" w:rsidRPr="00E97067">
        <w:rPr>
          <w:lang w:val="fr-FR"/>
        </w:rPr>
        <w:t>annulée</w:t>
      </w:r>
      <w:r w:rsidRPr="00E97067">
        <w:rPr>
          <w:lang w:val="fr-FR"/>
        </w:rPr>
        <w:t xml:space="preserve"> par le client</w:t>
      </w:r>
    </w:p>
    <w:p w14:paraId="11D75994" w14:textId="14DC270D" w:rsidR="001041B8" w:rsidRPr="00E97067" w:rsidRDefault="00000000">
      <w:pPr>
        <w:pStyle w:val="Listepuces"/>
        <w:rPr>
          <w:lang w:val="fr-FR"/>
        </w:rPr>
      </w:pPr>
      <w:proofErr w:type="gramStart"/>
      <w:r w:rsidRPr="00E97067">
        <w:rPr>
          <w:lang w:val="fr-FR"/>
        </w:rPr>
        <w:t>une</w:t>
      </w:r>
      <w:proofErr w:type="gramEnd"/>
      <w:r w:rsidRPr="00E97067">
        <w:rPr>
          <w:lang w:val="fr-FR"/>
        </w:rPr>
        <w:t xml:space="preserve"> commande </w:t>
      </w:r>
      <w:r w:rsidR="00D948D7" w:rsidRPr="00E97067">
        <w:rPr>
          <w:lang w:val="fr-FR"/>
        </w:rPr>
        <w:t>expédiée</w:t>
      </w:r>
      <w:r w:rsidRPr="00E97067">
        <w:rPr>
          <w:lang w:val="fr-FR"/>
        </w:rPr>
        <w:t xml:space="preserve"> n'est plus annulable depuis l'espace client</w:t>
      </w:r>
    </w:p>
    <w:p w14:paraId="0D943C9D" w14:textId="1D96AFE0" w:rsidR="001041B8" w:rsidRPr="00E97067" w:rsidRDefault="00000000">
      <w:pPr>
        <w:pStyle w:val="Listepuces"/>
        <w:rPr>
          <w:lang w:val="fr-FR"/>
        </w:rPr>
      </w:pPr>
      <w:proofErr w:type="gramStart"/>
      <w:r w:rsidRPr="00E97067">
        <w:rPr>
          <w:lang w:val="fr-FR"/>
        </w:rPr>
        <w:t>le</w:t>
      </w:r>
      <w:proofErr w:type="gramEnd"/>
      <w:r w:rsidRPr="00E97067">
        <w:rPr>
          <w:lang w:val="fr-FR"/>
        </w:rPr>
        <w:t xml:space="preserve"> paiement doit </w:t>
      </w:r>
      <w:r w:rsidR="00D948D7" w:rsidRPr="00E97067">
        <w:rPr>
          <w:lang w:val="fr-FR"/>
        </w:rPr>
        <w:t>être</w:t>
      </w:r>
      <w:r w:rsidRPr="00E97067">
        <w:rPr>
          <w:lang w:val="fr-FR"/>
        </w:rPr>
        <w:t xml:space="preserve"> confirme pour finaliser le flux</w:t>
      </w:r>
    </w:p>
    <w:p w14:paraId="36E21243" w14:textId="77777777" w:rsidR="001041B8" w:rsidRDefault="00000000">
      <w:pPr>
        <w:pStyle w:val="Titre2"/>
      </w:pPr>
      <w:bookmarkStart w:id="177" w:name="_Toc231178572"/>
      <w:r>
        <w:t>Caisse</w:t>
      </w:r>
      <w:bookmarkEnd w:id="177"/>
    </w:p>
    <w:p w14:paraId="424F0BAE" w14:textId="0E49E121" w:rsidR="001041B8" w:rsidRPr="00E97067" w:rsidRDefault="00000000">
      <w:pPr>
        <w:pStyle w:val="Listepuces"/>
        <w:rPr>
          <w:lang w:val="fr-FR"/>
        </w:rPr>
      </w:pPr>
      <w:proofErr w:type="gramStart"/>
      <w:r w:rsidRPr="00E97067">
        <w:rPr>
          <w:lang w:val="fr-FR"/>
        </w:rPr>
        <w:t>une</w:t>
      </w:r>
      <w:proofErr w:type="gramEnd"/>
      <w:r w:rsidRPr="00E97067">
        <w:rPr>
          <w:lang w:val="fr-FR"/>
        </w:rPr>
        <w:t xml:space="preserve"> vente </w:t>
      </w:r>
      <w:r w:rsidR="00D948D7" w:rsidRPr="00E97067">
        <w:rPr>
          <w:lang w:val="fr-FR"/>
        </w:rPr>
        <w:t>payée</w:t>
      </w:r>
      <w:r w:rsidRPr="00E97067">
        <w:rPr>
          <w:lang w:val="fr-FR"/>
        </w:rPr>
        <w:t xml:space="preserve"> peut </w:t>
      </w:r>
      <w:r w:rsidR="00D948D7" w:rsidRPr="00E97067">
        <w:rPr>
          <w:lang w:val="fr-FR"/>
        </w:rPr>
        <w:t>être</w:t>
      </w:r>
      <w:r w:rsidRPr="00E97067">
        <w:rPr>
          <w:lang w:val="fr-FR"/>
        </w:rPr>
        <w:t xml:space="preserve"> </w:t>
      </w:r>
      <w:r w:rsidR="00D948D7" w:rsidRPr="00E97067">
        <w:rPr>
          <w:lang w:val="fr-FR"/>
        </w:rPr>
        <w:t>annulée</w:t>
      </w:r>
      <w:r w:rsidRPr="00E97067">
        <w:rPr>
          <w:lang w:val="fr-FR"/>
        </w:rPr>
        <w:t xml:space="preserve"> selon les droits</w:t>
      </w:r>
    </w:p>
    <w:p w14:paraId="6D7FEB73" w14:textId="1D0B07A2" w:rsidR="001041B8" w:rsidRPr="00E97067" w:rsidRDefault="00000000">
      <w:pPr>
        <w:pStyle w:val="Listepuces"/>
        <w:rPr>
          <w:lang w:val="fr-FR"/>
        </w:rPr>
      </w:pPr>
      <w:proofErr w:type="gramStart"/>
      <w:r w:rsidRPr="00E97067">
        <w:rPr>
          <w:lang w:val="fr-FR"/>
        </w:rPr>
        <w:t>une</w:t>
      </w:r>
      <w:proofErr w:type="gramEnd"/>
      <w:r w:rsidRPr="00E97067">
        <w:rPr>
          <w:lang w:val="fr-FR"/>
        </w:rPr>
        <w:t xml:space="preserve"> vente </w:t>
      </w:r>
      <w:r w:rsidR="00D948D7" w:rsidRPr="00E97067">
        <w:rPr>
          <w:lang w:val="fr-FR"/>
        </w:rPr>
        <w:t>annulée</w:t>
      </w:r>
      <w:r w:rsidRPr="00E97067">
        <w:rPr>
          <w:lang w:val="fr-FR"/>
        </w:rPr>
        <w:t xml:space="preserve"> ne peut pas </w:t>
      </w:r>
      <w:r w:rsidR="00D948D7" w:rsidRPr="00E97067">
        <w:rPr>
          <w:lang w:val="fr-FR"/>
        </w:rPr>
        <w:t>être</w:t>
      </w:r>
      <w:r w:rsidRPr="00E97067">
        <w:rPr>
          <w:lang w:val="fr-FR"/>
        </w:rPr>
        <w:t xml:space="preserve"> suspendue ou reprise</w:t>
      </w:r>
    </w:p>
    <w:p w14:paraId="5F78816D" w14:textId="3CDE6F7F" w:rsidR="001041B8" w:rsidRPr="00E97067" w:rsidRDefault="00000000">
      <w:pPr>
        <w:pStyle w:val="Listepuces"/>
        <w:rPr>
          <w:lang w:val="fr-FR"/>
        </w:rPr>
      </w:pPr>
      <w:proofErr w:type="gramStart"/>
      <w:r w:rsidRPr="00E97067">
        <w:rPr>
          <w:lang w:val="fr-FR"/>
        </w:rPr>
        <w:t>un</w:t>
      </w:r>
      <w:proofErr w:type="gramEnd"/>
      <w:r w:rsidRPr="00E97067">
        <w:rPr>
          <w:lang w:val="fr-FR"/>
        </w:rPr>
        <w:t xml:space="preserve"> nouveau ticket doit </w:t>
      </w:r>
      <w:r w:rsidR="00D948D7" w:rsidRPr="00E97067">
        <w:rPr>
          <w:lang w:val="fr-FR"/>
        </w:rPr>
        <w:t>être</w:t>
      </w:r>
      <w:r w:rsidRPr="00E97067">
        <w:rPr>
          <w:lang w:val="fr-FR"/>
        </w:rPr>
        <w:t xml:space="preserve"> </w:t>
      </w:r>
      <w:r w:rsidR="00D948D7" w:rsidRPr="00E97067">
        <w:rPr>
          <w:lang w:val="fr-FR"/>
        </w:rPr>
        <w:t>crée</w:t>
      </w:r>
      <w:r w:rsidRPr="00E97067">
        <w:rPr>
          <w:lang w:val="fr-FR"/>
        </w:rPr>
        <w:t xml:space="preserve"> si la vente a </w:t>
      </w:r>
      <w:r w:rsidR="00D948D7" w:rsidRPr="00E97067">
        <w:rPr>
          <w:lang w:val="fr-FR"/>
        </w:rPr>
        <w:t>été</w:t>
      </w:r>
      <w:r w:rsidRPr="00E97067">
        <w:rPr>
          <w:lang w:val="fr-FR"/>
        </w:rPr>
        <w:t xml:space="preserve"> </w:t>
      </w:r>
      <w:r w:rsidR="00D948D7" w:rsidRPr="00E97067">
        <w:rPr>
          <w:lang w:val="fr-FR"/>
        </w:rPr>
        <w:t>annulée</w:t>
      </w:r>
    </w:p>
    <w:p w14:paraId="2D0A2D1B" w14:textId="60369B1B" w:rsidR="001041B8" w:rsidRDefault="00000000">
      <w:pPr>
        <w:pStyle w:val="Listepuces"/>
      </w:pPr>
      <w:r>
        <w:t xml:space="preserve">le </w:t>
      </w:r>
      <w:proofErr w:type="spellStart"/>
      <w:r>
        <w:t>re</w:t>
      </w:r>
      <w:r w:rsidR="00D948D7">
        <w:t>ç</w:t>
      </w:r>
      <w:r>
        <w:t>u</w:t>
      </w:r>
      <w:proofErr w:type="spellEnd"/>
      <w:r>
        <w:t xml:space="preserve"> </w:t>
      </w:r>
      <w:proofErr w:type="spellStart"/>
      <w:r>
        <w:t>reste</w:t>
      </w:r>
      <w:proofErr w:type="spellEnd"/>
      <w:r>
        <w:t xml:space="preserve"> </w:t>
      </w:r>
      <w:proofErr w:type="spellStart"/>
      <w:r>
        <w:t>imprimable</w:t>
      </w:r>
      <w:proofErr w:type="spellEnd"/>
    </w:p>
    <w:p w14:paraId="65635923" w14:textId="77B73ADF" w:rsidR="001041B8" w:rsidRDefault="00000000">
      <w:pPr>
        <w:pStyle w:val="Titre2"/>
      </w:pPr>
      <w:bookmarkStart w:id="178" w:name="_Toc231178573"/>
      <w:proofErr w:type="spellStart"/>
      <w:r>
        <w:t>Fidelit</w:t>
      </w:r>
      <w:r w:rsidR="00D948D7">
        <w:t>é</w:t>
      </w:r>
      <w:bookmarkEnd w:id="178"/>
      <w:proofErr w:type="spellEnd"/>
    </w:p>
    <w:p w14:paraId="007B32E4" w14:textId="68EA1FA7" w:rsidR="001041B8" w:rsidRPr="00E97067" w:rsidRDefault="00000000">
      <w:pPr>
        <w:pStyle w:val="Listepuces"/>
        <w:rPr>
          <w:lang w:val="fr-FR"/>
        </w:rPr>
      </w:pPr>
      <w:proofErr w:type="gramStart"/>
      <w:r w:rsidRPr="00E97067">
        <w:rPr>
          <w:lang w:val="fr-FR"/>
        </w:rPr>
        <w:t>les</w:t>
      </w:r>
      <w:proofErr w:type="gramEnd"/>
      <w:r w:rsidRPr="00E97067">
        <w:rPr>
          <w:lang w:val="fr-FR"/>
        </w:rPr>
        <w:t xml:space="preserve"> points peuvent </w:t>
      </w:r>
      <w:r w:rsidR="00D948D7" w:rsidRPr="00E97067">
        <w:rPr>
          <w:lang w:val="fr-FR"/>
        </w:rPr>
        <w:t>être</w:t>
      </w:r>
      <w:r w:rsidRPr="00E97067">
        <w:rPr>
          <w:lang w:val="fr-FR"/>
        </w:rPr>
        <w:t xml:space="preserve"> ajoutes ou consommes</w:t>
      </w:r>
    </w:p>
    <w:p w14:paraId="115C15CB" w14:textId="76D9DEB5" w:rsidR="001041B8" w:rsidRPr="00E97067" w:rsidRDefault="00000000">
      <w:pPr>
        <w:pStyle w:val="Listepuces"/>
        <w:rPr>
          <w:lang w:val="fr-FR"/>
        </w:rPr>
      </w:pPr>
      <w:proofErr w:type="gramStart"/>
      <w:r w:rsidRPr="00E97067">
        <w:rPr>
          <w:lang w:val="fr-FR"/>
        </w:rPr>
        <w:t>la</w:t>
      </w:r>
      <w:proofErr w:type="gramEnd"/>
      <w:r w:rsidRPr="00E97067">
        <w:rPr>
          <w:lang w:val="fr-FR"/>
        </w:rPr>
        <w:t xml:space="preserve"> carte de visites s'</w:t>
      </w:r>
      <w:r w:rsidR="00D948D7" w:rsidRPr="00E97067">
        <w:rPr>
          <w:lang w:val="fr-FR"/>
        </w:rPr>
        <w:t>incrémente</w:t>
      </w:r>
      <w:r w:rsidRPr="00E97067">
        <w:rPr>
          <w:lang w:val="fr-FR"/>
        </w:rPr>
        <w:t xml:space="preserve"> quand un rendez-vous est </w:t>
      </w:r>
      <w:proofErr w:type="gramStart"/>
      <w:r w:rsidRPr="00E97067">
        <w:rPr>
          <w:lang w:val="fr-FR"/>
        </w:rPr>
        <w:t>termine</w:t>
      </w:r>
      <w:proofErr w:type="gramEnd"/>
    </w:p>
    <w:p w14:paraId="14BCD2BC" w14:textId="77777777" w:rsidR="001041B8" w:rsidRPr="00E97067" w:rsidRDefault="00000000">
      <w:pPr>
        <w:pStyle w:val="Listepuces"/>
        <w:rPr>
          <w:lang w:val="fr-FR"/>
        </w:rPr>
      </w:pPr>
      <w:proofErr w:type="gramStart"/>
      <w:r w:rsidRPr="00E97067">
        <w:rPr>
          <w:lang w:val="fr-FR"/>
        </w:rPr>
        <w:t>une</w:t>
      </w:r>
      <w:proofErr w:type="gramEnd"/>
      <w:r w:rsidRPr="00E97067">
        <w:rPr>
          <w:lang w:val="fr-FR"/>
        </w:rPr>
        <w:t xml:space="preserve"> carte peut devenir inactive quand l'objectif est atteint</w:t>
      </w:r>
    </w:p>
    <w:p w14:paraId="6721F5C5" w14:textId="77777777" w:rsidR="001041B8" w:rsidRDefault="00000000">
      <w:pPr>
        <w:pStyle w:val="Titre2"/>
      </w:pPr>
      <w:bookmarkStart w:id="179" w:name="_Toc231178574"/>
      <w:r>
        <w:t xml:space="preserve">Bons </w:t>
      </w:r>
      <w:proofErr w:type="spellStart"/>
      <w:r>
        <w:t>cadeaux</w:t>
      </w:r>
      <w:bookmarkEnd w:id="179"/>
      <w:proofErr w:type="spellEnd"/>
    </w:p>
    <w:p w14:paraId="1AD60F8A" w14:textId="3CFDD965" w:rsidR="001041B8" w:rsidRPr="00E97067" w:rsidRDefault="00000000">
      <w:pPr>
        <w:pStyle w:val="Listepuces"/>
        <w:rPr>
          <w:lang w:val="fr-FR"/>
        </w:rPr>
      </w:pPr>
      <w:proofErr w:type="gramStart"/>
      <w:r w:rsidRPr="00E97067">
        <w:rPr>
          <w:lang w:val="fr-FR"/>
        </w:rPr>
        <w:t>un</w:t>
      </w:r>
      <w:proofErr w:type="gramEnd"/>
      <w:r w:rsidRPr="00E97067">
        <w:rPr>
          <w:lang w:val="fr-FR"/>
        </w:rPr>
        <w:t xml:space="preserve"> bon non expire </w:t>
      </w:r>
      <w:proofErr w:type="gramStart"/>
      <w:r w:rsidRPr="00E97067">
        <w:rPr>
          <w:lang w:val="fr-FR"/>
        </w:rPr>
        <w:t xml:space="preserve">peut </w:t>
      </w:r>
      <w:r w:rsidR="00D948D7" w:rsidRPr="00E97067">
        <w:rPr>
          <w:lang w:val="fr-FR"/>
        </w:rPr>
        <w:t>être</w:t>
      </w:r>
      <w:proofErr w:type="gramEnd"/>
      <w:r w:rsidRPr="00E97067">
        <w:rPr>
          <w:lang w:val="fr-FR"/>
        </w:rPr>
        <w:t xml:space="preserve"> visible dans le profil client</w:t>
      </w:r>
    </w:p>
    <w:p w14:paraId="211EE6BE" w14:textId="77777777" w:rsidR="001041B8" w:rsidRPr="00E97067" w:rsidRDefault="00000000">
      <w:pPr>
        <w:pStyle w:val="Listepuces"/>
        <w:rPr>
          <w:lang w:val="fr-FR"/>
        </w:rPr>
      </w:pPr>
      <w:proofErr w:type="gramStart"/>
      <w:r w:rsidRPr="00E97067">
        <w:rPr>
          <w:lang w:val="fr-FR"/>
        </w:rPr>
        <w:t>l'email</w:t>
      </w:r>
      <w:proofErr w:type="gramEnd"/>
      <w:r w:rsidRPr="00E97067">
        <w:rPr>
          <w:lang w:val="fr-FR"/>
        </w:rPr>
        <w:t xml:space="preserve"> du bon doit correspondre au client si le bon n'est pas lie directement au compte</w:t>
      </w:r>
    </w:p>
    <w:p w14:paraId="3986D70C" w14:textId="3690F991" w:rsidR="001041B8" w:rsidRPr="00E97067" w:rsidRDefault="00000000">
      <w:pPr>
        <w:pStyle w:val="Listepuces"/>
        <w:rPr>
          <w:lang w:val="fr-FR"/>
        </w:rPr>
      </w:pPr>
      <w:proofErr w:type="gramStart"/>
      <w:r w:rsidRPr="00E97067">
        <w:rPr>
          <w:lang w:val="fr-FR"/>
        </w:rPr>
        <w:t>les</w:t>
      </w:r>
      <w:proofErr w:type="gramEnd"/>
      <w:r w:rsidRPr="00E97067">
        <w:rPr>
          <w:lang w:val="fr-FR"/>
        </w:rPr>
        <w:t xml:space="preserve"> </w:t>
      </w:r>
      <w:r w:rsidR="00D948D7" w:rsidRPr="00E97067">
        <w:rPr>
          <w:lang w:val="fr-FR"/>
        </w:rPr>
        <w:t>règles</w:t>
      </w:r>
      <w:r w:rsidRPr="00E97067">
        <w:rPr>
          <w:lang w:val="fr-FR"/>
        </w:rPr>
        <w:t xml:space="preserve"> de cumul peuvent limiter l'utilisation d'un bon</w:t>
      </w:r>
    </w:p>
    <w:p w14:paraId="3C9913B8" w14:textId="208A027E" w:rsidR="001041B8" w:rsidRPr="00E97067" w:rsidRDefault="00833872" w:rsidP="00833872">
      <w:pPr>
        <w:pStyle w:val="Titre1"/>
      </w:pPr>
      <w:r>
        <w:t xml:space="preserve"> </w:t>
      </w:r>
      <w:bookmarkStart w:id="180" w:name="_Toc231178575"/>
      <w:r w:rsidR="00D948D7" w:rsidRPr="00E97067">
        <w:t>Problèmes</w:t>
      </w:r>
      <w:r w:rsidR="00000000" w:rsidRPr="00E97067">
        <w:t xml:space="preserve"> </w:t>
      </w:r>
      <w:r w:rsidR="00D948D7" w:rsidRPr="00E97067">
        <w:t>fréquents</w:t>
      </w:r>
      <w:bookmarkEnd w:id="180"/>
    </w:p>
    <w:p w14:paraId="57963D5A" w14:textId="77777777" w:rsidR="001041B8" w:rsidRPr="00E97067" w:rsidRDefault="001041B8">
      <w:pPr>
        <w:rPr>
          <w:lang w:val="fr-FR"/>
        </w:rPr>
      </w:pPr>
    </w:p>
    <w:p w14:paraId="39BC98C9" w14:textId="77777777" w:rsidR="001041B8" w:rsidRPr="00E97067" w:rsidRDefault="00000000">
      <w:pPr>
        <w:pStyle w:val="Titre2"/>
        <w:rPr>
          <w:lang w:val="fr-FR"/>
        </w:rPr>
      </w:pPr>
      <w:bookmarkStart w:id="181" w:name="_Toc231178576"/>
      <w:r w:rsidRPr="00E97067">
        <w:rPr>
          <w:lang w:val="fr-FR"/>
        </w:rPr>
        <w:lastRenderedPageBreak/>
        <w:t xml:space="preserve">Je n'arrive pas </w:t>
      </w:r>
      <w:proofErr w:type="spellStart"/>
      <w:proofErr w:type="gramStart"/>
      <w:r w:rsidRPr="00E97067">
        <w:rPr>
          <w:lang w:val="fr-FR"/>
        </w:rPr>
        <w:t>a</w:t>
      </w:r>
      <w:proofErr w:type="spellEnd"/>
      <w:proofErr w:type="gramEnd"/>
      <w:r w:rsidRPr="00E97067">
        <w:rPr>
          <w:lang w:val="fr-FR"/>
        </w:rPr>
        <w:t xml:space="preserve"> me connecter</w:t>
      </w:r>
      <w:bookmarkEnd w:id="181"/>
    </w:p>
    <w:p w14:paraId="53E53998" w14:textId="7731C176" w:rsidR="001041B8" w:rsidRPr="00E97067" w:rsidRDefault="00000000">
      <w:pPr>
        <w:rPr>
          <w:lang w:val="fr-FR"/>
        </w:rPr>
      </w:pPr>
      <w:r w:rsidRPr="00E97067">
        <w:rPr>
          <w:lang w:val="fr-FR"/>
        </w:rPr>
        <w:t xml:space="preserve">1. </w:t>
      </w:r>
      <w:r w:rsidR="00D948D7" w:rsidRPr="00E97067">
        <w:rPr>
          <w:lang w:val="fr-FR"/>
        </w:rPr>
        <w:t>Vérifier</w:t>
      </w:r>
      <w:r w:rsidRPr="00E97067">
        <w:rPr>
          <w:lang w:val="fr-FR"/>
        </w:rPr>
        <w:t xml:space="preserve"> </w:t>
      </w:r>
      <w:proofErr w:type="gramStart"/>
      <w:r w:rsidRPr="00E97067">
        <w:rPr>
          <w:lang w:val="fr-FR"/>
        </w:rPr>
        <w:t>l'email</w:t>
      </w:r>
      <w:proofErr w:type="gramEnd"/>
      <w:r w:rsidRPr="00E97067">
        <w:rPr>
          <w:lang w:val="fr-FR"/>
        </w:rPr>
        <w:t>.</w:t>
      </w:r>
    </w:p>
    <w:p w14:paraId="1BDF559C" w14:textId="51CE3687" w:rsidR="001041B8" w:rsidRPr="00E97067" w:rsidRDefault="00000000">
      <w:pPr>
        <w:rPr>
          <w:lang w:val="fr-FR"/>
        </w:rPr>
      </w:pPr>
      <w:r w:rsidRPr="00E97067">
        <w:rPr>
          <w:lang w:val="fr-FR"/>
        </w:rPr>
        <w:t xml:space="preserve">2. </w:t>
      </w:r>
      <w:r w:rsidR="00D948D7" w:rsidRPr="00E97067">
        <w:rPr>
          <w:lang w:val="fr-FR"/>
        </w:rPr>
        <w:t>Vérifier</w:t>
      </w:r>
      <w:r w:rsidRPr="00E97067">
        <w:rPr>
          <w:lang w:val="fr-FR"/>
        </w:rPr>
        <w:t xml:space="preserve"> le mot de passe.</w:t>
      </w:r>
    </w:p>
    <w:p w14:paraId="61E40FE5" w14:textId="25A8CEF8" w:rsidR="001041B8" w:rsidRPr="00E97067" w:rsidRDefault="00000000">
      <w:pPr>
        <w:rPr>
          <w:lang w:val="fr-FR"/>
        </w:rPr>
      </w:pPr>
      <w:r w:rsidRPr="00E97067">
        <w:rPr>
          <w:lang w:val="fr-FR"/>
        </w:rPr>
        <w:t xml:space="preserve">3. </w:t>
      </w:r>
      <w:r w:rsidR="00D948D7" w:rsidRPr="00E97067">
        <w:rPr>
          <w:lang w:val="fr-FR"/>
        </w:rPr>
        <w:t>Vérifier</w:t>
      </w:r>
      <w:r w:rsidRPr="00E97067">
        <w:rPr>
          <w:lang w:val="fr-FR"/>
        </w:rPr>
        <w:t xml:space="preserve"> que le compte existe.</w:t>
      </w:r>
    </w:p>
    <w:p w14:paraId="0542B650" w14:textId="78037065" w:rsidR="001041B8" w:rsidRPr="00E97067" w:rsidRDefault="00000000">
      <w:pPr>
        <w:rPr>
          <w:lang w:val="fr-FR"/>
        </w:rPr>
      </w:pPr>
      <w:r w:rsidRPr="00E97067">
        <w:rPr>
          <w:lang w:val="fr-FR"/>
        </w:rPr>
        <w:t xml:space="preserve">4. Si un mot de passe temporaire a </w:t>
      </w:r>
      <w:r w:rsidR="00D948D7" w:rsidRPr="00E97067">
        <w:rPr>
          <w:lang w:val="fr-FR"/>
        </w:rPr>
        <w:t>été</w:t>
      </w:r>
      <w:r w:rsidRPr="00E97067">
        <w:rPr>
          <w:lang w:val="fr-FR"/>
        </w:rPr>
        <w:t xml:space="preserve"> </w:t>
      </w:r>
      <w:proofErr w:type="spellStart"/>
      <w:r w:rsidR="00D948D7" w:rsidRPr="00E97067">
        <w:rPr>
          <w:lang w:val="fr-FR"/>
        </w:rPr>
        <w:t>génèr</w:t>
      </w:r>
      <w:r w:rsidR="00D948D7">
        <w:rPr>
          <w:lang w:val="fr-FR"/>
        </w:rPr>
        <w:t>é</w:t>
      </w:r>
      <w:proofErr w:type="spellEnd"/>
      <w:r w:rsidRPr="00E97067">
        <w:rPr>
          <w:lang w:val="fr-FR"/>
        </w:rPr>
        <w:t>, l'utiliser puis le changer.</w:t>
      </w:r>
    </w:p>
    <w:p w14:paraId="46E48DBB" w14:textId="75F8EB62" w:rsidR="001041B8" w:rsidRPr="00E97067" w:rsidRDefault="00000000">
      <w:pPr>
        <w:pStyle w:val="Titre2"/>
        <w:rPr>
          <w:lang w:val="fr-FR"/>
        </w:rPr>
      </w:pPr>
      <w:bookmarkStart w:id="182" w:name="_Toc231178577"/>
      <w:r w:rsidRPr="00E97067">
        <w:rPr>
          <w:lang w:val="fr-FR"/>
        </w:rPr>
        <w:t xml:space="preserve">Je suis </w:t>
      </w:r>
      <w:r w:rsidR="00D948D7" w:rsidRPr="00E97067">
        <w:rPr>
          <w:lang w:val="fr-FR"/>
        </w:rPr>
        <w:t>envoyé</w:t>
      </w:r>
      <w:r w:rsidRPr="00E97067">
        <w:rPr>
          <w:lang w:val="fr-FR"/>
        </w:rPr>
        <w:t xml:space="preserve"> vers le mauvais espace</w:t>
      </w:r>
      <w:bookmarkEnd w:id="182"/>
    </w:p>
    <w:p w14:paraId="21DFFEA8" w14:textId="77FD2D08" w:rsidR="001041B8" w:rsidRPr="00E97067" w:rsidRDefault="00000000">
      <w:pPr>
        <w:rPr>
          <w:lang w:val="fr-FR"/>
        </w:rPr>
      </w:pPr>
      <w:r w:rsidRPr="00E97067">
        <w:rPr>
          <w:lang w:val="fr-FR"/>
        </w:rPr>
        <w:t xml:space="preserve">1. </w:t>
      </w:r>
      <w:r w:rsidR="00D948D7" w:rsidRPr="00E97067">
        <w:rPr>
          <w:lang w:val="fr-FR"/>
        </w:rPr>
        <w:t>Vérifier</w:t>
      </w:r>
      <w:r w:rsidRPr="00E97067">
        <w:rPr>
          <w:lang w:val="fr-FR"/>
        </w:rPr>
        <w:t xml:space="preserve"> le </w:t>
      </w:r>
      <w:r w:rsidR="00D948D7" w:rsidRPr="00E97067">
        <w:rPr>
          <w:lang w:val="fr-FR"/>
        </w:rPr>
        <w:t>rôle</w:t>
      </w:r>
      <w:r w:rsidRPr="00E97067">
        <w:rPr>
          <w:lang w:val="fr-FR"/>
        </w:rPr>
        <w:t xml:space="preserve"> du compte.</w:t>
      </w:r>
    </w:p>
    <w:p w14:paraId="293939FD" w14:textId="77777777" w:rsidR="001041B8" w:rsidRPr="00E97067" w:rsidRDefault="00000000">
      <w:pPr>
        <w:rPr>
          <w:lang w:val="fr-FR"/>
        </w:rPr>
      </w:pPr>
      <w:r w:rsidRPr="00E97067">
        <w:rPr>
          <w:lang w:val="fr-FR"/>
        </w:rPr>
        <w:t>2. Utiliser un compte client pour l'espace client.</w:t>
      </w:r>
    </w:p>
    <w:p w14:paraId="13727947" w14:textId="3F428F1B" w:rsidR="001041B8" w:rsidRPr="00E97067" w:rsidRDefault="00000000">
      <w:pPr>
        <w:rPr>
          <w:lang w:val="fr-FR"/>
        </w:rPr>
      </w:pPr>
      <w:r w:rsidRPr="00E97067">
        <w:rPr>
          <w:lang w:val="fr-FR"/>
        </w:rPr>
        <w:t xml:space="preserve">3. Utiliser un compte </w:t>
      </w:r>
      <w:r w:rsidR="00D948D7" w:rsidRPr="00E97067">
        <w:rPr>
          <w:lang w:val="fr-FR"/>
        </w:rPr>
        <w:t>employé</w:t>
      </w:r>
      <w:r w:rsidRPr="00E97067">
        <w:rPr>
          <w:lang w:val="fr-FR"/>
        </w:rPr>
        <w:t xml:space="preserve"> ou manager pour le back-office.</w:t>
      </w:r>
    </w:p>
    <w:p w14:paraId="790800DB" w14:textId="77777777" w:rsidR="001041B8" w:rsidRPr="00E97067" w:rsidRDefault="00000000">
      <w:pPr>
        <w:pStyle w:val="Titre2"/>
        <w:rPr>
          <w:lang w:val="fr-FR"/>
        </w:rPr>
      </w:pPr>
      <w:bookmarkStart w:id="183" w:name="_Toc231178578"/>
      <w:r w:rsidRPr="00E97067">
        <w:rPr>
          <w:lang w:val="fr-FR"/>
        </w:rPr>
        <w:t>Je ne vois pas une page</w:t>
      </w:r>
      <w:bookmarkEnd w:id="183"/>
    </w:p>
    <w:p w14:paraId="35C4071B" w14:textId="47ECEC14" w:rsidR="001041B8" w:rsidRPr="00E97067" w:rsidRDefault="00000000">
      <w:pPr>
        <w:rPr>
          <w:lang w:val="fr-FR"/>
        </w:rPr>
      </w:pPr>
      <w:r w:rsidRPr="00E97067">
        <w:rPr>
          <w:lang w:val="fr-FR"/>
        </w:rPr>
        <w:t xml:space="preserve">1. </w:t>
      </w:r>
      <w:r w:rsidR="00D948D7" w:rsidRPr="00E97067">
        <w:rPr>
          <w:lang w:val="fr-FR"/>
        </w:rPr>
        <w:t>Vérifier</w:t>
      </w:r>
      <w:r w:rsidRPr="00E97067">
        <w:rPr>
          <w:lang w:val="fr-FR"/>
        </w:rPr>
        <w:t xml:space="preserve"> le </w:t>
      </w:r>
      <w:r w:rsidR="00D948D7" w:rsidRPr="00E97067">
        <w:rPr>
          <w:lang w:val="fr-FR"/>
        </w:rPr>
        <w:t>rôle</w:t>
      </w:r>
      <w:r w:rsidRPr="00E97067">
        <w:rPr>
          <w:lang w:val="fr-FR"/>
        </w:rPr>
        <w:t xml:space="preserve"> connecte.</w:t>
      </w:r>
    </w:p>
    <w:p w14:paraId="3C5172F9" w14:textId="7676846D" w:rsidR="001041B8" w:rsidRPr="00E97067" w:rsidRDefault="00000000">
      <w:pPr>
        <w:rPr>
          <w:lang w:val="fr-FR"/>
        </w:rPr>
      </w:pPr>
      <w:r w:rsidRPr="00E97067">
        <w:rPr>
          <w:lang w:val="fr-FR"/>
        </w:rPr>
        <w:t xml:space="preserve">2. Demander </w:t>
      </w:r>
      <w:r w:rsidR="00D948D7" w:rsidRPr="00E97067">
        <w:rPr>
          <w:lang w:val="fr-FR"/>
        </w:rPr>
        <w:t>à</w:t>
      </w:r>
      <w:r w:rsidRPr="00E97067">
        <w:rPr>
          <w:lang w:val="fr-FR"/>
        </w:rPr>
        <w:t xml:space="preserve"> un manager si l'</w:t>
      </w:r>
      <w:r w:rsidR="00D948D7" w:rsidRPr="00E97067">
        <w:rPr>
          <w:lang w:val="fr-FR"/>
        </w:rPr>
        <w:t>accès</w:t>
      </w:r>
      <w:r w:rsidRPr="00E97067">
        <w:rPr>
          <w:lang w:val="fr-FR"/>
        </w:rPr>
        <w:t xml:space="preserve"> semble incorrect.</w:t>
      </w:r>
    </w:p>
    <w:p w14:paraId="1BB47DF8" w14:textId="4A163BB5" w:rsidR="001041B8" w:rsidRPr="00E97067" w:rsidRDefault="00000000">
      <w:pPr>
        <w:rPr>
          <w:lang w:val="fr-FR"/>
        </w:rPr>
      </w:pPr>
      <w:r w:rsidRPr="00E97067">
        <w:rPr>
          <w:lang w:val="fr-FR"/>
        </w:rPr>
        <w:t xml:space="preserve">3. Se reconnecter </w:t>
      </w:r>
      <w:r w:rsidR="00D948D7" w:rsidRPr="00E97067">
        <w:rPr>
          <w:lang w:val="fr-FR"/>
        </w:rPr>
        <w:t>après</w:t>
      </w:r>
      <w:r w:rsidRPr="00E97067">
        <w:rPr>
          <w:lang w:val="fr-FR"/>
        </w:rPr>
        <w:t xml:space="preserve"> modification de droits.</w:t>
      </w:r>
    </w:p>
    <w:p w14:paraId="2AD5D521" w14:textId="025778BF" w:rsidR="001041B8" w:rsidRPr="00E97067" w:rsidRDefault="00000000">
      <w:pPr>
        <w:pStyle w:val="Titre2"/>
        <w:rPr>
          <w:lang w:val="fr-FR"/>
        </w:rPr>
      </w:pPr>
      <w:bookmarkStart w:id="184" w:name="_Toc231178579"/>
      <w:r w:rsidRPr="00E97067">
        <w:rPr>
          <w:lang w:val="fr-FR"/>
        </w:rPr>
        <w:t xml:space="preserve">Une action est </w:t>
      </w:r>
      <w:r w:rsidR="00D948D7" w:rsidRPr="00E97067">
        <w:rPr>
          <w:lang w:val="fr-FR"/>
        </w:rPr>
        <w:t>refusée</w:t>
      </w:r>
      <w:bookmarkEnd w:id="184"/>
    </w:p>
    <w:p w14:paraId="7EB420A7" w14:textId="77777777" w:rsidR="001041B8" w:rsidRPr="00E97067" w:rsidRDefault="00000000">
      <w:pPr>
        <w:rPr>
          <w:lang w:val="fr-FR"/>
        </w:rPr>
      </w:pPr>
      <w:r w:rsidRPr="00E97067">
        <w:rPr>
          <w:lang w:val="fr-FR"/>
        </w:rPr>
        <w:t>1. Lire le message affiche.</w:t>
      </w:r>
    </w:p>
    <w:p w14:paraId="5F559722" w14:textId="61B25920" w:rsidR="001041B8" w:rsidRPr="00E97067" w:rsidRDefault="00000000">
      <w:pPr>
        <w:rPr>
          <w:lang w:val="fr-FR"/>
        </w:rPr>
      </w:pPr>
      <w:r w:rsidRPr="00E97067">
        <w:rPr>
          <w:lang w:val="fr-FR"/>
        </w:rPr>
        <w:t xml:space="preserve">2. </w:t>
      </w:r>
      <w:r w:rsidR="00D948D7" w:rsidRPr="00E97067">
        <w:rPr>
          <w:lang w:val="fr-FR"/>
        </w:rPr>
        <w:t>Vérifier</w:t>
      </w:r>
      <w:r w:rsidRPr="00E97067">
        <w:rPr>
          <w:lang w:val="fr-FR"/>
        </w:rPr>
        <w:t xml:space="preserve"> si l'action est </w:t>
      </w:r>
      <w:r w:rsidR="00D948D7" w:rsidRPr="00E97067">
        <w:rPr>
          <w:lang w:val="fr-FR"/>
        </w:rPr>
        <w:t>réservée</w:t>
      </w:r>
      <w:r w:rsidRPr="00E97067">
        <w:rPr>
          <w:lang w:val="fr-FR"/>
        </w:rPr>
        <w:t xml:space="preserve"> au manager.</w:t>
      </w:r>
    </w:p>
    <w:p w14:paraId="7193E5EA" w14:textId="58606647" w:rsidR="001041B8" w:rsidRPr="00E97067" w:rsidRDefault="00000000">
      <w:pPr>
        <w:rPr>
          <w:lang w:val="fr-FR"/>
        </w:rPr>
      </w:pPr>
      <w:r w:rsidRPr="00E97067">
        <w:rPr>
          <w:lang w:val="fr-FR"/>
        </w:rPr>
        <w:t xml:space="preserve">3. Contacter un manager si l'action est </w:t>
      </w:r>
      <w:r w:rsidR="00D948D7" w:rsidRPr="00E97067">
        <w:rPr>
          <w:lang w:val="fr-FR"/>
        </w:rPr>
        <w:t>nécessaire</w:t>
      </w:r>
      <w:r w:rsidRPr="00E97067">
        <w:rPr>
          <w:lang w:val="fr-FR"/>
        </w:rPr>
        <w:t>.</w:t>
      </w:r>
    </w:p>
    <w:p w14:paraId="54B15544" w14:textId="494FDEA2" w:rsidR="001041B8" w:rsidRPr="00E97067" w:rsidRDefault="00000000">
      <w:pPr>
        <w:pStyle w:val="Titre2"/>
        <w:rPr>
          <w:lang w:val="fr-FR"/>
        </w:rPr>
      </w:pPr>
      <w:bookmarkStart w:id="185" w:name="_Toc231178580"/>
      <w:r w:rsidRPr="00E97067">
        <w:rPr>
          <w:lang w:val="fr-FR"/>
        </w:rPr>
        <w:t xml:space="preserve">Aucun </w:t>
      </w:r>
      <w:r w:rsidR="00D948D7" w:rsidRPr="00E97067">
        <w:rPr>
          <w:lang w:val="fr-FR"/>
        </w:rPr>
        <w:t>créneau</w:t>
      </w:r>
      <w:r w:rsidRPr="00E97067">
        <w:rPr>
          <w:lang w:val="fr-FR"/>
        </w:rPr>
        <w:t xml:space="preserve"> n'est </w:t>
      </w:r>
      <w:r w:rsidR="00D948D7" w:rsidRPr="00E97067">
        <w:rPr>
          <w:lang w:val="fr-FR"/>
        </w:rPr>
        <w:t>trouvé</w:t>
      </w:r>
      <w:bookmarkEnd w:id="185"/>
    </w:p>
    <w:p w14:paraId="33832A79" w14:textId="77777777" w:rsidR="001041B8" w:rsidRPr="00E97067" w:rsidRDefault="00000000">
      <w:pPr>
        <w:rPr>
          <w:lang w:val="fr-FR"/>
        </w:rPr>
      </w:pPr>
      <w:r w:rsidRPr="00E97067">
        <w:rPr>
          <w:lang w:val="fr-FR"/>
        </w:rPr>
        <w:t>1. Changer de date.</w:t>
      </w:r>
    </w:p>
    <w:p w14:paraId="4A01267E" w14:textId="7957DBB2" w:rsidR="001041B8" w:rsidRPr="00E97067" w:rsidRDefault="00000000">
      <w:pPr>
        <w:rPr>
          <w:lang w:val="fr-FR"/>
        </w:rPr>
      </w:pPr>
      <w:r w:rsidRPr="00E97067">
        <w:rPr>
          <w:lang w:val="fr-FR"/>
        </w:rPr>
        <w:t>2. Changer d'</w:t>
      </w:r>
      <w:r w:rsidR="00D948D7" w:rsidRPr="00E97067">
        <w:rPr>
          <w:lang w:val="fr-FR"/>
        </w:rPr>
        <w:t>employé</w:t>
      </w:r>
      <w:r w:rsidRPr="00E97067">
        <w:rPr>
          <w:lang w:val="fr-FR"/>
        </w:rPr>
        <w:t>.</w:t>
      </w:r>
    </w:p>
    <w:p w14:paraId="292E9501" w14:textId="6505B72B" w:rsidR="001041B8" w:rsidRPr="00E97067" w:rsidRDefault="00000000">
      <w:pPr>
        <w:rPr>
          <w:lang w:val="fr-FR"/>
        </w:rPr>
      </w:pPr>
      <w:r w:rsidRPr="00E97067">
        <w:rPr>
          <w:lang w:val="fr-FR"/>
        </w:rPr>
        <w:t xml:space="preserve">3. </w:t>
      </w:r>
      <w:r w:rsidR="00D948D7" w:rsidRPr="00E97067">
        <w:rPr>
          <w:lang w:val="fr-FR"/>
        </w:rPr>
        <w:t>Vérifier</w:t>
      </w:r>
      <w:r w:rsidRPr="00E97067">
        <w:rPr>
          <w:lang w:val="fr-FR"/>
        </w:rPr>
        <w:t xml:space="preserve"> la boutique.</w:t>
      </w:r>
    </w:p>
    <w:p w14:paraId="7B170A0C" w14:textId="62E2B721" w:rsidR="001041B8" w:rsidRPr="00E97067" w:rsidRDefault="00000000">
      <w:pPr>
        <w:rPr>
          <w:lang w:val="fr-FR"/>
        </w:rPr>
      </w:pPr>
      <w:r w:rsidRPr="00E97067">
        <w:rPr>
          <w:lang w:val="fr-FR"/>
        </w:rPr>
        <w:t xml:space="preserve">4. </w:t>
      </w:r>
      <w:r w:rsidR="00D948D7" w:rsidRPr="00E97067">
        <w:rPr>
          <w:lang w:val="fr-FR"/>
        </w:rPr>
        <w:t>Vérifier</w:t>
      </w:r>
      <w:r w:rsidRPr="00E97067">
        <w:rPr>
          <w:lang w:val="fr-FR"/>
        </w:rPr>
        <w:t xml:space="preserve"> que la prestation est active.</w:t>
      </w:r>
    </w:p>
    <w:p w14:paraId="3DE96186" w14:textId="2604009C" w:rsidR="001041B8" w:rsidRPr="00E97067" w:rsidRDefault="00000000">
      <w:pPr>
        <w:rPr>
          <w:lang w:val="fr-FR"/>
        </w:rPr>
      </w:pPr>
      <w:r w:rsidRPr="00E97067">
        <w:rPr>
          <w:lang w:val="fr-FR"/>
        </w:rPr>
        <w:t xml:space="preserve">5. </w:t>
      </w:r>
      <w:r w:rsidR="00D948D7" w:rsidRPr="00E97067">
        <w:rPr>
          <w:lang w:val="fr-FR"/>
        </w:rPr>
        <w:t>Vérifier</w:t>
      </w:r>
      <w:r w:rsidRPr="00E97067">
        <w:rPr>
          <w:lang w:val="fr-FR"/>
        </w:rPr>
        <w:t xml:space="preserve"> les horaires d'ouverture.</w:t>
      </w:r>
    </w:p>
    <w:p w14:paraId="225392D5" w14:textId="1F63A651" w:rsidR="001041B8" w:rsidRPr="00E97067" w:rsidRDefault="00000000">
      <w:pPr>
        <w:pStyle w:val="Titre2"/>
        <w:rPr>
          <w:lang w:val="fr-FR"/>
        </w:rPr>
      </w:pPr>
      <w:bookmarkStart w:id="186" w:name="_Toc231178581"/>
      <w:r w:rsidRPr="00E97067">
        <w:rPr>
          <w:lang w:val="fr-FR"/>
        </w:rPr>
        <w:t xml:space="preserve">Un </w:t>
      </w:r>
      <w:proofErr w:type="gramStart"/>
      <w:r w:rsidRPr="00E97067">
        <w:rPr>
          <w:lang w:val="fr-FR"/>
        </w:rPr>
        <w:t>email</w:t>
      </w:r>
      <w:proofErr w:type="gramEnd"/>
      <w:r w:rsidRPr="00E97067">
        <w:rPr>
          <w:lang w:val="fr-FR"/>
        </w:rPr>
        <w:t xml:space="preserve"> n'est pas </w:t>
      </w:r>
      <w:r w:rsidR="00D948D7" w:rsidRPr="00E97067">
        <w:rPr>
          <w:lang w:val="fr-FR"/>
        </w:rPr>
        <w:t>reçu</w:t>
      </w:r>
      <w:bookmarkEnd w:id="186"/>
    </w:p>
    <w:p w14:paraId="335D7042" w14:textId="33E4392C" w:rsidR="001041B8" w:rsidRPr="00E97067" w:rsidRDefault="00000000">
      <w:pPr>
        <w:rPr>
          <w:lang w:val="fr-FR"/>
        </w:rPr>
      </w:pPr>
      <w:r w:rsidRPr="00E97067">
        <w:rPr>
          <w:lang w:val="fr-FR"/>
        </w:rPr>
        <w:t xml:space="preserve">1. </w:t>
      </w:r>
      <w:r w:rsidR="00D948D7" w:rsidRPr="00E97067">
        <w:rPr>
          <w:lang w:val="fr-FR"/>
        </w:rPr>
        <w:t>Vérifier</w:t>
      </w:r>
      <w:r w:rsidRPr="00E97067">
        <w:rPr>
          <w:lang w:val="fr-FR"/>
        </w:rPr>
        <w:t xml:space="preserve"> l'adresse </w:t>
      </w:r>
      <w:proofErr w:type="gramStart"/>
      <w:r w:rsidRPr="00E97067">
        <w:rPr>
          <w:lang w:val="fr-FR"/>
        </w:rPr>
        <w:t>email</w:t>
      </w:r>
      <w:proofErr w:type="gramEnd"/>
      <w:r w:rsidRPr="00E97067">
        <w:rPr>
          <w:lang w:val="fr-FR"/>
        </w:rPr>
        <w:t>.</w:t>
      </w:r>
    </w:p>
    <w:p w14:paraId="22A86E1E" w14:textId="14CFDAC7" w:rsidR="001041B8" w:rsidRPr="00E97067" w:rsidRDefault="00000000">
      <w:pPr>
        <w:rPr>
          <w:lang w:val="fr-FR"/>
        </w:rPr>
      </w:pPr>
      <w:r w:rsidRPr="00E97067">
        <w:rPr>
          <w:lang w:val="fr-FR"/>
        </w:rPr>
        <w:t xml:space="preserve">2. </w:t>
      </w:r>
      <w:r w:rsidR="00D948D7" w:rsidRPr="00E97067">
        <w:rPr>
          <w:lang w:val="fr-FR"/>
        </w:rPr>
        <w:t>Vérifier</w:t>
      </w:r>
      <w:r w:rsidRPr="00E97067">
        <w:rPr>
          <w:lang w:val="fr-FR"/>
        </w:rPr>
        <w:t xml:space="preserve"> les logs CRM.</w:t>
      </w:r>
    </w:p>
    <w:p w14:paraId="32953C15" w14:textId="3E10E91D" w:rsidR="001041B8" w:rsidRPr="00E97067" w:rsidRDefault="00000000">
      <w:pPr>
        <w:rPr>
          <w:lang w:val="fr-FR"/>
        </w:rPr>
      </w:pPr>
      <w:r w:rsidRPr="00E97067">
        <w:rPr>
          <w:lang w:val="fr-FR"/>
        </w:rPr>
        <w:t xml:space="preserve">3. </w:t>
      </w:r>
      <w:r w:rsidR="00D948D7" w:rsidRPr="00E97067">
        <w:rPr>
          <w:lang w:val="fr-FR"/>
        </w:rPr>
        <w:t>Vérifier</w:t>
      </w:r>
      <w:r w:rsidRPr="00E97067">
        <w:rPr>
          <w:lang w:val="fr-FR"/>
        </w:rPr>
        <w:t xml:space="preserve"> la configuration Brevo ou mail.</w:t>
      </w:r>
    </w:p>
    <w:p w14:paraId="222EBA89" w14:textId="0B155AEE" w:rsidR="001041B8" w:rsidRPr="00E97067" w:rsidRDefault="00000000">
      <w:pPr>
        <w:rPr>
          <w:lang w:val="fr-FR"/>
        </w:rPr>
      </w:pPr>
      <w:r w:rsidRPr="00E97067">
        <w:rPr>
          <w:lang w:val="fr-FR"/>
        </w:rPr>
        <w:t xml:space="preserve">4. </w:t>
      </w:r>
      <w:r w:rsidR="00D948D7" w:rsidRPr="00E97067">
        <w:rPr>
          <w:lang w:val="fr-FR"/>
        </w:rPr>
        <w:t>Vérifier</w:t>
      </w:r>
      <w:r w:rsidRPr="00E97067">
        <w:rPr>
          <w:lang w:val="fr-FR"/>
        </w:rPr>
        <w:t xml:space="preserve"> les spams.</w:t>
      </w:r>
    </w:p>
    <w:p w14:paraId="75B6E97E" w14:textId="2155D91D" w:rsidR="001041B8" w:rsidRPr="00E97067" w:rsidRDefault="00000000">
      <w:pPr>
        <w:rPr>
          <w:lang w:val="fr-FR"/>
        </w:rPr>
      </w:pPr>
      <w:r w:rsidRPr="00E97067">
        <w:rPr>
          <w:lang w:val="fr-FR"/>
        </w:rPr>
        <w:lastRenderedPageBreak/>
        <w:t xml:space="preserve">5. Transmettre manuellement le mot de passe temporaire si </w:t>
      </w:r>
      <w:r w:rsidR="00D948D7" w:rsidRPr="00E97067">
        <w:rPr>
          <w:lang w:val="fr-FR"/>
        </w:rPr>
        <w:t>nécessaire</w:t>
      </w:r>
      <w:r w:rsidRPr="00E97067">
        <w:rPr>
          <w:lang w:val="fr-FR"/>
        </w:rPr>
        <w:t>.</w:t>
      </w:r>
    </w:p>
    <w:p w14:paraId="7A962731" w14:textId="77777777" w:rsidR="001041B8" w:rsidRPr="00E97067" w:rsidRDefault="00000000">
      <w:pPr>
        <w:pStyle w:val="Titre2"/>
        <w:rPr>
          <w:lang w:val="fr-FR"/>
        </w:rPr>
      </w:pPr>
      <w:bookmarkStart w:id="187" w:name="_Toc231178582"/>
      <w:r w:rsidRPr="00E97067">
        <w:rPr>
          <w:lang w:val="fr-FR"/>
        </w:rPr>
        <w:t>Un bon cadeau n'apparait pas</w:t>
      </w:r>
      <w:bookmarkEnd w:id="187"/>
    </w:p>
    <w:p w14:paraId="27A9CC49" w14:textId="33D4DDA7" w:rsidR="001041B8" w:rsidRPr="00E97067" w:rsidRDefault="00000000">
      <w:pPr>
        <w:rPr>
          <w:lang w:val="fr-FR"/>
        </w:rPr>
      </w:pPr>
      <w:r w:rsidRPr="00E97067">
        <w:rPr>
          <w:lang w:val="fr-FR"/>
        </w:rPr>
        <w:t xml:space="preserve">1. </w:t>
      </w:r>
      <w:r w:rsidR="00D948D7" w:rsidRPr="00E97067">
        <w:rPr>
          <w:lang w:val="fr-FR"/>
        </w:rPr>
        <w:t>Vérifier</w:t>
      </w:r>
      <w:r w:rsidRPr="00E97067">
        <w:rPr>
          <w:lang w:val="fr-FR"/>
        </w:rPr>
        <w:t xml:space="preserve"> que le bon n'est pas </w:t>
      </w:r>
      <w:r w:rsidR="00D948D7" w:rsidRPr="00E97067">
        <w:rPr>
          <w:lang w:val="fr-FR"/>
        </w:rPr>
        <w:t>expiré</w:t>
      </w:r>
      <w:r w:rsidRPr="00E97067">
        <w:rPr>
          <w:lang w:val="fr-FR"/>
        </w:rPr>
        <w:t>.</w:t>
      </w:r>
    </w:p>
    <w:p w14:paraId="380ED414" w14:textId="741934C9" w:rsidR="001041B8" w:rsidRPr="00E97067" w:rsidRDefault="00000000">
      <w:pPr>
        <w:rPr>
          <w:lang w:val="fr-FR"/>
        </w:rPr>
      </w:pPr>
      <w:r w:rsidRPr="00E97067">
        <w:rPr>
          <w:lang w:val="fr-FR"/>
        </w:rPr>
        <w:t xml:space="preserve">2. </w:t>
      </w:r>
      <w:r w:rsidR="00D948D7" w:rsidRPr="00E97067">
        <w:rPr>
          <w:lang w:val="fr-FR"/>
        </w:rPr>
        <w:t>Vérifier</w:t>
      </w:r>
      <w:r w:rsidRPr="00E97067">
        <w:rPr>
          <w:lang w:val="fr-FR"/>
        </w:rPr>
        <w:t xml:space="preserve"> que le bon est lie au bon client.</w:t>
      </w:r>
    </w:p>
    <w:p w14:paraId="2BEAC8A7" w14:textId="70538A58" w:rsidR="001041B8" w:rsidRPr="00E97067" w:rsidRDefault="00000000">
      <w:pPr>
        <w:rPr>
          <w:lang w:val="fr-FR"/>
        </w:rPr>
      </w:pPr>
      <w:r w:rsidRPr="00E97067">
        <w:rPr>
          <w:lang w:val="fr-FR"/>
        </w:rPr>
        <w:t xml:space="preserve">3. </w:t>
      </w:r>
      <w:r w:rsidR="00D948D7" w:rsidRPr="00E97067">
        <w:rPr>
          <w:lang w:val="fr-FR"/>
        </w:rPr>
        <w:t>Vérifier</w:t>
      </w:r>
      <w:r w:rsidRPr="00E97067">
        <w:rPr>
          <w:lang w:val="fr-FR"/>
        </w:rPr>
        <w:t xml:space="preserve"> que </w:t>
      </w:r>
      <w:proofErr w:type="gramStart"/>
      <w:r w:rsidRPr="00E97067">
        <w:rPr>
          <w:lang w:val="fr-FR"/>
        </w:rPr>
        <w:t>l'email</w:t>
      </w:r>
      <w:proofErr w:type="gramEnd"/>
      <w:r w:rsidRPr="00E97067">
        <w:rPr>
          <w:lang w:val="fr-FR"/>
        </w:rPr>
        <w:t xml:space="preserve"> du bon correspond </w:t>
      </w:r>
      <w:proofErr w:type="spellStart"/>
      <w:proofErr w:type="gramStart"/>
      <w:r w:rsidRPr="00E97067">
        <w:rPr>
          <w:lang w:val="fr-FR"/>
        </w:rPr>
        <w:t>a</w:t>
      </w:r>
      <w:proofErr w:type="spellEnd"/>
      <w:proofErr w:type="gramEnd"/>
      <w:r w:rsidRPr="00E97067">
        <w:rPr>
          <w:lang w:val="fr-FR"/>
        </w:rPr>
        <w:t xml:space="preserve"> </w:t>
      </w:r>
      <w:proofErr w:type="gramStart"/>
      <w:r w:rsidRPr="00E97067">
        <w:rPr>
          <w:lang w:val="fr-FR"/>
        </w:rPr>
        <w:t>l'email</w:t>
      </w:r>
      <w:proofErr w:type="gramEnd"/>
      <w:r w:rsidRPr="00E97067">
        <w:rPr>
          <w:lang w:val="fr-FR"/>
        </w:rPr>
        <w:t xml:space="preserve"> du client.</w:t>
      </w:r>
    </w:p>
    <w:p w14:paraId="692069C9" w14:textId="299AE60B" w:rsidR="001041B8" w:rsidRPr="00E97067" w:rsidRDefault="00000000">
      <w:pPr>
        <w:rPr>
          <w:lang w:val="fr-FR"/>
        </w:rPr>
      </w:pPr>
      <w:r w:rsidRPr="00E97067">
        <w:rPr>
          <w:lang w:val="fr-FR"/>
        </w:rPr>
        <w:t xml:space="preserve">4. </w:t>
      </w:r>
      <w:r w:rsidR="00D948D7" w:rsidRPr="00E97067">
        <w:rPr>
          <w:lang w:val="fr-FR"/>
        </w:rPr>
        <w:t>Vérifier</w:t>
      </w:r>
      <w:r w:rsidRPr="00E97067">
        <w:rPr>
          <w:lang w:val="fr-FR"/>
        </w:rPr>
        <w:t xml:space="preserve"> que le bon n'a pas </w:t>
      </w:r>
      <w:proofErr w:type="spellStart"/>
      <w:r w:rsidRPr="00E97067">
        <w:rPr>
          <w:lang w:val="fr-FR"/>
        </w:rPr>
        <w:t>deja</w:t>
      </w:r>
      <w:proofErr w:type="spellEnd"/>
      <w:r w:rsidRPr="00E97067">
        <w:rPr>
          <w:lang w:val="fr-FR"/>
        </w:rPr>
        <w:t xml:space="preserve"> </w:t>
      </w:r>
      <w:proofErr w:type="spellStart"/>
      <w:r w:rsidRPr="00E97067">
        <w:rPr>
          <w:lang w:val="fr-FR"/>
        </w:rPr>
        <w:t>ete</w:t>
      </w:r>
      <w:proofErr w:type="spellEnd"/>
      <w:r w:rsidRPr="00E97067">
        <w:rPr>
          <w:lang w:val="fr-FR"/>
        </w:rPr>
        <w:t xml:space="preserve"> utilise.</w:t>
      </w:r>
    </w:p>
    <w:p w14:paraId="2B601DC6" w14:textId="0374C12C" w:rsidR="001041B8" w:rsidRPr="00E97067" w:rsidRDefault="00000000">
      <w:pPr>
        <w:pStyle w:val="Titre2"/>
        <w:rPr>
          <w:lang w:val="fr-FR"/>
        </w:rPr>
      </w:pPr>
      <w:bookmarkStart w:id="188" w:name="_Toc231178583"/>
      <w:r w:rsidRPr="00E97067">
        <w:rPr>
          <w:lang w:val="fr-FR"/>
        </w:rPr>
        <w:t xml:space="preserve">Une vente </w:t>
      </w:r>
      <w:r w:rsidR="00D948D7" w:rsidRPr="00E97067">
        <w:rPr>
          <w:lang w:val="fr-FR"/>
        </w:rPr>
        <w:t>annulée</w:t>
      </w:r>
      <w:r w:rsidRPr="00E97067">
        <w:rPr>
          <w:lang w:val="fr-FR"/>
        </w:rPr>
        <w:t xml:space="preserve"> ne peut pas </w:t>
      </w:r>
      <w:r w:rsidR="00D948D7" w:rsidRPr="00E97067">
        <w:rPr>
          <w:lang w:val="fr-FR"/>
        </w:rPr>
        <w:t>être</w:t>
      </w:r>
      <w:r w:rsidRPr="00E97067">
        <w:rPr>
          <w:lang w:val="fr-FR"/>
        </w:rPr>
        <w:t xml:space="preserve"> reprise</w:t>
      </w:r>
      <w:bookmarkEnd w:id="188"/>
    </w:p>
    <w:p w14:paraId="6E77218A" w14:textId="77777777" w:rsidR="001041B8" w:rsidRPr="00E97067" w:rsidRDefault="00000000">
      <w:pPr>
        <w:rPr>
          <w:lang w:val="fr-FR"/>
        </w:rPr>
      </w:pPr>
      <w:r w:rsidRPr="00E97067">
        <w:rPr>
          <w:lang w:val="fr-FR"/>
        </w:rPr>
        <w:t>Ce comportement est normal.</w:t>
      </w:r>
    </w:p>
    <w:p w14:paraId="6B4EA5B7" w14:textId="314A3031" w:rsidR="001041B8" w:rsidRPr="00E97067" w:rsidRDefault="00000000">
      <w:pPr>
        <w:rPr>
          <w:lang w:val="fr-FR"/>
        </w:rPr>
      </w:pPr>
      <w:r w:rsidRPr="00E97067">
        <w:rPr>
          <w:lang w:val="fr-FR"/>
        </w:rPr>
        <w:t xml:space="preserve">Une vente </w:t>
      </w:r>
      <w:r w:rsidR="00D948D7" w:rsidRPr="00E97067">
        <w:rPr>
          <w:lang w:val="fr-FR"/>
        </w:rPr>
        <w:t>annulée</w:t>
      </w:r>
      <w:r w:rsidRPr="00E97067">
        <w:rPr>
          <w:lang w:val="fr-FR"/>
        </w:rPr>
        <w:t xml:space="preserve"> est </w:t>
      </w:r>
      <w:r w:rsidR="00D948D7" w:rsidRPr="00E97067">
        <w:rPr>
          <w:lang w:val="fr-FR"/>
        </w:rPr>
        <w:t>fermée</w:t>
      </w:r>
      <w:r w:rsidRPr="00E97067">
        <w:rPr>
          <w:lang w:val="fr-FR"/>
        </w:rPr>
        <w:t>.</w:t>
      </w:r>
    </w:p>
    <w:p w14:paraId="43383D9D" w14:textId="37C1B5A6" w:rsidR="001041B8" w:rsidRPr="00E97067" w:rsidRDefault="00000000">
      <w:pPr>
        <w:rPr>
          <w:lang w:val="fr-FR"/>
        </w:rPr>
      </w:pPr>
      <w:r w:rsidRPr="00E97067">
        <w:rPr>
          <w:lang w:val="fr-FR"/>
        </w:rPr>
        <w:t xml:space="preserve">Il faut </w:t>
      </w:r>
      <w:r w:rsidR="00D948D7" w:rsidRPr="00E97067">
        <w:rPr>
          <w:lang w:val="fr-FR"/>
        </w:rPr>
        <w:t>créer</w:t>
      </w:r>
      <w:r w:rsidRPr="00E97067">
        <w:rPr>
          <w:lang w:val="fr-FR"/>
        </w:rPr>
        <w:t xml:space="preserve"> un nouveau ticket.</w:t>
      </w:r>
    </w:p>
    <w:p w14:paraId="2D1B24F2" w14:textId="189C2136" w:rsidR="001041B8" w:rsidRPr="00E97067" w:rsidRDefault="00833872" w:rsidP="00833872">
      <w:pPr>
        <w:pStyle w:val="Titre1"/>
      </w:pPr>
      <w:r>
        <w:t xml:space="preserve"> </w:t>
      </w:r>
      <w:bookmarkStart w:id="189" w:name="_Toc231178584"/>
      <w:r w:rsidR="00000000" w:rsidRPr="00E97067">
        <w:t>Glossaire</w:t>
      </w:r>
      <w:bookmarkEnd w:id="189"/>
    </w:p>
    <w:p w14:paraId="12CE71D8" w14:textId="77777777" w:rsidR="001041B8" w:rsidRPr="00E97067" w:rsidRDefault="00000000">
      <w:pPr>
        <w:rPr>
          <w:lang w:val="fr-FR"/>
        </w:rPr>
      </w:pPr>
      <w:r w:rsidRPr="00E97067">
        <w:rPr>
          <w:lang w:val="fr-FR"/>
        </w:rPr>
        <w:t>**Back-office**</w:t>
      </w:r>
    </w:p>
    <w:p w14:paraId="14F22F6F" w14:textId="30E2B965" w:rsidR="001041B8" w:rsidRPr="00E97067" w:rsidRDefault="00000000">
      <w:pPr>
        <w:rPr>
          <w:lang w:val="fr-FR"/>
        </w:rPr>
      </w:pPr>
      <w:r w:rsidRPr="00E97067">
        <w:rPr>
          <w:lang w:val="fr-FR"/>
        </w:rPr>
        <w:t xml:space="preserve">Espace utilise par les </w:t>
      </w:r>
      <w:r w:rsidR="00D948D7" w:rsidRPr="00E97067">
        <w:rPr>
          <w:lang w:val="fr-FR"/>
        </w:rPr>
        <w:t>employés</w:t>
      </w:r>
      <w:r w:rsidRPr="00E97067">
        <w:rPr>
          <w:lang w:val="fr-FR"/>
        </w:rPr>
        <w:t xml:space="preserve"> et managers pour </w:t>
      </w:r>
      <w:r w:rsidR="00D948D7" w:rsidRPr="00E97067">
        <w:rPr>
          <w:lang w:val="fr-FR"/>
        </w:rPr>
        <w:t>gérer</w:t>
      </w:r>
      <w:r w:rsidRPr="00E97067">
        <w:rPr>
          <w:lang w:val="fr-FR"/>
        </w:rPr>
        <w:t xml:space="preserve"> l'</w:t>
      </w:r>
      <w:r w:rsidR="00D948D7" w:rsidRPr="00E97067">
        <w:rPr>
          <w:lang w:val="fr-FR"/>
        </w:rPr>
        <w:t>activité</w:t>
      </w:r>
      <w:r w:rsidRPr="00E97067">
        <w:rPr>
          <w:lang w:val="fr-FR"/>
        </w:rPr>
        <w:t>.</w:t>
      </w:r>
    </w:p>
    <w:p w14:paraId="1DD882D4" w14:textId="77777777" w:rsidR="001041B8" w:rsidRPr="00E97067" w:rsidRDefault="00000000">
      <w:pPr>
        <w:rPr>
          <w:lang w:val="fr-FR"/>
        </w:rPr>
      </w:pPr>
      <w:r w:rsidRPr="00E97067">
        <w:rPr>
          <w:lang w:val="fr-FR"/>
        </w:rPr>
        <w:t>**Client**</w:t>
      </w:r>
    </w:p>
    <w:p w14:paraId="161FD2F0" w14:textId="2C4EF677" w:rsidR="001041B8" w:rsidRPr="00E97067" w:rsidRDefault="00000000">
      <w:pPr>
        <w:rPr>
          <w:lang w:val="fr-FR"/>
        </w:rPr>
      </w:pPr>
      <w:r w:rsidRPr="00E97067">
        <w:rPr>
          <w:lang w:val="fr-FR"/>
        </w:rPr>
        <w:t xml:space="preserve">Utilisateur final qui </w:t>
      </w:r>
      <w:r w:rsidR="00D948D7" w:rsidRPr="00E97067">
        <w:rPr>
          <w:lang w:val="fr-FR"/>
        </w:rPr>
        <w:t>acheté</w:t>
      </w:r>
      <w:r w:rsidRPr="00E97067">
        <w:rPr>
          <w:lang w:val="fr-FR"/>
        </w:rPr>
        <w:t xml:space="preserve">, </w:t>
      </w:r>
      <w:r w:rsidR="00D948D7" w:rsidRPr="00E97067">
        <w:rPr>
          <w:lang w:val="fr-FR"/>
        </w:rPr>
        <w:t>réserve</w:t>
      </w:r>
      <w:r w:rsidRPr="00E97067">
        <w:rPr>
          <w:lang w:val="fr-FR"/>
        </w:rPr>
        <w:t xml:space="preserve"> et consulte ses informations.</w:t>
      </w:r>
    </w:p>
    <w:p w14:paraId="4299D276" w14:textId="20E39333" w:rsidR="001041B8" w:rsidRPr="00E97067" w:rsidRDefault="00000000">
      <w:pPr>
        <w:rPr>
          <w:lang w:val="fr-FR"/>
        </w:rPr>
      </w:pPr>
      <w:r w:rsidRPr="00E97067">
        <w:rPr>
          <w:lang w:val="fr-FR"/>
        </w:rPr>
        <w:t>**</w:t>
      </w:r>
      <w:r w:rsidR="00D948D7" w:rsidRPr="00E97067">
        <w:rPr>
          <w:lang w:val="fr-FR"/>
        </w:rPr>
        <w:t>Employé</w:t>
      </w:r>
      <w:r w:rsidRPr="00E97067">
        <w:rPr>
          <w:lang w:val="fr-FR"/>
        </w:rPr>
        <w:t>**</w:t>
      </w:r>
    </w:p>
    <w:p w14:paraId="222BCFDC" w14:textId="7B264A7A" w:rsidR="001041B8" w:rsidRPr="00E97067" w:rsidRDefault="00000000">
      <w:pPr>
        <w:rPr>
          <w:lang w:val="fr-FR"/>
        </w:rPr>
      </w:pPr>
      <w:r w:rsidRPr="00E97067">
        <w:rPr>
          <w:lang w:val="fr-FR"/>
        </w:rPr>
        <w:t xml:space="preserve">Utilisateur </w:t>
      </w:r>
      <w:r w:rsidR="00D948D7" w:rsidRPr="00E97067">
        <w:rPr>
          <w:lang w:val="fr-FR"/>
        </w:rPr>
        <w:t>opérationnel</w:t>
      </w:r>
      <w:r w:rsidRPr="00E97067">
        <w:rPr>
          <w:lang w:val="fr-FR"/>
        </w:rPr>
        <w:t xml:space="preserve"> rattache </w:t>
      </w:r>
      <w:proofErr w:type="spellStart"/>
      <w:proofErr w:type="gramStart"/>
      <w:r w:rsidRPr="00E97067">
        <w:rPr>
          <w:lang w:val="fr-FR"/>
        </w:rPr>
        <w:t>a</w:t>
      </w:r>
      <w:proofErr w:type="spellEnd"/>
      <w:proofErr w:type="gramEnd"/>
      <w:r w:rsidRPr="00E97067">
        <w:rPr>
          <w:lang w:val="fr-FR"/>
        </w:rPr>
        <w:t xml:space="preserve"> une boutique.</w:t>
      </w:r>
    </w:p>
    <w:p w14:paraId="6463E624" w14:textId="77777777" w:rsidR="001041B8" w:rsidRPr="00E97067" w:rsidRDefault="00000000">
      <w:pPr>
        <w:rPr>
          <w:lang w:val="fr-FR"/>
        </w:rPr>
      </w:pPr>
      <w:r w:rsidRPr="00E97067">
        <w:rPr>
          <w:lang w:val="fr-FR"/>
        </w:rPr>
        <w:t>**Manager**</w:t>
      </w:r>
    </w:p>
    <w:p w14:paraId="6780D96E" w14:textId="473ED8A6" w:rsidR="001041B8" w:rsidRPr="00E97067" w:rsidRDefault="00000000">
      <w:pPr>
        <w:rPr>
          <w:lang w:val="fr-FR"/>
        </w:rPr>
      </w:pPr>
      <w:r w:rsidRPr="00E97067">
        <w:rPr>
          <w:lang w:val="fr-FR"/>
        </w:rPr>
        <w:t xml:space="preserve">Utilisateur administrateur avec </w:t>
      </w:r>
      <w:r w:rsidR="00D948D7" w:rsidRPr="00E97067">
        <w:rPr>
          <w:lang w:val="fr-FR"/>
        </w:rPr>
        <w:t>accès</w:t>
      </w:r>
      <w:r w:rsidRPr="00E97067">
        <w:rPr>
          <w:lang w:val="fr-FR"/>
        </w:rPr>
        <w:t xml:space="preserve"> aux fonctions sensibles.</w:t>
      </w:r>
    </w:p>
    <w:p w14:paraId="1B830421" w14:textId="77777777" w:rsidR="001041B8" w:rsidRPr="00E97067" w:rsidRDefault="00000000">
      <w:pPr>
        <w:rPr>
          <w:lang w:val="fr-FR"/>
        </w:rPr>
      </w:pPr>
      <w:r w:rsidRPr="00E97067">
        <w:rPr>
          <w:lang w:val="fr-FR"/>
        </w:rPr>
        <w:t>**POS**</w:t>
      </w:r>
    </w:p>
    <w:p w14:paraId="0C42260E" w14:textId="77777777" w:rsidR="001041B8" w:rsidRPr="00E97067" w:rsidRDefault="00000000">
      <w:pPr>
        <w:rPr>
          <w:lang w:val="fr-FR"/>
        </w:rPr>
      </w:pPr>
      <w:r w:rsidRPr="00E97067">
        <w:rPr>
          <w:lang w:val="fr-FR"/>
        </w:rPr>
        <w:t>Caisse de vente physique.</w:t>
      </w:r>
    </w:p>
    <w:p w14:paraId="7385E3F0" w14:textId="77777777" w:rsidR="001041B8" w:rsidRPr="00E97067" w:rsidRDefault="00000000">
      <w:pPr>
        <w:rPr>
          <w:lang w:val="fr-FR"/>
        </w:rPr>
      </w:pPr>
      <w:r w:rsidRPr="00E97067">
        <w:rPr>
          <w:lang w:val="fr-FR"/>
        </w:rPr>
        <w:t>**Ticket**</w:t>
      </w:r>
    </w:p>
    <w:p w14:paraId="728654FD" w14:textId="5FE27503" w:rsidR="001041B8" w:rsidRPr="00E97067" w:rsidRDefault="00000000">
      <w:pPr>
        <w:rPr>
          <w:lang w:val="fr-FR"/>
        </w:rPr>
      </w:pPr>
      <w:r w:rsidRPr="00E97067">
        <w:rPr>
          <w:lang w:val="fr-FR"/>
        </w:rPr>
        <w:t xml:space="preserve">Vente en cours, suspendue, </w:t>
      </w:r>
      <w:r w:rsidR="00D948D7" w:rsidRPr="00E97067">
        <w:rPr>
          <w:lang w:val="fr-FR"/>
        </w:rPr>
        <w:t>payée</w:t>
      </w:r>
      <w:r w:rsidRPr="00E97067">
        <w:rPr>
          <w:lang w:val="fr-FR"/>
        </w:rPr>
        <w:t xml:space="preserve"> ou </w:t>
      </w:r>
      <w:r w:rsidR="00D948D7" w:rsidRPr="00E97067">
        <w:rPr>
          <w:lang w:val="fr-FR"/>
        </w:rPr>
        <w:t>annulée</w:t>
      </w:r>
      <w:r w:rsidRPr="00E97067">
        <w:rPr>
          <w:lang w:val="fr-FR"/>
        </w:rPr>
        <w:t>.</w:t>
      </w:r>
    </w:p>
    <w:p w14:paraId="4A3ED487" w14:textId="77777777" w:rsidR="001041B8" w:rsidRPr="00E97067" w:rsidRDefault="00000000">
      <w:pPr>
        <w:rPr>
          <w:lang w:val="fr-FR"/>
        </w:rPr>
      </w:pPr>
      <w:r w:rsidRPr="00E97067">
        <w:rPr>
          <w:lang w:val="fr-FR"/>
        </w:rPr>
        <w:t>**Prestation**</w:t>
      </w:r>
    </w:p>
    <w:p w14:paraId="676C2EAF" w14:textId="6D8B246E" w:rsidR="001041B8" w:rsidRPr="00E97067" w:rsidRDefault="00000000">
      <w:pPr>
        <w:rPr>
          <w:lang w:val="fr-FR"/>
        </w:rPr>
      </w:pPr>
      <w:r w:rsidRPr="00E97067">
        <w:rPr>
          <w:lang w:val="fr-FR"/>
        </w:rPr>
        <w:t xml:space="preserve">Service </w:t>
      </w:r>
      <w:r w:rsidR="00D948D7" w:rsidRPr="00E97067">
        <w:rPr>
          <w:lang w:val="fr-FR"/>
        </w:rPr>
        <w:t>réalis</w:t>
      </w:r>
      <w:r w:rsidR="00D948D7">
        <w:rPr>
          <w:lang w:val="fr-FR"/>
        </w:rPr>
        <w:t>é</w:t>
      </w:r>
      <w:r w:rsidRPr="00E97067">
        <w:rPr>
          <w:lang w:val="fr-FR"/>
        </w:rPr>
        <w:t xml:space="preserve"> en boutique, avec une </w:t>
      </w:r>
      <w:r w:rsidR="00D948D7" w:rsidRPr="00E97067">
        <w:rPr>
          <w:lang w:val="fr-FR"/>
        </w:rPr>
        <w:t>durée</w:t>
      </w:r>
      <w:r w:rsidRPr="00E97067">
        <w:rPr>
          <w:lang w:val="fr-FR"/>
        </w:rPr>
        <w:t xml:space="preserve"> et un prix.</w:t>
      </w:r>
    </w:p>
    <w:p w14:paraId="3C47E224" w14:textId="77777777" w:rsidR="001041B8" w:rsidRPr="00E97067" w:rsidRDefault="001041B8">
      <w:pPr>
        <w:rPr>
          <w:lang w:val="fr-FR"/>
        </w:rPr>
      </w:pPr>
    </w:p>
    <w:p w14:paraId="2CBB4E81" w14:textId="77777777" w:rsidR="001041B8" w:rsidRPr="00E97067" w:rsidRDefault="00000000">
      <w:pPr>
        <w:rPr>
          <w:lang w:val="fr-FR"/>
        </w:rPr>
      </w:pPr>
      <w:r w:rsidRPr="00E97067">
        <w:rPr>
          <w:lang w:val="fr-FR"/>
        </w:rPr>
        <w:lastRenderedPageBreak/>
        <w:t>**Rendez-vous**</w:t>
      </w:r>
    </w:p>
    <w:p w14:paraId="28BF7305" w14:textId="2DCFD492" w:rsidR="001041B8" w:rsidRPr="00E97067" w:rsidRDefault="00D948D7">
      <w:pPr>
        <w:rPr>
          <w:lang w:val="fr-FR"/>
        </w:rPr>
      </w:pPr>
      <w:r w:rsidRPr="00E97067">
        <w:rPr>
          <w:lang w:val="fr-FR"/>
        </w:rPr>
        <w:t>Réservation</w:t>
      </w:r>
      <w:r w:rsidR="00000000" w:rsidRPr="00E97067">
        <w:rPr>
          <w:lang w:val="fr-FR"/>
        </w:rPr>
        <w:t xml:space="preserve"> d'une prestation avec une boutique, un </w:t>
      </w:r>
      <w:r w:rsidRPr="00E97067">
        <w:rPr>
          <w:lang w:val="fr-FR"/>
        </w:rPr>
        <w:t>employé</w:t>
      </w:r>
      <w:r w:rsidR="00000000" w:rsidRPr="00E97067">
        <w:rPr>
          <w:lang w:val="fr-FR"/>
        </w:rPr>
        <w:t xml:space="preserve"> et un horaire.</w:t>
      </w:r>
    </w:p>
    <w:p w14:paraId="168F0402" w14:textId="77777777" w:rsidR="001041B8" w:rsidRPr="00E97067" w:rsidRDefault="00000000">
      <w:pPr>
        <w:rPr>
          <w:lang w:val="fr-FR"/>
        </w:rPr>
      </w:pPr>
      <w:r w:rsidRPr="00E97067">
        <w:rPr>
          <w:lang w:val="fr-FR"/>
        </w:rPr>
        <w:t>**Boutique**</w:t>
      </w:r>
    </w:p>
    <w:p w14:paraId="07998344" w14:textId="317B7686" w:rsidR="001041B8" w:rsidRPr="00E97067" w:rsidRDefault="00000000">
      <w:pPr>
        <w:rPr>
          <w:lang w:val="fr-FR"/>
        </w:rPr>
      </w:pPr>
      <w:r w:rsidRPr="00E97067">
        <w:rPr>
          <w:lang w:val="fr-FR"/>
        </w:rPr>
        <w:t xml:space="preserve">Point de vente utilise pour les </w:t>
      </w:r>
      <w:r w:rsidR="00D948D7" w:rsidRPr="00E97067">
        <w:rPr>
          <w:lang w:val="fr-FR"/>
        </w:rPr>
        <w:t>employés</w:t>
      </w:r>
      <w:r w:rsidRPr="00E97067">
        <w:rPr>
          <w:lang w:val="fr-FR"/>
        </w:rPr>
        <w:t>, horaires, ventes, retraits et statistiques.</w:t>
      </w:r>
    </w:p>
    <w:p w14:paraId="643051B9" w14:textId="77777777" w:rsidR="001041B8" w:rsidRPr="00E97067" w:rsidRDefault="00000000">
      <w:pPr>
        <w:rPr>
          <w:lang w:val="fr-FR"/>
        </w:rPr>
      </w:pPr>
      <w:r w:rsidRPr="00E97067">
        <w:rPr>
          <w:lang w:val="fr-FR"/>
        </w:rPr>
        <w:t>**CRM**</w:t>
      </w:r>
    </w:p>
    <w:p w14:paraId="2CBC1960" w14:textId="62E082D7" w:rsidR="001041B8" w:rsidRPr="00E97067" w:rsidRDefault="00000000">
      <w:pPr>
        <w:rPr>
          <w:lang w:val="fr-FR"/>
        </w:rPr>
      </w:pPr>
      <w:r w:rsidRPr="00E97067">
        <w:rPr>
          <w:lang w:val="fr-FR"/>
        </w:rPr>
        <w:t xml:space="preserve">Outils de relation client : </w:t>
      </w:r>
      <w:r w:rsidR="00D948D7" w:rsidRPr="00E97067">
        <w:rPr>
          <w:lang w:val="fr-FR"/>
        </w:rPr>
        <w:t>fidélité</w:t>
      </w:r>
      <w:r w:rsidRPr="00E97067">
        <w:rPr>
          <w:lang w:val="fr-FR"/>
        </w:rPr>
        <w:t>, campagnes, rappels, bons cadeaux et notifications.</w:t>
      </w:r>
    </w:p>
    <w:p w14:paraId="1F654158" w14:textId="77777777" w:rsidR="001041B8" w:rsidRPr="00E97067" w:rsidRDefault="00000000">
      <w:pPr>
        <w:rPr>
          <w:lang w:val="fr-FR"/>
        </w:rPr>
      </w:pPr>
      <w:r w:rsidRPr="00E97067">
        <w:rPr>
          <w:lang w:val="fr-FR"/>
        </w:rPr>
        <w:t>**</w:t>
      </w:r>
      <w:proofErr w:type="spellStart"/>
      <w:r w:rsidRPr="00E97067">
        <w:rPr>
          <w:lang w:val="fr-FR"/>
        </w:rPr>
        <w:t>Membership</w:t>
      </w:r>
      <w:proofErr w:type="spellEnd"/>
      <w:r w:rsidRPr="00E97067">
        <w:rPr>
          <w:lang w:val="fr-FR"/>
        </w:rPr>
        <w:t>**</w:t>
      </w:r>
    </w:p>
    <w:p w14:paraId="0A888060" w14:textId="0F418774" w:rsidR="001041B8" w:rsidRPr="00E97067" w:rsidRDefault="00000000">
      <w:pPr>
        <w:rPr>
          <w:lang w:val="fr-FR"/>
        </w:rPr>
      </w:pPr>
      <w:r w:rsidRPr="00E97067">
        <w:rPr>
          <w:lang w:val="fr-FR"/>
        </w:rPr>
        <w:t xml:space="preserve">Programme ou abonnement de </w:t>
      </w:r>
      <w:r w:rsidR="00D948D7" w:rsidRPr="00E97067">
        <w:rPr>
          <w:lang w:val="fr-FR"/>
        </w:rPr>
        <w:t>fidélité</w:t>
      </w:r>
      <w:r w:rsidRPr="00E97067">
        <w:rPr>
          <w:lang w:val="fr-FR"/>
        </w:rPr>
        <w:t xml:space="preserve"> associe </w:t>
      </w:r>
      <w:proofErr w:type="spellStart"/>
      <w:proofErr w:type="gramStart"/>
      <w:r w:rsidRPr="00E97067">
        <w:rPr>
          <w:lang w:val="fr-FR"/>
        </w:rPr>
        <w:t>a</w:t>
      </w:r>
      <w:proofErr w:type="spellEnd"/>
      <w:proofErr w:type="gramEnd"/>
      <w:r w:rsidRPr="00E97067">
        <w:rPr>
          <w:lang w:val="fr-FR"/>
        </w:rPr>
        <w:t xml:space="preserve"> un client.</w:t>
      </w:r>
    </w:p>
    <w:p w14:paraId="029D267F" w14:textId="77777777" w:rsidR="001041B8" w:rsidRPr="00E97067" w:rsidRDefault="00000000">
      <w:pPr>
        <w:rPr>
          <w:lang w:val="fr-FR"/>
        </w:rPr>
      </w:pPr>
      <w:r w:rsidRPr="00E97067">
        <w:rPr>
          <w:lang w:val="fr-FR"/>
        </w:rPr>
        <w:t>**Carte de visites**</w:t>
      </w:r>
    </w:p>
    <w:p w14:paraId="61DA7D9F" w14:textId="032B1E19" w:rsidR="001041B8" w:rsidRPr="00E97067" w:rsidRDefault="00000000">
      <w:pPr>
        <w:rPr>
          <w:lang w:val="fr-FR"/>
        </w:rPr>
      </w:pPr>
      <w:r w:rsidRPr="00E97067">
        <w:rPr>
          <w:lang w:val="fr-FR"/>
        </w:rPr>
        <w:t xml:space="preserve">Progression du nombre de visites </w:t>
      </w:r>
      <w:r w:rsidR="00D948D7" w:rsidRPr="00E97067">
        <w:rPr>
          <w:lang w:val="fr-FR"/>
        </w:rPr>
        <w:t>réalisées</w:t>
      </w:r>
      <w:r w:rsidRPr="00E97067">
        <w:rPr>
          <w:lang w:val="fr-FR"/>
        </w:rPr>
        <w:t xml:space="preserve"> par rapport </w:t>
      </w:r>
      <w:proofErr w:type="spellStart"/>
      <w:r w:rsidRPr="00E97067">
        <w:rPr>
          <w:lang w:val="fr-FR"/>
        </w:rPr>
        <w:t>a</w:t>
      </w:r>
      <w:proofErr w:type="spellEnd"/>
      <w:r w:rsidRPr="00E97067">
        <w:rPr>
          <w:lang w:val="fr-FR"/>
        </w:rPr>
        <w:t xml:space="preserve"> un objectif.</w:t>
      </w:r>
    </w:p>
    <w:p w14:paraId="53246AA4" w14:textId="77777777" w:rsidR="001041B8" w:rsidRPr="00E97067" w:rsidRDefault="00000000">
      <w:pPr>
        <w:rPr>
          <w:lang w:val="fr-FR"/>
        </w:rPr>
      </w:pPr>
      <w:r w:rsidRPr="00E97067">
        <w:rPr>
          <w:lang w:val="fr-FR"/>
        </w:rPr>
        <w:t>**Bon cadeau**</w:t>
      </w:r>
    </w:p>
    <w:p w14:paraId="371BEB86" w14:textId="77777777" w:rsidR="001041B8" w:rsidRPr="00E97067" w:rsidRDefault="00000000">
      <w:pPr>
        <w:rPr>
          <w:lang w:val="fr-FR"/>
        </w:rPr>
      </w:pPr>
      <w:r w:rsidRPr="00E97067">
        <w:rPr>
          <w:lang w:val="fr-FR"/>
        </w:rPr>
        <w:t>Code avec une valeur et une date d'expiration.</w:t>
      </w:r>
    </w:p>
    <w:p w14:paraId="0C0D0493" w14:textId="77777777" w:rsidR="001041B8" w:rsidRPr="00E97067" w:rsidRDefault="00000000">
      <w:pPr>
        <w:rPr>
          <w:lang w:val="fr-FR"/>
        </w:rPr>
      </w:pPr>
      <w:r w:rsidRPr="00E97067">
        <w:rPr>
          <w:lang w:val="fr-FR"/>
        </w:rPr>
        <w:t>**Warehouse**</w:t>
      </w:r>
    </w:p>
    <w:p w14:paraId="6A753625" w14:textId="5EDF4CB7" w:rsidR="001041B8" w:rsidRPr="00E97067" w:rsidRDefault="00000000">
      <w:pPr>
        <w:rPr>
          <w:lang w:val="fr-FR"/>
        </w:rPr>
      </w:pPr>
      <w:r w:rsidRPr="00E97067">
        <w:rPr>
          <w:lang w:val="fr-FR"/>
        </w:rPr>
        <w:t xml:space="preserve">Espace de suivi des commandes, </w:t>
      </w:r>
      <w:r w:rsidR="00D948D7" w:rsidRPr="00E97067">
        <w:rPr>
          <w:lang w:val="fr-FR"/>
        </w:rPr>
        <w:t>préparations</w:t>
      </w:r>
      <w:r w:rsidRPr="00E97067">
        <w:rPr>
          <w:lang w:val="fr-FR"/>
        </w:rPr>
        <w:t xml:space="preserve"> et </w:t>
      </w:r>
      <w:r w:rsidR="00D948D7" w:rsidRPr="00E97067">
        <w:rPr>
          <w:lang w:val="fr-FR"/>
        </w:rPr>
        <w:t>réservations</w:t>
      </w:r>
      <w:r w:rsidRPr="00E97067">
        <w:rPr>
          <w:lang w:val="fr-FR"/>
        </w:rPr>
        <w:t xml:space="preserve"> produit.</w:t>
      </w:r>
    </w:p>
    <w:p w14:paraId="176DB62F" w14:textId="6A1E6F56" w:rsidR="001041B8" w:rsidRPr="00E97067" w:rsidRDefault="001041B8">
      <w:pPr>
        <w:rPr>
          <w:lang w:val="fr-FR"/>
        </w:rPr>
      </w:pPr>
    </w:p>
    <w:sectPr w:rsidR="001041B8" w:rsidRPr="00E97067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enumros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enumros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epuce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epuce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enum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epuc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03DF3EE1"/>
    <w:multiLevelType w:val="hybridMultilevel"/>
    <w:tmpl w:val="334A1F2C"/>
    <w:lvl w:ilvl="0" w:tplc="040C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049F6BDB"/>
    <w:multiLevelType w:val="hybridMultilevel"/>
    <w:tmpl w:val="903A9EB4"/>
    <w:lvl w:ilvl="0" w:tplc="040C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08253346"/>
    <w:multiLevelType w:val="hybridMultilevel"/>
    <w:tmpl w:val="6E46D56E"/>
    <w:lvl w:ilvl="0" w:tplc="040C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0C071438"/>
    <w:multiLevelType w:val="hybridMultilevel"/>
    <w:tmpl w:val="BE843F0C"/>
    <w:lvl w:ilvl="0" w:tplc="040C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15D83B9C"/>
    <w:multiLevelType w:val="hybridMultilevel"/>
    <w:tmpl w:val="BE74FF02"/>
    <w:lvl w:ilvl="0" w:tplc="040C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163075DD"/>
    <w:multiLevelType w:val="hybridMultilevel"/>
    <w:tmpl w:val="3ABCBE7E"/>
    <w:lvl w:ilvl="0" w:tplc="040C000F">
      <w:start w:val="1"/>
      <w:numFmt w:val="decimal"/>
      <w:lvlText w:val="%1."/>
      <w:lvlJc w:val="left"/>
      <w:pPr>
        <w:ind w:left="360" w:hanging="360"/>
      </w:p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16E44C10"/>
    <w:multiLevelType w:val="hybridMultilevel"/>
    <w:tmpl w:val="8C168BF6"/>
    <w:lvl w:ilvl="0" w:tplc="040C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18732A40"/>
    <w:multiLevelType w:val="hybridMultilevel"/>
    <w:tmpl w:val="099A9A7C"/>
    <w:lvl w:ilvl="0" w:tplc="040C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19477098"/>
    <w:multiLevelType w:val="hybridMultilevel"/>
    <w:tmpl w:val="822EC6EC"/>
    <w:lvl w:ilvl="0" w:tplc="040C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21A86E1A"/>
    <w:multiLevelType w:val="hybridMultilevel"/>
    <w:tmpl w:val="F7400E96"/>
    <w:lvl w:ilvl="0" w:tplc="040C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38E74592"/>
    <w:multiLevelType w:val="hybridMultilevel"/>
    <w:tmpl w:val="B016B95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D505471"/>
    <w:multiLevelType w:val="hybridMultilevel"/>
    <w:tmpl w:val="BF1E642E"/>
    <w:lvl w:ilvl="0" w:tplc="040C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3FAA137B"/>
    <w:multiLevelType w:val="hybridMultilevel"/>
    <w:tmpl w:val="1FBAA40C"/>
    <w:lvl w:ilvl="0" w:tplc="040C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58B60AD4"/>
    <w:multiLevelType w:val="hybridMultilevel"/>
    <w:tmpl w:val="0F3CBCBA"/>
    <w:lvl w:ilvl="0" w:tplc="0E843604">
      <w:start w:val="1"/>
      <w:numFmt w:val="decimal"/>
      <w:pStyle w:val="Titre1"/>
      <w:lvlText w:val="%1."/>
      <w:lvlJc w:val="left"/>
      <w:pPr>
        <w:ind w:left="1494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8EC136A"/>
    <w:multiLevelType w:val="hybridMultilevel"/>
    <w:tmpl w:val="362C9B70"/>
    <w:lvl w:ilvl="0" w:tplc="040C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5C113907"/>
    <w:multiLevelType w:val="hybridMultilevel"/>
    <w:tmpl w:val="161EC834"/>
    <w:lvl w:ilvl="0" w:tplc="040C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5C980EFF"/>
    <w:multiLevelType w:val="hybridMultilevel"/>
    <w:tmpl w:val="1248C890"/>
    <w:lvl w:ilvl="0" w:tplc="040C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5F7E3615"/>
    <w:multiLevelType w:val="hybridMultilevel"/>
    <w:tmpl w:val="53069FD0"/>
    <w:lvl w:ilvl="0" w:tplc="040C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61640427"/>
    <w:multiLevelType w:val="hybridMultilevel"/>
    <w:tmpl w:val="1D1E4F9A"/>
    <w:lvl w:ilvl="0" w:tplc="040C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6A7F4CB6"/>
    <w:multiLevelType w:val="hybridMultilevel"/>
    <w:tmpl w:val="4DA2C524"/>
    <w:lvl w:ilvl="0" w:tplc="040C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6D1809E9"/>
    <w:multiLevelType w:val="hybridMultilevel"/>
    <w:tmpl w:val="3ABCBE7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3B25134"/>
    <w:multiLevelType w:val="hybridMultilevel"/>
    <w:tmpl w:val="4D80C118"/>
    <w:lvl w:ilvl="0" w:tplc="040C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7A2116C2"/>
    <w:multiLevelType w:val="hybridMultilevel"/>
    <w:tmpl w:val="F7A2AD3A"/>
    <w:lvl w:ilvl="0" w:tplc="040C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421756187">
    <w:abstractNumId w:val="8"/>
  </w:num>
  <w:num w:numId="2" w16cid:durableId="1091269523">
    <w:abstractNumId w:val="6"/>
  </w:num>
  <w:num w:numId="3" w16cid:durableId="2099054760">
    <w:abstractNumId w:val="5"/>
  </w:num>
  <w:num w:numId="4" w16cid:durableId="1076510988">
    <w:abstractNumId w:val="4"/>
  </w:num>
  <w:num w:numId="5" w16cid:durableId="1672681485">
    <w:abstractNumId w:val="7"/>
  </w:num>
  <w:num w:numId="6" w16cid:durableId="56785441">
    <w:abstractNumId w:val="3"/>
  </w:num>
  <w:num w:numId="7" w16cid:durableId="869102159">
    <w:abstractNumId w:val="2"/>
  </w:num>
  <w:num w:numId="8" w16cid:durableId="585385183">
    <w:abstractNumId w:val="1"/>
  </w:num>
  <w:num w:numId="9" w16cid:durableId="1256668659">
    <w:abstractNumId w:val="0"/>
  </w:num>
  <w:num w:numId="10" w16cid:durableId="502012029">
    <w:abstractNumId w:val="28"/>
  </w:num>
  <w:num w:numId="11" w16cid:durableId="1902055271">
    <w:abstractNumId w:val="9"/>
  </w:num>
  <w:num w:numId="12" w16cid:durableId="2825417">
    <w:abstractNumId w:val="31"/>
  </w:num>
  <w:num w:numId="13" w16cid:durableId="132218794">
    <w:abstractNumId w:val="20"/>
  </w:num>
  <w:num w:numId="14" w16cid:durableId="220560886">
    <w:abstractNumId w:val="25"/>
  </w:num>
  <w:num w:numId="15" w16cid:durableId="1492714335">
    <w:abstractNumId w:val="27"/>
  </w:num>
  <w:num w:numId="16" w16cid:durableId="985668724">
    <w:abstractNumId w:val="11"/>
  </w:num>
  <w:num w:numId="17" w16cid:durableId="1954433011">
    <w:abstractNumId w:val="24"/>
  </w:num>
  <w:num w:numId="18" w16cid:durableId="870994326">
    <w:abstractNumId w:val="26"/>
  </w:num>
  <w:num w:numId="19" w16cid:durableId="7101988">
    <w:abstractNumId w:val="10"/>
  </w:num>
  <w:num w:numId="20" w16cid:durableId="2125490321">
    <w:abstractNumId w:val="17"/>
  </w:num>
  <w:num w:numId="21" w16cid:durableId="2101097682">
    <w:abstractNumId w:val="23"/>
  </w:num>
  <w:num w:numId="22" w16cid:durableId="1320034155">
    <w:abstractNumId w:val="16"/>
  </w:num>
  <w:num w:numId="23" w16cid:durableId="32275136">
    <w:abstractNumId w:val="12"/>
  </w:num>
  <w:num w:numId="24" w16cid:durableId="1472744517">
    <w:abstractNumId w:val="30"/>
  </w:num>
  <w:num w:numId="25" w16cid:durableId="1788155131">
    <w:abstractNumId w:val="21"/>
  </w:num>
  <w:num w:numId="26" w16cid:durableId="1736127410">
    <w:abstractNumId w:val="18"/>
  </w:num>
  <w:num w:numId="27" w16cid:durableId="456990547">
    <w:abstractNumId w:val="13"/>
  </w:num>
  <w:num w:numId="28" w16cid:durableId="865607339">
    <w:abstractNumId w:val="15"/>
  </w:num>
  <w:num w:numId="29" w16cid:durableId="375086419">
    <w:abstractNumId w:val="14"/>
  </w:num>
  <w:num w:numId="30" w16cid:durableId="1626885800">
    <w:abstractNumId w:val="29"/>
  </w:num>
  <w:num w:numId="31" w16cid:durableId="1357661096">
    <w:abstractNumId w:val="22"/>
  </w:num>
  <w:num w:numId="32" w16cid:durableId="386073748">
    <w:abstractNumId w:val="22"/>
    <w:lvlOverride w:ilvl="0">
      <w:startOverride w:val="1"/>
    </w:lvlOverride>
  </w:num>
  <w:num w:numId="33" w16cid:durableId="949891463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47730"/>
    <w:rsid w:val="00012D1C"/>
    <w:rsid w:val="00014E89"/>
    <w:rsid w:val="00034616"/>
    <w:rsid w:val="00037FE1"/>
    <w:rsid w:val="0006063C"/>
    <w:rsid w:val="00064F3F"/>
    <w:rsid w:val="00093179"/>
    <w:rsid w:val="000B22C6"/>
    <w:rsid w:val="000D67DE"/>
    <w:rsid w:val="001041B8"/>
    <w:rsid w:val="00140BAD"/>
    <w:rsid w:val="00146E53"/>
    <w:rsid w:val="0015074B"/>
    <w:rsid w:val="001D64E8"/>
    <w:rsid w:val="002348AF"/>
    <w:rsid w:val="002364ED"/>
    <w:rsid w:val="002773DA"/>
    <w:rsid w:val="0029639D"/>
    <w:rsid w:val="002B709B"/>
    <w:rsid w:val="002D0824"/>
    <w:rsid w:val="002F4A86"/>
    <w:rsid w:val="00326F90"/>
    <w:rsid w:val="00361589"/>
    <w:rsid w:val="00387CC6"/>
    <w:rsid w:val="00401B37"/>
    <w:rsid w:val="00415226"/>
    <w:rsid w:val="00444F1A"/>
    <w:rsid w:val="00493277"/>
    <w:rsid w:val="00497312"/>
    <w:rsid w:val="004A16E1"/>
    <w:rsid w:val="004A6EB5"/>
    <w:rsid w:val="00506B43"/>
    <w:rsid w:val="005942F6"/>
    <w:rsid w:val="005C484E"/>
    <w:rsid w:val="005C59DE"/>
    <w:rsid w:val="005E2F31"/>
    <w:rsid w:val="005F6202"/>
    <w:rsid w:val="006139CA"/>
    <w:rsid w:val="0063428E"/>
    <w:rsid w:val="00670897"/>
    <w:rsid w:val="006A1F03"/>
    <w:rsid w:val="00774DC7"/>
    <w:rsid w:val="007A3DCD"/>
    <w:rsid w:val="007B42FA"/>
    <w:rsid w:val="00801C73"/>
    <w:rsid w:val="008059F2"/>
    <w:rsid w:val="00833872"/>
    <w:rsid w:val="00854AEE"/>
    <w:rsid w:val="0087609D"/>
    <w:rsid w:val="008F081E"/>
    <w:rsid w:val="00905E68"/>
    <w:rsid w:val="00960B03"/>
    <w:rsid w:val="00973D08"/>
    <w:rsid w:val="00A15081"/>
    <w:rsid w:val="00A733F6"/>
    <w:rsid w:val="00AA1D8D"/>
    <w:rsid w:val="00AA7266"/>
    <w:rsid w:val="00B1432B"/>
    <w:rsid w:val="00B47730"/>
    <w:rsid w:val="00BA70E1"/>
    <w:rsid w:val="00C36C24"/>
    <w:rsid w:val="00C632DD"/>
    <w:rsid w:val="00CB0664"/>
    <w:rsid w:val="00D34341"/>
    <w:rsid w:val="00D44DE2"/>
    <w:rsid w:val="00D7034F"/>
    <w:rsid w:val="00D948D7"/>
    <w:rsid w:val="00DF0CD5"/>
    <w:rsid w:val="00E03C01"/>
    <w:rsid w:val="00E63593"/>
    <w:rsid w:val="00E80A35"/>
    <w:rsid w:val="00E96BD5"/>
    <w:rsid w:val="00E97067"/>
    <w:rsid w:val="00E97CE4"/>
    <w:rsid w:val="00F07A44"/>
    <w:rsid w:val="00F13082"/>
    <w:rsid w:val="00F95FFF"/>
    <w:rsid w:val="00FC693F"/>
    <w:rsid w:val="00FD0DCD"/>
    <w:rsid w:val="00FE617D"/>
    <w:rsid w:val="00FF79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7B72A52"/>
  <w14:defaultImageDpi w14:val="300"/>
  <w15:docId w15:val="{59D826A5-725F-4499-B449-12847241E7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B22C6"/>
  </w:style>
  <w:style w:type="paragraph" w:styleId="Titre1">
    <w:name w:val="heading 1"/>
    <w:basedOn w:val="Normal"/>
    <w:next w:val="Normal"/>
    <w:link w:val="Titre1Car"/>
    <w:uiPriority w:val="9"/>
    <w:qFormat/>
    <w:rsid w:val="00833872"/>
    <w:pPr>
      <w:keepNext/>
      <w:keepLines/>
      <w:numPr>
        <w:numId w:val="31"/>
      </w:numPr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fr-FR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618BF"/>
  </w:style>
  <w:style w:type="paragraph" w:styleId="Pieddepage">
    <w:name w:val="footer"/>
    <w:basedOn w:val="Normal"/>
    <w:link w:val="PieddepageC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618BF"/>
  </w:style>
  <w:style w:type="paragraph" w:styleId="Sansinterligne">
    <w:name w:val="No Spacing"/>
    <w:uiPriority w:val="1"/>
    <w:qFormat/>
    <w:rsid w:val="00FC693F"/>
    <w:pPr>
      <w:spacing w:after="0" w:line="240" w:lineRule="auto"/>
    </w:pPr>
  </w:style>
  <w:style w:type="character" w:customStyle="1" w:styleId="Titre1Car">
    <w:name w:val="Titre 1 Car"/>
    <w:basedOn w:val="Policepardfaut"/>
    <w:link w:val="Titre1"/>
    <w:uiPriority w:val="9"/>
    <w:rsid w:val="0083387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fr-FR"/>
    </w:rPr>
  </w:style>
  <w:style w:type="character" w:customStyle="1" w:styleId="Titre2Car">
    <w:name w:val="Titre 2 Car"/>
    <w:basedOn w:val="Policepardfaut"/>
    <w:link w:val="Titre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itre3Car">
    <w:name w:val="Titre 3 Car"/>
    <w:basedOn w:val="Policepardfaut"/>
    <w:link w:val="Titre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re">
    <w:name w:val="Title"/>
    <w:basedOn w:val="Normal"/>
    <w:next w:val="Normal"/>
    <w:link w:val="TitreC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ous-titreCar">
    <w:name w:val="Sous-titre Car"/>
    <w:basedOn w:val="Policepardfaut"/>
    <w:link w:val="Sous-titr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Paragraphedeliste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Corpsdetexte">
    <w:name w:val="Body Text"/>
    <w:basedOn w:val="Normal"/>
    <w:link w:val="CorpsdetexteCar"/>
    <w:uiPriority w:val="99"/>
    <w:unhideWhenUsed/>
    <w:rsid w:val="00AA1D8D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rsid w:val="00AA1D8D"/>
  </w:style>
  <w:style w:type="paragraph" w:styleId="Corpsdetexte2">
    <w:name w:val="Body Text 2"/>
    <w:basedOn w:val="Normal"/>
    <w:link w:val="Corpsdetexte2Car"/>
    <w:uiPriority w:val="99"/>
    <w:unhideWhenUsed/>
    <w:rsid w:val="00AA1D8D"/>
    <w:pPr>
      <w:spacing w:after="120" w:line="480" w:lineRule="auto"/>
    </w:pPr>
  </w:style>
  <w:style w:type="character" w:customStyle="1" w:styleId="Corpsdetexte2Car">
    <w:name w:val="Corps de texte 2 Car"/>
    <w:basedOn w:val="Policepardfaut"/>
    <w:link w:val="Corpsdetexte2"/>
    <w:uiPriority w:val="99"/>
    <w:rsid w:val="00AA1D8D"/>
  </w:style>
  <w:style w:type="paragraph" w:styleId="Corpsdetexte3">
    <w:name w:val="Body Text 3"/>
    <w:basedOn w:val="Normal"/>
    <w:link w:val="Corpsdetexte3C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Corpsdetexte3Car">
    <w:name w:val="Corps de texte 3 Car"/>
    <w:basedOn w:val="Policepardfaut"/>
    <w:link w:val="Corpsdetexte3"/>
    <w:uiPriority w:val="99"/>
    <w:rsid w:val="00AA1D8D"/>
    <w:rPr>
      <w:sz w:val="16"/>
      <w:szCs w:val="16"/>
    </w:rPr>
  </w:style>
  <w:style w:type="paragraph" w:styleId="Liste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e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e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epuces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epuces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epuces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enumros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enumros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enumros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e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e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e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Textedemacro">
    <w:name w:val="macro"/>
    <w:link w:val="TextedemacroC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TextedemacroCar">
    <w:name w:val="Texte de macro Car"/>
    <w:basedOn w:val="Policepardfaut"/>
    <w:link w:val="Textedemacro"/>
    <w:uiPriority w:val="99"/>
    <w:rsid w:val="0029639D"/>
    <w:rPr>
      <w:rFonts w:ascii="Courier" w:hAnsi="Courier"/>
      <w:sz w:val="20"/>
      <w:szCs w:val="20"/>
    </w:rPr>
  </w:style>
  <w:style w:type="paragraph" w:styleId="Citation">
    <w:name w:val="Quote"/>
    <w:basedOn w:val="Normal"/>
    <w:next w:val="Normal"/>
    <w:link w:val="CitationCar"/>
    <w:uiPriority w:val="29"/>
    <w:qFormat/>
    <w:rsid w:val="00FC693F"/>
    <w:rPr>
      <w:i/>
      <w:iCs/>
      <w:color w:val="000000" w:themeColor="text1"/>
    </w:rPr>
  </w:style>
  <w:style w:type="character" w:customStyle="1" w:styleId="CitationCar">
    <w:name w:val="Citation Car"/>
    <w:basedOn w:val="Policepardfaut"/>
    <w:link w:val="Citation"/>
    <w:uiPriority w:val="29"/>
    <w:rsid w:val="00FC693F"/>
    <w:rPr>
      <w:i/>
      <w:iCs/>
      <w:color w:val="000000" w:themeColor="text1"/>
    </w:rPr>
  </w:style>
  <w:style w:type="character" w:customStyle="1" w:styleId="Titre4Car">
    <w:name w:val="Titre 4 Car"/>
    <w:basedOn w:val="Policepardfaut"/>
    <w:link w:val="Titre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itre5Car">
    <w:name w:val="Titre 5 Car"/>
    <w:basedOn w:val="Policepardfaut"/>
    <w:link w:val="Titre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itre6Car">
    <w:name w:val="Titre 6 Car"/>
    <w:basedOn w:val="Policepardfaut"/>
    <w:link w:val="Titre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itre7Car">
    <w:name w:val="Titre 7 Car"/>
    <w:basedOn w:val="Policepardfaut"/>
    <w:link w:val="Titre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itre8Car">
    <w:name w:val="Titre 8 Car"/>
    <w:basedOn w:val="Policepardfaut"/>
    <w:link w:val="Titre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Titre9Car">
    <w:name w:val="Titre 9 Car"/>
    <w:basedOn w:val="Policepardfaut"/>
    <w:link w:val="Titre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lev">
    <w:name w:val="Strong"/>
    <w:basedOn w:val="Policepardfaut"/>
    <w:uiPriority w:val="22"/>
    <w:qFormat/>
    <w:rsid w:val="00FC693F"/>
    <w:rPr>
      <w:b/>
      <w:bCs/>
    </w:rPr>
  </w:style>
  <w:style w:type="character" w:styleId="Accentuation">
    <w:name w:val="Emphasis"/>
    <w:basedOn w:val="Policepardfaut"/>
    <w:uiPriority w:val="20"/>
    <w:qFormat/>
    <w:rsid w:val="00FC693F"/>
    <w:rPr>
      <w:i/>
      <w:iCs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FC693F"/>
    <w:rPr>
      <w:b/>
      <w:bCs/>
      <w:i/>
      <w:iCs/>
      <w:color w:val="4F81BD" w:themeColor="accent1"/>
    </w:rPr>
  </w:style>
  <w:style w:type="character" w:styleId="Accentuationlgre">
    <w:name w:val="Subtle Emphasis"/>
    <w:basedOn w:val="Policepardfaut"/>
    <w:uiPriority w:val="19"/>
    <w:qFormat/>
    <w:rsid w:val="00FC693F"/>
    <w:rPr>
      <w:i/>
      <w:iCs/>
      <w:color w:val="808080" w:themeColor="text1" w:themeTint="7F"/>
    </w:rPr>
  </w:style>
  <w:style w:type="character" w:styleId="Accentuationintense">
    <w:name w:val="Intense Emphasis"/>
    <w:basedOn w:val="Policepardfaut"/>
    <w:uiPriority w:val="21"/>
    <w:qFormat/>
    <w:rsid w:val="00FC693F"/>
    <w:rPr>
      <w:b/>
      <w:bCs/>
      <w:i/>
      <w:iCs/>
      <w:color w:val="4F81BD" w:themeColor="accent1"/>
    </w:rPr>
  </w:style>
  <w:style w:type="character" w:styleId="Rfrencelgre">
    <w:name w:val="Subtle Reference"/>
    <w:basedOn w:val="Policepardfaut"/>
    <w:uiPriority w:val="31"/>
    <w:qFormat/>
    <w:rsid w:val="00FC693F"/>
    <w:rPr>
      <w:smallCaps/>
      <w:color w:val="C0504D" w:themeColor="accent2"/>
      <w:u w:val="single"/>
    </w:rPr>
  </w:style>
  <w:style w:type="character" w:styleId="Rfrenceintense">
    <w:name w:val="Intense Reference"/>
    <w:basedOn w:val="Policepardfau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Titredulivre">
    <w:name w:val="Book Title"/>
    <w:basedOn w:val="Policepardfaut"/>
    <w:uiPriority w:val="33"/>
    <w:qFormat/>
    <w:rsid w:val="00FC693F"/>
    <w:rPr>
      <w:b/>
      <w:bCs/>
      <w:smallCaps/>
      <w:spacing w:val="5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FC693F"/>
    <w:pPr>
      <w:outlineLvl w:val="9"/>
    </w:pPr>
  </w:style>
  <w:style w:type="table" w:styleId="Grilledutableau">
    <w:name w:val="Table Grid"/>
    <w:basedOn w:val="Tableau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Ombrageclair">
    <w:name w:val="Light Shading"/>
    <w:basedOn w:val="Tableau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Trameclaire-Accent1">
    <w:name w:val="Light Shading Accent 1"/>
    <w:basedOn w:val="Tableau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Trameclaire-Accent2">
    <w:name w:val="Light Shading Accent 2"/>
    <w:basedOn w:val="Tableau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Trameclaire-Accent3">
    <w:name w:val="Light Shading Accent 3"/>
    <w:basedOn w:val="Tableau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Trameclaire-Accent4">
    <w:name w:val="Light Shading Accent 4"/>
    <w:basedOn w:val="Tableau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Trameclaire-Accent5">
    <w:name w:val="Light Shading Accent 5"/>
    <w:basedOn w:val="Tableau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Trameclaire-Accent6">
    <w:name w:val="Light Shading Accent 6"/>
    <w:basedOn w:val="Tableau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steclaire">
    <w:name w:val="Light List"/>
    <w:basedOn w:val="Tableau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eclaire-Accent1">
    <w:name w:val="Light List Accent 1"/>
    <w:basedOn w:val="Tableau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steclaire-Accent2">
    <w:name w:val="Light List Accent 2"/>
    <w:basedOn w:val="Tableau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steclaire-Accent3">
    <w:name w:val="Light List Accent 3"/>
    <w:basedOn w:val="Tableau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steclaire-Accent4">
    <w:name w:val="Light List Accent 4"/>
    <w:basedOn w:val="Tableau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steclaire-Accent5">
    <w:name w:val="Light List Accent 5"/>
    <w:basedOn w:val="Tableau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steclaire-Accent6">
    <w:name w:val="Light List Accent 6"/>
    <w:basedOn w:val="Tableau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Grilleclaire">
    <w:name w:val="Light Grid"/>
    <w:basedOn w:val="Tableau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Grilleclaire-Accent1">
    <w:name w:val="Light Grid Accent 1"/>
    <w:basedOn w:val="Tableau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Grilleclaire-Accent2">
    <w:name w:val="Light Grid Accent 2"/>
    <w:basedOn w:val="Tableau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Grilleclaire-Accent3">
    <w:name w:val="Light Grid Accent 3"/>
    <w:basedOn w:val="Tableau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Grilleclaire-Accent4">
    <w:name w:val="Light Grid Accent 4"/>
    <w:basedOn w:val="Tableau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Grilleclaire-Accent5">
    <w:name w:val="Light Grid Accent 5"/>
    <w:basedOn w:val="Tableau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Grilleclaire-Accent6">
    <w:name w:val="Light Grid Accent 6"/>
    <w:basedOn w:val="Tableau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Tramemoyenne1">
    <w:name w:val="Medium Shading 1"/>
    <w:basedOn w:val="Tableau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1">
    <w:name w:val="Medium Shading 1 Accent 1"/>
    <w:basedOn w:val="Tableau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2">
    <w:name w:val="Medium Shading 1 Accent 2"/>
    <w:basedOn w:val="Tableau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3">
    <w:name w:val="Medium Shading 1 Accent 3"/>
    <w:basedOn w:val="Tableau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4">
    <w:name w:val="Medium Shading 1 Accent 4"/>
    <w:basedOn w:val="Tableau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5">
    <w:name w:val="Medium Shading 1 Accent 5"/>
    <w:basedOn w:val="Tableau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6">
    <w:name w:val="Medium Shading 1 Accent 6"/>
    <w:basedOn w:val="Tableau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2">
    <w:name w:val="Medium Shading 2"/>
    <w:basedOn w:val="Tableau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1">
    <w:name w:val="Medium Shading 2 Accent 1"/>
    <w:basedOn w:val="Tableau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2">
    <w:name w:val="Medium Shading 2 Accent 2"/>
    <w:basedOn w:val="Tableau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3">
    <w:name w:val="Medium Shading 2 Accent 3"/>
    <w:basedOn w:val="Tableau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4">
    <w:name w:val="Medium Shading 2 Accent 4"/>
    <w:basedOn w:val="Tableau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5">
    <w:name w:val="Medium Shading 2 Accent 5"/>
    <w:basedOn w:val="Tableau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6">
    <w:name w:val="Medium Shading 2 Accent 6"/>
    <w:basedOn w:val="Tableau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Listemoyenne1">
    <w:name w:val="Medium List 1"/>
    <w:basedOn w:val="Tableau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emoyenne1-Accent1">
    <w:name w:val="Medium List 1 Accent 1"/>
    <w:basedOn w:val="Tableau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Listemoyenne1-Accent2">
    <w:name w:val="Medium List 1 Accent 2"/>
    <w:basedOn w:val="Tableau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Listemoyenne1-Accent3">
    <w:name w:val="Medium List 1 Accent 3"/>
    <w:basedOn w:val="Tableau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Listemoyenne1-Accent4">
    <w:name w:val="Medium List 1 Accent 4"/>
    <w:basedOn w:val="Tableau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Listemoyenne1-Accent5">
    <w:name w:val="Medium List 1 Accent 5"/>
    <w:basedOn w:val="Tableau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Listemoyenne1-Accent6">
    <w:name w:val="Medium List 1 Accent 6"/>
    <w:basedOn w:val="Tableau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Listemoyenne2">
    <w:name w:val="Medium List 2"/>
    <w:basedOn w:val="Tableau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1">
    <w:name w:val="Medium List 2 Accent 1"/>
    <w:basedOn w:val="Tableau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2">
    <w:name w:val="Medium List 2 Accent 2"/>
    <w:basedOn w:val="Tableau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3">
    <w:name w:val="Medium List 2 Accent 3"/>
    <w:basedOn w:val="Tableau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4">
    <w:name w:val="Medium List 2 Accent 4"/>
    <w:basedOn w:val="Tableau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5">
    <w:name w:val="Medium List 2 Accent 5"/>
    <w:basedOn w:val="Tableau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6">
    <w:name w:val="Medium List 2 Accent 6"/>
    <w:basedOn w:val="Tableau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rillemoyenne1">
    <w:name w:val="Medium Grid 1"/>
    <w:basedOn w:val="Tableau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llemoyenne1-Accent1">
    <w:name w:val="Medium Grid 1 Accent 1"/>
    <w:basedOn w:val="Tableau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Grillemoyenne1-Accent2">
    <w:name w:val="Medium Grid 1 Accent 2"/>
    <w:basedOn w:val="Tableau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Grillemoyenne1-Accent3">
    <w:name w:val="Medium Grid 1 Accent 3"/>
    <w:basedOn w:val="Tableau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Grillemoyenne1-Accent4">
    <w:name w:val="Medium Grid 1 Accent 4"/>
    <w:basedOn w:val="Tableau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Grillemoyenne1-Accent5">
    <w:name w:val="Medium Grid 1 Accent 5"/>
    <w:basedOn w:val="Tableau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Grillemoyenne1-Accent6">
    <w:name w:val="Medium Grid 1 Accent 6"/>
    <w:basedOn w:val="Tableau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Grillemoyenne2">
    <w:name w:val="Medium Grid 2"/>
    <w:basedOn w:val="Tableau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1">
    <w:name w:val="Medium Grid 2 Accent 1"/>
    <w:basedOn w:val="Tableau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2">
    <w:name w:val="Medium Grid 2 Accent 2"/>
    <w:basedOn w:val="Tableau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3">
    <w:name w:val="Medium Grid 2 Accent 3"/>
    <w:basedOn w:val="Tableau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4">
    <w:name w:val="Medium Grid 2 Accent 4"/>
    <w:basedOn w:val="Tableau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5">
    <w:name w:val="Medium Grid 2 Accent 5"/>
    <w:basedOn w:val="Tableau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6">
    <w:name w:val="Medium Grid 2 Accent 6"/>
    <w:basedOn w:val="Tableau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3">
    <w:name w:val="Medium Grid 3"/>
    <w:basedOn w:val="Tableau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Grillemoyenne3-Accent1">
    <w:name w:val="Medium Grid 3 Accent 1"/>
    <w:basedOn w:val="Tableau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Grillemoyenne3-Accent2">
    <w:name w:val="Medium Grid 3 Accent 2"/>
    <w:basedOn w:val="Tableau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Grillemoyenne3-Accent3">
    <w:name w:val="Medium Grid 3 Accent 3"/>
    <w:basedOn w:val="Tableau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Grillemoyenne3-Accent4">
    <w:name w:val="Medium Grid 3 Accent 4"/>
    <w:basedOn w:val="Tableau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Grillemoyenne3-Accent5">
    <w:name w:val="Medium Grid 3 Accent 5"/>
    <w:basedOn w:val="Tableau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Grillemoyenne3-Accent6">
    <w:name w:val="Medium Grid 3 Accent 6"/>
    <w:basedOn w:val="Tableau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Listefonce">
    <w:name w:val="Dark List"/>
    <w:basedOn w:val="Tableau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efonce-Accent1">
    <w:name w:val="Dark List Accent 1"/>
    <w:basedOn w:val="Tableau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Listefonce-Accent2">
    <w:name w:val="Dark List Accent 2"/>
    <w:basedOn w:val="Tableau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Listefonce-Accent3">
    <w:name w:val="Dark List Accent 3"/>
    <w:basedOn w:val="Tableau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Listefonce-Accent4">
    <w:name w:val="Dark List Accent 4"/>
    <w:basedOn w:val="Tableau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Listefonce-Accent5">
    <w:name w:val="Dark List Accent 5"/>
    <w:basedOn w:val="Tableau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Listefonce-Accent6">
    <w:name w:val="Dark List Accent 6"/>
    <w:basedOn w:val="Tableau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Tramecouleur">
    <w:name w:val="Colorful Shading"/>
    <w:basedOn w:val="Tableau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1">
    <w:name w:val="Colorful Shading Accent 1"/>
    <w:basedOn w:val="Tableau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2">
    <w:name w:val="Colorful Shading Accent 2"/>
    <w:basedOn w:val="Tableau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3">
    <w:name w:val="Colorful Shading Accent 3"/>
    <w:basedOn w:val="Tableau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Tramecouleur-Accent4">
    <w:name w:val="Colorful Shading Accent 4"/>
    <w:basedOn w:val="Tableau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5">
    <w:name w:val="Colorful Shading Accent 5"/>
    <w:basedOn w:val="Tableau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6">
    <w:name w:val="Colorful Shading Accent 6"/>
    <w:basedOn w:val="Tableau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Listecouleur">
    <w:name w:val="Colorful List"/>
    <w:basedOn w:val="Tableau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couleur-Accent1">
    <w:name w:val="Colorful List Accent 1"/>
    <w:basedOn w:val="Tableau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Listecouleur-Accent2">
    <w:name w:val="Colorful List Accent 2"/>
    <w:basedOn w:val="Tableau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istecouleur-Accent3">
    <w:name w:val="Colorful List Accent 3"/>
    <w:basedOn w:val="Tableau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Listecouleur-Accent4">
    <w:name w:val="Colorful List Accent 4"/>
    <w:basedOn w:val="Tableau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Listecouleur-Accent5">
    <w:name w:val="Colorful List Accent 5"/>
    <w:basedOn w:val="Tableau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Listecouleur-Accent6">
    <w:name w:val="Colorful List Accent 6"/>
    <w:basedOn w:val="Tableau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Grillecouleur">
    <w:name w:val="Colorful Grid"/>
    <w:basedOn w:val="Tableau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llecouleur-Accent1">
    <w:name w:val="Colorful Grid Accent 1"/>
    <w:basedOn w:val="Tableau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Grillecouleur-Accent2">
    <w:name w:val="Colorful Grid Accent 2"/>
    <w:basedOn w:val="Tableau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Grillecouleur-Accent3">
    <w:name w:val="Colorful Grid Accent 3"/>
    <w:basedOn w:val="Tableau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Grillecouleur-Accent4">
    <w:name w:val="Colorful Grid Accent 4"/>
    <w:basedOn w:val="Tableau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Grillecouleur-Accent5">
    <w:name w:val="Colorful Grid Accent 5"/>
    <w:basedOn w:val="Tableau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Grillecouleur-Accent6">
    <w:name w:val="Colorful Grid Accent 6"/>
    <w:basedOn w:val="Tableau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TM1">
    <w:name w:val="toc 1"/>
    <w:basedOn w:val="Normal"/>
    <w:next w:val="Normal"/>
    <w:autoRedefine/>
    <w:uiPriority w:val="39"/>
    <w:unhideWhenUsed/>
    <w:rsid w:val="00E97067"/>
    <w:pPr>
      <w:spacing w:after="100"/>
    </w:pPr>
  </w:style>
  <w:style w:type="paragraph" w:styleId="TM2">
    <w:name w:val="toc 2"/>
    <w:basedOn w:val="Normal"/>
    <w:next w:val="Normal"/>
    <w:autoRedefine/>
    <w:uiPriority w:val="39"/>
    <w:unhideWhenUsed/>
    <w:rsid w:val="00E97067"/>
    <w:pPr>
      <w:spacing w:after="100"/>
      <w:ind w:left="220"/>
    </w:pPr>
  </w:style>
  <w:style w:type="paragraph" w:styleId="TM3">
    <w:name w:val="toc 3"/>
    <w:basedOn w:val="Normal"/>
    <w:next w:val="Normal"/>
    <w:autoRedefine/>
    <w:uiPriority w:val="39"/>
    <w:unhideWhenUsed/>
    <w:rsid w:val="00E97067"/>
    <w:pPr>
      <w:spacing w:after="100" w:line="278" w:lineRule="auto"/>
      <w:ind w:left="480"/>
    </w:pPr>
    <w:rPr>
      <w:kern w:val="2"/>
      <w:sz w:val="24"/>
      <w:szCs w:val="24"/>
      <w:lang w:val="fr-FR" w:eastAsia="fr-FR"/>
      <w14:ligatures w14:val="standardContextual"/>
    </w:rPr>
  </w:style>
  <w:style w:type="paragraph" w:styleId="TM4">
    <w:name w:val="toc 4"/>
    <w:basedOn w:val="Normal"/>
    <w:next w:val="Normal"/>
    <w:autoRedefine/>
    <w:uiPriority w:val="39"/>
    <w:unhideWhenUsed/>
    <w:rsid w:val="00E97067"/>
    <w:pPr>
      <w:spacing w:after="100" w:line="278" w:lineRule="auto"/>
      <w:ind w:left="720"/>
    </w:pPr>
    <w:rPr>
      <w:kern w:val="2"/>
      <w:sz w:val="24"/>
      <w:szCs w:val="24"/>
      <w:lang w:val="fr-FR" w:eastAsia="fr-FR"/>
      <w14:ligatures w14:val="standardContextual"/>
    </w:rPr>
  </w:style>
  <w:style w:type="paragraph" w:styleId="TM5">
    <w:name w:val="toc 5"/>
    <w:basedOn w:val="Normal"/>
    <w:next w:val="Normal"/>
    <w:autoRedefine/>
    <w:uiPriority w:val="39"/>
    <w:unhideWhenUsed/>
    <w:rsid w:val="00E97067"/>
    <w:pPr>
      <w:spacing w:after="100" w:line="278" w:lineRule="auto"/>
      <w:ind w:left="960"/>
    </w:pPr>
    <w:rPr>
      <w:kern w:val="2"/>
      <w:sz w:val="24"/>
      <w:szCs w:val="24"/>
      <w:lang w:val="fr-FR" w:eastAsia="fr-FR"/>
      <w14:ligatures w14:val="standardContextual"/>
    </w:rPr>
  </w:style>
  <w:style w:type="paragraph" w:styleId="TM6">
    <w:name w:val="toc 6"/>
    <w:basedOn w:val="Normal"/>
    <w:next w:val="Normal"/>
    <w:autoRedefine/>
    <w:uiPriority w:val="39"/>
    <w:unhideWhenUsed/>
    <w:rsid w:val="00E97067"/>
    <w:pPr>
      <w:spacing w:after="100" w:line="278" w:lineRule="auto"/>
      <w:ind w:left="1200"/>
    </w:pPr>
    <w:rPr>
      <w:kern w:val="2"/>
      <w:sz w:val="24"/>
      <w:szCs w:val="24"/>
      <w:lang w:val="fr-FR" w:eastAsia="fr-FR"/>
      <w14:ligatures w14:val="standardContextual"/>
    </w:rPr>
  </w:style>
  <w:style w:type="paragraph" w:styleId="TM7">
    <w:name w:val="toc 7"/>
    <w:basedOn w:val="Normal"/>
    <w:next w:val="Normal"/>
    <w:autoRedefine/>
    <w:uiPriority w:val="39"/>
    <w:unhideWhenUsed/>
    <w:rsid w:val="00E97067"/>
    <w:pPr>
      <w:spacing w:after="100" w:line="278" w:lineRule="auto"/>
      <w:ind w:left="1440"/>
    </w:pPr>
    <w:rPr>
      <w:kern w:val="2"/>
      <w:sz w:val="24"/>
      <w:szCs w:val="24"/>
      <w:lang w:val="fr-FR" w:eastAsia="fr-FR"/>
      <w14:ligatures w14:val="standardContextual"/>
    </w:rPr>
  </w:style>
  <w:style w:type="paragraph" w:styleId="TM8">
    <w:name w:val="toc 8"/>
    <w:basedOn w:val="Normal"/>
    <w:next w:val="Normal"/>
    <w:autoRedefine/>
    <w:uiPriority w:val="39"/>
    <w:unhideWhenUsed/>
    <w:rsid w:val="00E97067"/>
    <w:pPr>
      <w:spacing w:after="100" w:line="278" w:lineRule="auto"/>
      <w:ind w:left="1680"/>
    </w:pPr>
    <w:rPr>
      <w:kern w:val="2"/>
      <w:sz w:val="24"/>
      <w:szCs w:val="24"/>
      <w:lang w:val="fr-FR" w:eastAsia="fr-FR"/>
      <w14:ligatures w14:val="standardContextual"/>
    </w:rPr>
  </w:style>
  <w:style w:type="paragraph" w:styleId="TM9">
    <w:name w:val="toc 9"/>
    <w:basedOn w:val="Normal"/>
    <w:next w:val="Normal"/>
    <w:autoRedefine/>
    <w:uiPriority w:val="39"/>
    <w:unhideWhenUsed/>
    <w:rsid w:val="00E97067"/>
    <w:pPr>
      <w:spacing w:after="100" w:line="278" w:lineRule="auto"/>
      <w:ind w:left="1920"/>
    </w:pPr>
    <w:rPr>
      <w:kern w:val="2"/>
      <w:sz w:val="24"/>
      <w:szCs w:val="24"/>
      <w:lang w:val="fr-FR" w:eastAsia="fr-FR"/>
      <w14:ligatures w14:val="standardContextual"/>
    </w:rPr>
  </w:style>
  <w:style w:type="character" w:styleId="Lienhypertexte">
    <w:name w:val="Hyperlink"/>
    <w:basedOn w:val="Policepardfaut"/>
    <w:uiPriority w:val="99"/>
    <w:unhideWhenUsed/>
    <w:rsid w:val="00E97067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E9706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66" Type="http://schemas.openxmlformats.org/officeDocument/2006/relationships/image" Target="media/image60.png"/><Relationship Id="rId5" Type="http://schemas.openxmlformats.org/officeDocument/2006/relationships/webSettings" Target="webSettings.xml"/><Relationship Id="rId61" Type="http://schemas.openxmlformats.org/officeDocument/2006/relationships/image" Target="media/image55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image" Target="media/image58.png"/><Relationship Id="rId69" Type="http://schemas.openxmlformats.org/officeDocument/2006/relationships/fontTable" Target="fontTable.xml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3" Type="http://schemas.openxmlformats.org/officeDocument/2006/relationships/styles" Target="styl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image" Target="media/image61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://localhost:48200/login" TargetMode="Externa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34" Type="http://schemas.openxmlformats.org/officeDocument/2006/relationships/image" Target="media/image28.png"/><Relationship Id="rId50" Type="http://schemas.openxmlformats.org/officeDocument/2006/relationships/image" Target="media/image44.png"/><Relationship Id="rId55" Type="http://schemas.openxmlformats.org/officeDocument/2006/relationships/image" Target="media/image4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914</TotalTime>
  <Pages>67</Pages>
  <Words>7045</Words>
  <Characters>38750</Characters>
  <Application>Microsoft Office Word</Application>
  <DocSecurity>0</DocSecurity>
  <Lines>322</Lines>
  <Paragraphs>91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45704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a63612</cp:lastModifiedBy>
  <cp:revision>29</cp:revision>
  <dcterms:created xsi:type="dcterms:W3CDTF">2013-12-23T23:15:00Z</dcterms:created>
  <dcterms:modified xsi:type="dcterms:W3CDTF">2026-06-01T01:57:00Z</dcterms:modified>
  <cp:category/>
</cp:coreProperties>
</file>